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63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41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Акушинский район</w:t>
      </w:r>
    </w:p>
    <w:p>
      <w:pPr>
        <w:autoSpaceDN w:val="0"/>
        <w:autoSpaceDE w:val="0"/>
        <w:widowControl/>
        <w:spacing w:line="230" w:lineRule="auto" w:before="670" w:after="1436"/>
        <w:ind w:left="0" w:right="330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"Аметеркмахинская СОШ"</w:t>
      </w:r>
    </w:p>
    <w:p>
      <w:pPr>
        <w:sectPr>
          <w:pgSz w:w="11900" w:h="16840"/>
          <w:pgMar w:top="298" w:right="776" w:bottom="398" w:left="1440" w:header="720" w:footer="720" w:gutter="0"/>
          <w:cols w:space="720" w:num="1" w:equalWidth="0"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816" w:right="432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СОГЛАСОВАНО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Заместитель директора по УВР</w:t>
      </w:r>
    </w:p>
    <w:p>
      <w:pPr>
        <w:autoSpaceDN w:val="0"/>
        <w:autoSpaceDE w:val="0"/>
        <w:widowControl/>
        <w:spacing w:line="230" w:lineRule="auto" w:before="182" w:after="0"/>
        <w:ind w:left="0" w:right="292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______________Магомедова Э.И.</w:t>
      </w:r>
    </w:p>
    <w:p>
      <w:pPr>
        <w:sectPr>
          <w:type w:val="continuous"/>
          <w:pgSz w:w="11900" w:h="16840"/>
          <w:pgMar w:top="298" w:right="776" w:bottom="398" w:left="1440" w:header="720" w:footer="720" w:gutter="0"/>
          <w:cols w:space="720" w:num="2" w:equalWidth="0"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92" w:right="1872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УТВЕРЖДЕНО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Директор</w:t>
      </w:r>
    </w:p>
    <w:p>
      <w:pPr>
        <w:autoSpaceDN w:val="0"/>
        <w:autoSpaceDE w:val="0"/>
        <w:widowControl/>
        <w:spacing w:line="230" w:lineRule="auto" w:before="182" w:after="182"/>
        <w:ind w:left="292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______________Магомеданваров А.К.</w:t>
      </w:r>
    </w:p>
    <w:p>
      <w:pPr>
        <w:sectPr>
          <w:type w:val="nextColumn"/>
          <w:pgSz w:w="11900" w:h="16840"/>
          <w:pgMar w:top="298" w:right="776" w:bottom="398" w:left="1440" w:header="720" w:footer="720" w:gutter="0"/>
          <w:cols w:space="720" w:num="2" w:equalWidth="0">
            <w:col w:w="6040" w:space="0"/>
            <w:col w:w="3644" w:space="0"/>
            <w:col w:w="9684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842"/>
        <w:gridCol w:w="4842"/>
      </w:tblGrid>
      <w:tr>
        <w:trPr>
          <w:trHeight w:hRule="exact" w:val="490"/>
        </w:trPr>
        <w:tc>
          <w:tcPr>
            <w:tcW w:type="dxa" w:w="37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416" w:right="1152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 г.</w:t>
            </w:r>
          </w:p>
        </w:tc>
        <w:tc>
          <w:tcPr>
            <w:tcW w:type="dxa" w:w="33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232" w:right="1152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02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2055145)</w:t>
      </w:r>
    </w:p>
    <w:p>
      <w:pPr>
        <w:autoSpaceDN w:val="0"/>
        <w:autoSpaceDE w:val="0"/>
        <w:widowControl/>
        <w:spacing w:line="262" w:lineRule="auto" w:before="166" w:after="0"/>
        <w:ind w:left="3024" w:right="3456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«Изобразительное искусство»</w:t>
      </w:r>
    </w:p>
    <w:p>
      <w:pPr>
        <w:autoSpaceDN w:val="0"/>
        <w:autoSpaceDE w:val="0"/>
        <w:widowControl/>
        <w:spacing w:line="262" w:lineRule="auto" w:before="670" w:after="0"/>
        <w:ind w:left="2304" w:right="2736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5 класса основного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5804" w:right="0" w:hanging="732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Рахманова Патимат Нуриевна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изобразительного искусства</w:t>
      </w:r>
    </w:p>
    <w:p>
      <w:pPr>
        <w:autoSpaceDN w:val="0"/>
        <w:autoSpaceDE w:val="0"/>
        <w:widowControl/>
        <w:spacing w:line="230" w:lineRule="auto" w:before="2830" w:after="0"/>
        <w:ind w:left="0" w:right="403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 Аметеркмахи 2022</w:t>
      </w:r>
    </w:p>
    <w:p>
      <w:pPr>
        <w:sectPr>
          <w:type w:val="continuous"/>
          <w:pgSz w:w="11900" w:h="16840"/>
          <w:pgMar w:top="298" w:right="776" w:bottom="398" w:left="1440" w:header="720" w:footer="720" w:gutter="0"/>
          <w:cols w:space="720" w:num="1" w:equalWidth="0"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129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ПОЯСНИТЕЛЬНАЯ ЗАПИСКА К МОДУЛЮ «ДЕКОРАТИВНО-ПРИКЛАДНОЕ И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НАРОДНОЕ ИСКУССТВО»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ОБЩАЯ ХАРАКТЕРИСТИКА МОДУЛЯ «ДЕКОРАТИВНО-ПРИКЛАДНОЕ И НАРОДНОЕ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ИСКУССТВО»</w:t>
      </w:r>
    </w:p>
    <w:p>
      <w:pPr>
        <w:autoSpaceDN w:val="0"/>
        <w:autoSpaceDE w:val="0"/>
        <w:widowControl/>
        <w:spacing w:line="281" w:lineRule="auto" w:before="19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Основная цель — развитие визуально-пространственного мышления учащихся как формы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эмоционально-ценностного, эстетического освоения мира, формы самовыражения и ориентации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художественном и нравственном пространстве культуры. Искусство рассматривается как особая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духовная сфера, концентрирующая в себе колоссальный эстетический, художественный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нравственный мировой опыт.</w:t>
      </w:r>
    </w:p>
    <w:p>
      <w:pPr>
        <w:autoSpaceDN w:val="0"/>
        <w:autoSpaceDE w:val="0"/>
        <w:widowControl/>
        <w:spacing w:line="276" w:lineRule="auto" w:before="72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Изобразительное искусство как школьная дисциплина имеет интегративный характер, так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включает в себя основы разных видов визуально-пространственных искусств: живописи, графики,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скульптуры, дизайна, архитектуры, народного и декоративно-прикладного искусства, фотографии,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функции художественного изображения в зрелищных и экранных искусствах.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Основные формы учебной деятельности — практическая художественно-творческая деятельность,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зрительское восприятие произведений искусства и эстетическое наблюдение окружающего мира.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Важнейшими задачами являются формирование активного отношения к традициям культуры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смысловой, эстетической и личностно значимой ценности, воспитание гражданственности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патриотизма, уважения и бережного отношения к истории культуры своего Отечества, выраженной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её архитектуре, изобразительном искусстве, в национальных образах предметно-материальной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пространственной среды, в понимании красоты человека.</w:t>
      </w:r>
    </w:p>
    <w:p>
      <w:pPr>
        <w:autoSpaceDN w:val="0"/>
        <w:autoSpaceDE w:val="0"/>
        <w:widowControl/>
        <w:spacing w:line="27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направлена на достижение основного результата образования — развитие личности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обучающегося, его активной учебно-познавательной деятельности, творческого развития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формирования готовности к саморазвитию и непрерывному образованию.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Рабочая программа ориентирована на психолого-возрастные особенности развития детей 11—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15 лет, при этом содержание занятий может быть адаптировано с учётом индивидуальных качеств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 как для детей, проявляющих выдающиеся способности, так и для детей-инвалидов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детей с ОВЗ.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оценки качества образования кроме личностных и метапредметных образовательных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 выделены и описаны предметные результаты обучения. Их достижение определяется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чётко поставленными учебными задачами по каждой теме, и они являются общеобразовательными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требованиями.</w:t>
      </w:r>
    </w:p>
    <w:p>
      <w:pPr>
        <w:autoSpaceDN w:val="0"/>
        <w:autoSpaceDE w:val="0"/>
        <w:widowControl/>
        <w:spacing w:line="276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урочное время деятельность обучающихся организуется как в индивидуальной, так и в групповой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форме. Каждому учащемуся необходим личный творческий опыт, но также необходимо сотворчество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команде – совместная коллективная художественная деятельность, которая предусмотрена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тематическим планом и может иметь разные формы организации.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Учебный материал каждого модуля разделён на тематические блоки, которые могут быть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основанием для организации проектной деятельности, которая включает в себя как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исследовательскую, так и художественно-творческую деятельность, а также презентацию результата.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Однако необходимо различать и сочетать в учебном процессе историко-культурологическую,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искусствоведческую исследовательскую работу учащихся и собственно художественную проектную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деятельность, продуктом которой является созданное на основе композиционного поиска учебное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художественное произведение (индивидуальное или коллективное, на плоскости или в объёме,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макете).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Большое значение имеет связь с внеурочной деятельностью, активная социокультурная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деятельность, в процессе которой обучающиеся участвуют в оформлении общешкольных событий и</w:t>
      </w:r>
    </w:p>
    <w:p>
      <w:pPr>
        <w:sectPr>
          <w:pgSz w:w="11900" w:h="16840"/>
          <w:pgMar w:top="298" w:right="650" w:bottom="398" w:left="666" w:header="720" w:footer="720" w:gutter="0"/>
          <w:cols w:space="720" w:num="1" w:equalWidth="0"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праздников, в организации выставок детского художественного творчества, в конкурсах, а также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смотрят памятники архитектуры, посещают художественные музеи.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144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ЦЕЛЬ ИЗУЧЕНИЯ МОДУЛЯ «ДЕКОРАТИВНО-ПРИКЛАДНОЕ И НАРОДНОЕ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ИСКУССТВО»</w:t>
      </w:r>
    </w:p>
    <w:p>
      <w:pPr>
        <w:autoSpaceDN w:val="0"/>
        <w:autoSpaceDE w:val="0"/>
        <w:widowControl/>
        <w:spacing w:line="27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Целью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изучения является освоение разных видов визуально-пространственных искусств: живописи,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графики, скульптуры, дизайна, архитектуры, народного и декоративно-прикладного искусства,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изображения в зрелищных и экранных искусствах (вариативно).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объединяет в единую образовательную структуру художественно-творческую деятельность,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восприятие произведений искусства и художественно-эстетическое освоение окружающей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действительности. Художественное развитие обучающихся осуществляется в процессе личного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художественного творчества, в практической работе с разнообразными художественными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материалами.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Задачами 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модуля «Декоративно-прикладное и народное искусство» являются: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художественной культуры как формы выражения в пространственных формах духовных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ценностей, формирование представлений о месте и значении художественной деятельности в жизни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 обучающихся представлений об отечественной и мировой художественной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культуре во всём многообразии её видов;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 обучающихся навыков эстетического видения и преобразования мира;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приобретение опыта создания творческой работы посредством различных художественных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материалов в разных видах визуально-пространственных искусств: изобразительных (живопись,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графика, скульптура), декоративно-прикладных, в архитектуре и дизайне, опыта художественного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творчества в компьютерной графике и анимации, фотографии, работы в синтетических искусствах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(театре и кино) (вариативно);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пространственного мышления и аналитических визуальных способностей;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представлениями о средствах выразительности изобразительного искусства как способах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воплощения в видимых пространственных формах переживаний, чувств и мировоззренческих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позиций человека;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наблюдательности, ассоциативного мышления и творческого воображения;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воспитание уважения и любви к цивилизационному наследию России через освоение отечественной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художественной культуры;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потребности в общении с произведениями изобразительного искусства,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активного отношения к традициям художественной культуры как смысловой, эстетической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личностно значимой ценности.</w:t>
      </w:r>
    </w:p>
    <w:p>
      <w:pPr>
        <w:autoSpaceDN w:val="0"/>
        <w:autoSpaceDE w:val="0"/>
        <w:widowControl/>
        <w:spacing w:line="276" w:lineRule="auto" w:before="190" w:after="0"/>
        <w:ind w:left="0" w:right="432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МЕСТО МОДУЛЯ «ДЕКОРАТИВНО-ПРИКЛАДНОЕ И НАРОДНОЕ ИСКУССТВО» В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УЧЕБНОМ ПЛАНЕ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«Декоративно-прикладное и народное искусство» изучается 1 час в неделю, общий объем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составляет 34 часа.</w:t>
      </w:r>
    </w:p>
    <w:p>
      <w:pPr>
        <w:sectPr>
          <w:pgSz w:w="11900" w:h="16840"/>
          <w:pgMar w:top="286" w:right="670" w:bottom="1440" w:left="666" w:header="720" w:footer="720" w:gutter="0"/>
          <w:cols w:space="720" w:num="1" w:equalWidth="0">
            <w:col w:w="10564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СОДЕРЖАНИЕ МОДУЛЯ «ДЕКОРАТИВНО-ПРИКЛАДНОЕ И НАРОДНОЕ ИСКУССТВО»</w:t>
      </w:r>
    </w:p>
    <w:p>
      <w:pPr>
        <w:autoSpaceDN w:val="0"/>
        <w:autoSpaceDE w:val="0"/>
        <w:widowControl/>
        <w:spacing w:line="262" w:lineRule="auto" w:before="346" w:after="0"/>
        <w:ind w:left="180" w:right="4464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Общие сведения о декоративно-прикладном искусстве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Декоративно-прикладное искусство и его виды.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Декоративно-прикладное искусство и предметная среда жизни людей.</w:t>
      </w:r>
    </w:p>
    <w:p>
      <w:pPr>
        <w:autoSpaceDN w:val="0"/>
        <w:autoSpaceDE w:val="0"/>
        <w:widowControl/>
        <w:spacing w:line="262" w:lineRule="auto" w:before="190" w:after="0"/>
        <w:ind w:left="180" w:right="4032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Древние корни народного искусства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Истоки образного языка декоративно-прикладного искусства.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Традиционные образы народного (крестьянского) прикладного искусства.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Связь народного искусства с природой, бытом, трудом, верованиями и эпосом.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Роль природных материалов в строительстве и изготовлении предметов быта, их значение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характере труда и жизненного уклада.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Образно-символический язык народного прикладного искусства.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Знаки-символы традиционного крестьянского прикладного искусства.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Выполнение рисунков на темы древних узоров деревянной резьбы, росписи по дереву, вышивки.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Освоение навыков декоративного обобщения в процессе практической творческой работы.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Убранство русской избы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Конструкция избы, единство красоты и пользы — функционального и символического — в её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постройке и украшении.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Символическое значение образов и мотивов в узорном убранстве русских изб. Картина мира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образном строе бытового крестьянского искусства.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Выполнение рисунков — эскизов орнаментального декора крестьянского дома.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Устройство внутреннего пространства крестьянского дома. Декоративные элементы жилой среды.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Определяющая роль природных материалов для конструкции и декора традиционной постройки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жилого дома в любой природной среде. Мудрость соотношения характера постройки, символики её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декора и уклада жизни для каждого народа.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Выполнение рисунков предметов народного быта, выявление мудрости их выразительной формы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орнаментально-символического оформления.</w:t>
      </w:r>
    </w:p>
    <w:p>
      <w:pPr>
        <w:autoSpaceDN w:val="0"/>
        <w:autoSpaceDE w:val="0"/>
        <w:widowControl/>
        <w:spacing w:line="262" w:lineRule="auto" w:before="190" w:after="0"/>
        <w:ind w:left="180" w:right="2448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Народный праздничный костюм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Образный строй народного праздничного костюма — женского и мужского.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Традиционная конструкция русского женского костюма — северорусский (сарафан) и южнорусский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(понёва) варианты.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Разнообразие форм и украшений народного праздничного костюма для различных регионов страны.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Искусство народной вышивки. Вышивка в народных костюмах и обрядах. Древнее происхождение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присутствие всех типов орнаментов в народной вышивке. Символическое изображение женских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фигур и образов всадников в орнаментах вышивки. Особенности традиционных орнаментов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текстильных промыслов в разных регионах страны.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Выполнение рисунков традиционных праздничных костюмов, выражение в форме, цветовом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решении, орнаментике кос​тюма черт национального своеобразия.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Народные праздники и праздничные обряды как синтез всех видов народного творчества.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Выполнение сюжетной композиции или участие в работе по созданию коллективного панно на тему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традиций народных праздников.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Народные художественные промыслы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Роль и значение народных промыслов в современной жизни. Искусство и ремесло. Традиции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культуры, особенные для каждого региона.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Многообразие видов традиционных ремёсел и происхождение художественных промыслов народов</w:t>
      </w:r>
    </w:p>
    <w:p>
      <w:pPr>
        <w:sectPr>
          <w:pgSz w:w="11900" w:h="16840"/>
          <w:pgMar w:top="298" w:right="644" w:bottom="384" w:left="666" w:header="720" w:footer="720" w:gutter="0"/>
          <w:cols w:space="720" w:num="1" w:equalWidth="0">
            <w:col w:w="10590" w:space="0"/>
            <w:col w:w="10564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Разнообразие материалов народных ремёсел и их связь с регионально-национальным бытом (дерево,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береста, керамика, металл, кость, мех и кожа, шерсть и лён и др.).</w:t>
      </w:r>
    </w:p>
    <w:p>
      <w:pPr>
        <w:autoSpaceDN w:val="0"/>
        <w:autoSpaceDE w:val="0"/>
        <w:widowControl/>
        <w:spacing w:line="271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Традиционные древние образы в современных игрушках народных промыслов. Особенности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цветового строя, основные орнаментальные элементы росписи филимоновской, дымковской,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каргопольской игрушки. Местные промыслы игрушек разных регионов страны.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Создание эскиза игрушки по мотивам избранного промысла.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Роспись по дереву. Хохлома. Краткие сведения по истории хохломского промысла. Травный узор,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«травка» — основной мотив хохломского орнамента. Связь с природой. Единство формы и декора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произведениях промысла. Последовательность выполнения травного орнамента. Праздничность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изделий «золотой хохломы».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Городецкая роспись по дереву. Краткие сведения по истории. Традиционные образы городецкой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росписи предметов быта. Птица и конь — традиционные мотивы орнаментальных композиций.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Сюжетные мотивы, основные приёмы и композиционные особенности городецкой росписи.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Посуда из глины. Искусство Гжели. Краткие сведения по истории промысла. Гжельская керамика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фарфор: единство скульптурной формы и кобальтового декора. Природные мотивы росписи посуды.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Приёмы мазка, тональный контраст, сочетание пятна и линии.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Роспись по металлу. Жостово. Краткие сведения по истории промысла. Разнообразие форм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подносов, цветового и композиционного решения росписей. Приёмы свободной кистевой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импровизации в живописи цветочных букетов. Эффект освещённости и объёмности изображения.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Древние традиции художественной обработки металла в разных регионах страны. Разнообразие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назначения предметов и художественно-технических приёмов работы с металлом.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Искусство лаковой живописи: Палех, Федоскино, Холуй, Мстёра — роспись шкатулок, ларчиков,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табакерок из папье-маше. Происхождение искусства лаковой миниатюры в России. Особенности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стиля каждой школы. Роль искусства лаковой миниатюры в сохранении и развитии традиций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отечественной культуры.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Мир сказок и легенд, примет и оберегов в творчестве мастеров художественных промыслов.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Отражение в изделиях народных промыслов многообразия исторических, духовных и культурных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традиций.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Народные художественные ремёсла и промыслы — материальные и духовные ценности,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неотъемлемая часть культурного наследия России.</w:t>
      </w:r>
    </w:p>
    <w:p>
      <w:pPr>
        <w:autoSpaceDN w:val="0"/>
        <w:autoSpaceDE w:val="0"/>
        <w:widowControl/>
        <w:spacing w:line="262" w:lineRule="auto" w:before="192" w:after="0"/>
        <w:ind w:left="180" w:right="2592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Декоративно-прикладное искусство в культуре разных эпох и народов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Роль декоративно-прикладного искусства в культуре древних цивилизаций.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Отражение в декоре мировоззрения эпохи, организации общества, традиций быта и ремесла, уклада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жизни людей.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Характерные признаки произведений декоративно-прикладного искусства, основные мотивы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символика орнаментов в культуре разных эпох.</w:t>
      </w:r>
    </w:p>
    <w:p>
      <w:pPr>
        <w:autoSpaceDN w:val="0"/>
        <w:autoSpaceDE w:val="0"/>
        <w:widowControl/>
        <w:spacing w:line="262" w:lineRule="auto" w:before="70" w:after="0"/>
        <w:ind w:left="0" w:right="576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Характерные особенности одежды для культуры разных эпох и народов. Выражение образа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человека, его положения в обществе и характера деятельности в его костюме и его украшениях.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Украшение жизненного пространства: построений, интерьеров, предметов быта — в культуре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разных эпох.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Декоративно-прикладное искусство в жизни современного человека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Многообразие материалов и техник современного декоративно-прикладного искусства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(художественная керамика, стекло, металл, гобелен, роспись по ткани, моделирование одежды).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Символический знак в современной жизни: эмблема, логотип, указующий или декоративный знак.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Государственная символика и традиции геральдики.</w:t>
      </w:r>
    </w:p>
    <w:p>
      <w:pPr>
        <w:sectPr>
          <w:pgSz w:w="11900" w:h="16840"/>
          <w:pgMar w:top="286" w:right="660" w:bottom="318" w:left="666" w:header="720" w:footer="720" w:gutter="0"/>
          <w:cols w:space="720" w:num="1" w:equalWidth="0">
            <w:col w:w="10574" w:space="0"/>
            <w:col w:w="10590" w:space="0"/>
            <w:col w:w="10564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Декоративные украшения предметов нашего быта и одежды.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Значение украшений в проявлении образа человека, его характера, самопонимания, установок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намерений.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Декор на улицах и декор помещений.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Декор праздничный и повседневный.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Праздничное оформление школы.</w:t>
      </w:r>
    </w:p>
    <w:p>
      <w:pPr>
        <w:sectPr>
          <w:pgSz w:w="11900" w:h="16840"/>
          <w:pgMar w:top="286" w:right="1158" w:bottom="1440" w:left="666" w:header="720" w:footer="720" w:gutter="0"/>
          <w:cols w:space="720" w:num="1" w:equalWidth="0">
            <w:col w:w="10076" w:space="0"/>
            <w:col w:w="10574" w:space="0"/>
            <w:col w:w="10590" w:space="0"/>
            <w:col w:w="10564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ПЛАНИРУЕМЫЕ РЕЗУЛЬТАТЫ ОСВОЕНИЯ МОДУЛЯ «ДЕКОРАТИВНО-ПРИКЛАДНОЕ И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НАРОДНОЕ ИСКУССТВО» НА УРОВНЕ ОСНОВНОГО ОБЩЕГО ОБРАЗОВАНИЯ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34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ЛИЧНОСТНЫЕ РЕЗУЛЬТАТЫ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рабочей программы основного общего образования по модулю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достигаются в единстве учебной и воспитательной деятельности.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центре программы по модулю в соответствии с ФГОС общего образования находится личностное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обучающихся, приобщение обучающихся к российским традиционным духовным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ценностям, социализация личности.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призвана обеспечить достижение учащимися личностных результатов, указанных 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ФГОС: формирование у обучающихся основ российской идентичности; ценностные установки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 значимые качества личности; духовно-нравственное развитие обучающихся и отношение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школьников к культуре; мотивацию к познанию и обучению, готовность к саморазвитию и активному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участию в социально значимой ​деятельности.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1. Патриотическое воспитание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Осуществляется через освоение школьниками содержания традиций, истории и современного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отечественной культуры, выраженной в её архитектуре, народном, прикладном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изобразительном искусстве. Воспитание патриотизма в процессе освоения особенностей и красоты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отечественной ​духовной жизни, выраженной в произведениях искусства, ​посвящённых различным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подходам к изображению человека, великим победам, торжественным и трагическим событиям,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эпической и лирической красоте отечественного пейзажа. Патриотические чувства воспитываются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изучении истории народного искусства, его житейской мудрости и значения символических смыслов.</w:t>
      </w:r>
    </w:p>
    <w:p>
      <w:pPr>
        <w:autoSpaceDN w:val="0"/>
        <w:autoSpaceDE w:val="0"/>
        <w:widowControl/>
        <w:spacing w:line="271" w:lineRule="auto" w:before="70" w:after="0"/>
        <w:ind w:left="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Урок искусства воспитывает патриотизм не в декларативной форме, а в процессе собственной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художественно-практической деятельности обучающегося, который учится чувственно-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эмоциональному восприятию и творческому созиданию художественного образа.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2. Гражданское воспитание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по изобразительному искусству направлена на активное приобщение обучающихся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ценностям мировой и отечественной культуры. При этом реализуются задачи социализации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гражданского воспитания школьника. Формируется чувство личной причастности к жизни общества.</w:t>
      </w:r>
    </w:p>
    <w:p>
      <w:pPr>
        <w:autoSpaceDN w:val="0"/>
        <w:autoSpaceDE w:val="0"/>
        <w:widowControl/>
        <w:spacing w:line="283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Искусство рассматривается как особый язык, развивающий коммуникативные умения. В рамках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предмета «Изобразительное искусство» происходит изучение художественной культуры и мировой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истории искусства, углубляются интернациональные чувства обучающихся. Предмет способствует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пониманию особенностей жизни разных народов и красоты различных национальных эстетических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идеалов. Коллективные творческие работы, а также участие в общих художественных проектах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создают условия для разнообразной совместной деятельности, способствуют пониманию другого,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становлению чувства личной ответственности.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3. Духовно-нравственное воспитание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искусстве воплощена духовная жизнь человечества, концентрирующая в себе эстетический,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художественный и нравственный мировой опыт, раскрытие которого составляет суть школьного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предмета. Учебные задания направлены на развитие внутреннего мира учащегося и воспитание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эмоционально-образной, чувственной сферы. Развитие творческого потенциала способствует росту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самосознания обучающегося, осознанию себя как личности и члена общества. Ценностно-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ориентационная и коммуникативная деятельность на занятиях по изобразительному искусству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способствует освоению базовых ценностей — формированию отношения к миру, жизни, человеку,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семье, труду, культуре как духовному богатству общества и важному условию ощущения человеком</w:t>
      </w:r>
    </w:p>
    <w:p>
      <w:pPr>
        <w:sectPr>
          <w:pgSz w:w="11900" w:h="16840"/>
          <w:pgMar w:top="298" w:right="650" w:bottom="444" w:left="666" w:header="720" w:footer="720" w:gutter="0"/>
          <w:cols w:space="720" w:num="1" w:equalWidth="0"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полноты проживаемой жизни.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4. Эстетическое воспитание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Эстетическое (от греч. aisthetikos — чувствующий, чувственный) — это воспитание чувственной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сферы обучающегося на основе всего спектра эстетических категорий: прекрасное, безобразное,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трагическое, комическое, высокое, низменное. Искусство понимается как воплощение в изображении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в создании предметно-пространственной среды постоянного поиска идеалов, веры, надежд,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представлений о добре и зле. Эстетическое воспитание является важнейшим компонентом и условием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социально значимых отношений обучающихся. Способствует формированию ценностных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ориентаций школьников в отношении к окружающим людям, стремлению к их пониманию,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отношению к семье, к мирной жизни как главному принципу человеческого общежития, к самому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себе как самореализующейся и ответственной личности, способной к позитивному действию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условиях соревновательной конкуренции. Способствует формированию ценностного отношения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природе, труду, искусству, культурному наследию.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5. Ценности познавательной деятельности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художественной деятельности на занятиях изобразительным искусством ставятся задачи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воспитания наблюдательности — умений активно, т. е. в соответствии со специальными установками,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видеть окружающий мир. Воспитывается эмоционально окрашенный интерес к жизни. Навыки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исследовательской деятельности развиваются в процессе учебных проектов на уроках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изобразительного искусства и при выполнении заданий культурно-исторической направленности.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6. Экологическое воспитание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Повышение уровня экологической культуры, осознание глобального характера экологических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проблем, активное неприятие действий, приносящих вред окружающей среде, воспитывается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процессе художественно-эстетического наблюдения природы, её образа в произведениях искусства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личной художественно-творческой работе.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7. Трудовое воспитание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Художественно-эстетическое развитие обучающихся обязательно должно осуществляться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процессе личной художественно-творческой работы с освоением художественных материалов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специфики каждого из них. Эта трудовая и смысловая деятельность формирует такие качества,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навыки практической (не теоретико-виртуальной) работы своими руками, формирование умений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преобразования реального жизненного пространства и его оформления, удовлетворение от создания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реального практического продукта. Воспитываются качества упорства, стремления к результату,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эстетики трудовой деятельности. А также умения сотрудничества, коллективной трудовой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работы, работы в команде — обязательные требования к определённым заданиям программы.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8. Воспитывающая предметно-эстетическая среда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художественно-эстетического воспитания обучающихся имеет значение организация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пространственной среды школы. При этом школьники должны быть активными участниками (а 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только потребителями) её создания и оформления пространства в соответствии с задачами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организации, среды, календарными событиями школьной жизни. Эта деятельность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обучающихся, как и сам образ предметно-пространственной среды школы, оказывает активное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воспитательное воздействие и влияет на формирование позитивных ценностных ориентаций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восприятие жизни школьниками.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МЕТАПРЕДМЕТНЫЕ РЕЗУЛЬТАТЫ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Метапредметные результаты освоения основной образовательной программы, формируемые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изучении модуля:</w:t>
      </w:r>
    </w:p>
    <w:p>
      <w:pPr>
        <w:sectPr>
          <w:pgSz w:w="11900" w:h="16840"/>
          <w:pgMar w:top="286" w:right="686" w:bottom="416" w:left="666" w:header="720" w:footer="720" w:gutter="0"/>
          <w:cols w:space="720" w:num="1" w:equalWidth="0"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86" w:lineRule="auto" w:before="0" w:after="0"/>
        <w:ind w:left="180" w:right="5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1. Овладение универсальными познавательными действиями </w:t>
      </w:r>
      <w:r>
        <w:br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Формирование пространственных представлений и сенсорных способностей: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предметные и пространственные объекты по заданным основаниям;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форму предмета, конструкции;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положение предметной формы в пространстве;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обобщать форму составной конструкции;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структуру предмета, конструкции, пространства, зрительного образа;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структурировать предметно-пространственные явления;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пропорциональное соотношение частей внутри целого и предметов между собой;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абстрагировать образ реальности в построении плоской или пространственной композиции.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Базовые логические и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характеризовать существенные признаки явлений художественной культуры;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сопоставлять, анализировать, сравнивать и оценивать с позиций эстетических категорий явления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 и действительности;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классифицировать произведения искусства по видам и, соответственно, по назначению в жизни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людей;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ставить и использовать вопросы как исследовательский инструмент познания;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вести исследовательскую работу по сбору информационного материала по установленной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выбранной теме;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формулировать выводы и обобщения по результатам наблюдения или исследования,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аргументированно защищать свои позиции.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различные методы, в том числе электронные технологии, для поиска и отбора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информации на основе образовательных задач и заданных критериев;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электронные образовательные ресурсы;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работать с электронными учебными пособиями и учебниками;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выбирать, анализировать, интерпретировать, обобщать и систематизировать информацию,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представленную в произведениях искусства, в текстах, таблицах и схемах;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готовить информацию на заданную или выбранную тему в различных видах её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представления: в рисунках и эскизах, тексте, таблицах, схемах, электронных презентациях.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2. Овладение универсальными коммуникативными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искусство в качестве особого языка общения — межличностного (автор — зритель),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между поколениями, между народами;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и формулировать суждения, выражать эмоции в соответствии с целями и условиями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общения, развивая способность к эмпатии и опираясь на восприятие окружающих;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вести диалог и участвовать в дискуссии, проявляя уважительное отношение к оппонентам,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свои суждения с суждениями участников общения, выявляя и корректно, доказательно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отстаивая свои позиции в оценке и понимании обсуждаемого явления; находить общее решение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разрешать конфликты на основе общих позиций и учёта интересов;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публично представлять и объяснять результаты своего ​творческого, художественного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исследовательского опыта;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взаимодействовать, сотрудничать в коллективной работе, принимать цель совместной деятельности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строить действия по её достижению, договариваться, проявлять готовность руководить, выполнять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поручения, подчиняться, ответственно относиться к задачам, своей роли в достижении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результата.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3. Овладение универсальными регулятивными действиями</w:t>
      </w:r>
    </w:p>
    <w:p>
      <w:pPr>
        <w:sectPr>
          <w:pgSz w:w="11900" w:h="16840"/>
          <w:pgMar w:top="298" w:right="648" w:bottom="308" w:left="666" w:header="720" w:footer="720" w:gutter="0"/>
          <w:cols w:space="720" w:num="1" w:equalWidth="0"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Самоорганизация: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осознавать или самостоятельно формулировать цель и результат выполнения учебных задач,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 подчиняя поставленной цели совершаемые учебные действия, развивать мотивы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интересы своей учебной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пути достижения поставленных целей, составлять алгоритм действий, осознанно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выбирать наиболее эффективные способы решения учебных, познавательных, художественно-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творческих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организовывать своё рабочее место для практической работы, сохраняя порядок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окружающем пространстве и бережно относясь к используемым материалам.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Самоконтроль: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соотносить свои действия с планируемыми результатами, осуществлять контроль своей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в процессе достижения результата;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основами самоконтроля, рефлексии, самооценки на основе соответствующих целям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критериев.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Эмоциональный интеллект: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развивать способность управлять собственными эмоциями, стремиться к пониманию эмоций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рефлексировать эмоции как основание для художественного восприятия искусства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собственной художественной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развивать свои эмпатические способности, способность сопереживать, понимать намерения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переживания свои и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признавать своё и чужое право на ошибку;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работать индивидуально и в группе; продуктивно участвовать в учебном сотрудничестве,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совместной деятельности со сверстниками, с педагогами и межвозрастном взаимодействии.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ПРЕДМЕТНЫЕ РЕЗУЛЬТАТЫ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о многообразии видов декоративно-прикладного искусства: народного, классического,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современного, искусства промыслов; понимать связь декоративно-прикладного искусства с бытовыми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потребностями людей, необходимость присутствия в предметном мире и жилой среде;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иметь представление (уметь рассуждать, приводить примеры) о мифологическом и магическом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значении орнаментального оформления жилой среды в древней истории человечества, о присутствии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древних орнаментах символического описания мира;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характеризовать коммуникативные, познавательные и культовые функции декоративно-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прикладного искусства;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объяснять коммуникативное значение декоративного образа в организации межличностных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отношений, в обозначении социальной роли человека, в оформлении предметно-пространственной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произведения декоративно-прикладного искусства по материалу (дерево, металл,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керамика, текстиль, стекло, камень, кость, др.); уметь характеризовать неразрывную связь декора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и называть техники исполнения произведений декоративно-прикладного искусства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разных материалах: резьба, роспись, вышивка, ткачество, плетение, ковка, др.;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специфику образного языка декоративного искусства — его знаковую природу,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орнаментальность, стилизацию изображения;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разные виды орнамента по сюжетной основе: геометрический, растительный,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зооморфный, антропоморфный;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владеть практическими навыками самостоятельного творческого создания орнаментов ленточных,</w:t>
      </w:r>
    </w:p>
    <w:p>
      <w:pPr>
        <w:sectPr>
          <w:pgSz w:w="11900" w:h="16840"/>
          <w:pgMar w:top="298" w:right="670" w:bottom="368" w:left="666" w:header="720" w:footer="720" w:gutter="0"/>
          <w:cols w:space="720" w:num="1" w:equalWidth="0"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9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сетчатых, центрических;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о значении ритма, раппорта, различных видов симметрии в построении орнамента и уметь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эти знания в собственных творческих декоративных работах;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овладеть практическими навыками стилизованного — орнаментального лаконичного изображения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деталей природы, стилизованного обобщённого изображения представите​- лей животного мира,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сказочных и мифологических персо​нажей с опорой на традиционные образы мирового искусства;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особенности народного крестьянского искусства как целостного мира, в предметной среде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которого выражено отношение человека к труду, к природе, к добру и злу, к жизни в целом;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объяснять символическое значение традиционных знаков народного крестьянского искусства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(солярные знаки, древо жизни, конь, птица, мать-земля);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и самостоятельно изображать конструкцию традиционного крестьянского дома, его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декоративное убранство, уметь объяснять функциональное, декоративное и символическое единство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его деталей; объяснять крестьянский дом как отражение уклада крестьянской жизни и памятник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архитектуры;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иметь практический опыт изображения характерных традиционных предметов крестьянского быта;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освоить конструкцию народного праздничного костюма, его образный строй и символическое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значение его декора; знать о разнообразии форм и украшений народного праздничного костюма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регионов страны; уметь изобразить или смоделировать традиционный народный костюм;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осознавать произведения народного искусства как бесценное культурное наследие, хранящее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своих материальных формах глубинные духовные ценности;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и уметь изображать или конструировать устройство традиционных жилищ разных народов,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например юрты, сакли, хаты-мазанки; объяснять семантическое значение деталей конструкции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декора, их связь с природой, трудом и бытом;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иметь представление и распознавать примеры декоративного оформления жизнедеятельности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быта, костюма разных исторических эпох и народов (например, Древний Египет, Древний Китай,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античные Греция и Рим, Европейское Средневековье); понимать разнообразие образов декоративно-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прикладного искусства, его единство и целостность для каждой конкретной культуры, определяемые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природными условиями и сложившийся историей;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значение народных промыслов и традиций художественного ремесла в современной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рассказывать о происхождении народных художественных промыслов; о соотношении ремесла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называть характерные черты орнаментов и изделий ряда отечественных народных художественных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промыслов;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древние образы народного искусства в произведениях современных народных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промыслов;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перечислять материалы, используемые в народных художественных промыслах: дерево,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глина, металл, стекло, др.;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изделия народных художественных промыслов по материалу изготовления и технике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декора;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связь между материалом, формой и техникой декора в произведениях народных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промыслов;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иметь представление о приёмах и последовательности работы при создании изделий некоторых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промыслов;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изображать фрагменты орнаментов, отдельные сюжеты, детали или общий вид изделий ряда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отечественных художественных промыслов;</w:t>
      </w:r>
    </w:p>
    <w:p>
      <w:pPr>
        <w:sectPr>
          <w:pgSz w:w="11900" w:h="16840"/>
          <w:pgMar w:top="286" w:right="746" w:bottom="438" w:left="666" w:header="720" w:footer="720" w:gutter="0"/>
          <w:cols w:space="720" w:num="1" w:equalWidth="0"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роль символического знака в современной жизни (герб, эмблема, логотип,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указующий или декоративный знак) и иметь опыт творческого создания эмблемы или логотипа;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объяснять значение государственной символики, иметь представление о значении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содержании геральдики;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определять и указывать продукты декоративно-прикладной художественной деятельности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предметно-пространственной среде, обычной жизненной обстановке и характеризовать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их образное назначение;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ориентироваться в широком разнообразии современного декоративно-прикладного искусства;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по материалам, технике исполнения художественное стекло, керамику, ковку, литьё,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гобелен и т. д.;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овладевать навыками коллективной практической творческой работы по оформлению пространства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школы и школьных праздников.</w:t>
      </w:r>
    </w:p>
    <w:p>
      <w:pPr>
        <w:sectPr>
          <w:pgSz w:w="11900" w:h="16840"/>
          <w:pgMar w:top="298" w:right="756" w:bottom="1440" w:left="666" w:header="720" w:footer="720" w:gutter="0"/>
          <w:cols w:space="720" w:num="1" w:equalWidth="0"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>ТЕМАТИЧЕСКОЕ ПЛАНИРОВАНИЕ МОДУЛЯ «ДЕКОРАТИВНО-ПРИКЛАДНОЕ И НАРОДНОЕ ИСКУССТВО»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285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разделов и тем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3938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11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355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(цифровые) 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1. Общие сведения о декоративно-прикладном искусстве</w:t>
            </w:r>
          </w:p>
        </w:tc>
      </w:tr>
      <w:tr>
        <w:trPr>
          <w:trHeight w:hRule="exact" w:val="2270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285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Декоративно-прикладное искусство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его виды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01.09.2022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08.09.2022</w:t>
            </w:r>
          </w:p>
        </w:tc>
        <w:tc>
          <w:tcPr>
            <w:tcW w:type="dxa" w:w="393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8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 и характеризовать присутствие предметов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декора в предметном мире и жилой среде.;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 и характеризовать присутствие предметов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декора в предметном мире и жилой среде.;;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виды декоративно-прикладного искусства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 материалу изготовления и практическому;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назначению.;;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связь декоративно-прикладного;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искусства с бытовыми потребностями людей.;;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Самостоятельно формулировать определение;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декоративно-прикладного искусства;;</w:t>
            </w:r>
          </w:p>
        </w:tc>
        <w:tc>
          <w:tcPr>
            <w:tcW w:type="dxa" w:w="111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55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https://www.youtube.com/watch?v=WMciQzQeqoA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https://www.youtube.com/watch?v=jurnjd-iXTM</w:t>
            </w:r>
          </w:p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2. Древние корни народного искусства</w:t>
            </w:r>
          </w:p>
        </w:tc>
      </w:tr>
      <w:tr>
        <w:trPr>
          <w:trHeight w:hRule="exact" w:val="2666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285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Древние образы в народном искусстве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09.09.2022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15.09.2022</w:t>
            </w:r>
          </w:p>
        </w:tc>
        <w:tc>
          <w:tcPr>
            <w:tcW w:type="dxa" w:w="393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Уметь объяснять глубинные смыслы основных знаков-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символов традиционного народного (крестьянского)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прикладного искусства.;;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традиционные образы в орнаментах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деревянной резьбы;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народной вышивки;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росписи по дереву и др.;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видеть многообразное варьирование трактовок.;;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зарисовки древних образов (древо жизни;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мать-земля;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птица;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солнце и др.).;;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55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https://www.youtube.com/watch?v=2j-PHANmoac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https://www.youtube.com/watch?v=WEmXzqxqI9I</w:t>
            </w:r>
          </w:p>
        </w:tc>
      </w:tr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28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Убранство русской избы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16.09.2022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22.09.2022</w:t>
            </w:r>
          </w:p>
        </w:tc>
        <w:tc>
          <w:tcPr>
            <w:tcW w:type="dxa" w:w="393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Изображать строение и декор избы в их конструктивном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смысловом единстве.;;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и характеризовать разнообразие 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построении и образе избы в разных регионах страны.;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Находить общее и различное в образном строе;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традиционного жилища разных народов;;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55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https://www.youtube.com/watch?v=A86mUgGcq24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https://www.youtube.com/watch?v=XSnKG-kWcaU</w:t>
            </w:r>
          </w:p>
        </w:tc>
      </w:tr>
      <w:tr>
        <w:trPr>
          <w:trHeight w:hRule="exact" w:val="1098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285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Внутренний мир русской избы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29.09.2022</w:t>
            </w:r>
          </w:p>
        </w:tc>
        <w:tc>
          <w:tcPr>
            <w:tcW w:type="dxa" w:w="393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и понимать назначение конструктивных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декоративных элементов устройства жилой среды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крестьянского дома.;;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рисунок интерьера традиционного;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крестьянского дома;;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55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952" w:left="666" w:header="720" w:footer="720" w:gutter="0"/>
          <w:cols w:space="720" w:num="1" w:equalWidth="0"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69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285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Конструкция и декор предметов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народного быта и труда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20.10.2022</w:t>
            </w:r>
          </w:p>
        </w:tc>
        <w:tc>
          <w:tcPr>
            <w:tcW w:type="dxa" w:w="393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Изобразить в рисунке форму и декор предметов;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крестьянского быта (ковши;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прялки;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посуда;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предметы трудовой деятельности).;;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художественно-эстетические качества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народного быта (красоту и мудрость в построении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формы бытовых предметов);;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55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https://www.youtube.com/watch?v=ycaEXZjM37I</w:t>
            </w:r>
          </w:p>
        </w:tc>
      </w:tr>
      <w:tr>
        <w:trPr>
          <w:trHeight w:hRule="exact" w:val="2268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285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Народный праздничный костюм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17.11.2022</w:t>
            </w:r>
          </w:p>
        </w:tc>
        <w:tc>
          <w:tcPr>
            <w:tcW w:type="dxa" w:w="393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и анализировать образный строй народного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праздничного костюма;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давать ему эстетическую;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оценку.;;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Соотносить особенности декора женского праздничного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костюма с мировосприятием и мировоззрением наших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предков.;;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Соотносить общее и особенное в образах народной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праздничной одежды разных регионов России.;;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аналитическую зарисовку или эскиз;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праздничного народного костюма;;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55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https://www.youtube.com/watch?v=DrjxcZbGBxM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https://www.youtube.com/watch?v=O59-H0P9ZUY</w:t>
            </w:r>
          </w:p>
        </w:tc>
      </w:tr>
      <w:tr>
        <w:trPr>
          <w:trHeight w:hRule="exact" w:val="1886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285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Искусство народной вышивки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21.10.2022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10.11.2022</w:t>
            </w:r>
          </w:p>
        </w:tc>
        <w:tc>
          <w:tcPr>
            <w:tcW w:type="dxa" w:w="393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условность языка орнамента;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символическое значение.;;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связь образов и мотивов крестьянской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вышивки с природой и магическими древними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представлениями.;;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тип орнамента в наблюдаемом узоре.;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опыт создания орнаментального построения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вышивки с опорой на народную традицию;;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55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https://www.youtube.com/watch?v=dY9oybv_gCU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https://www.youtube.com/watch?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v=f2nyWWxKRkM&amp;t=127s</w:t>
            </w:r>
          </w:p>
        </w:tc>
      </w:tr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2.7.</w:t>
            </w:r>
          </w:p>
        </w:tc>
        <w:tc>
          <w:tcPr>
            <w:tcW w:type="dxa" w:w="28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Народные праздничные обряды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(обобщение темы)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18.11.2022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24.11.2022</w:t>
            </w:r>
          </w:p>
        </w:tc>
        <w:tc>
          <w:tcPr>
            <w:tcW w:type="dxa" w:w="393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праздничные обряды как синтез всех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видов народного творчества.;;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Изобразить сюжетную композицию с изображением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праздника или участвовать в создании коллективного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панно на тему традиций народных праздников;;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55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3. Народные художественные промыслы</w:t>
            </w:r>
          </w:p>
        </w:tc>
      </w:tr>
      <w:tr>
        <w:trPr>
          <w:trHeight w:hRule="exact" w:val="1578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285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Происхождение художественных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промыслов и их роль в современной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жизни народов России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25.11.2022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01.12.2022</w:t>
            </w:r>
          </w:p>
        </w:tc>
        <w:tc>
          <w:tcPr>
            <w:tcW w:type="dxa" w:w="393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 и анализировать изделия различных;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народных художественных промыслов с позиций;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материала их изготовления.;;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связь изделий мастеров промыслов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традиционными ремёслами.;;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роль народных художественных промыслов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 современной жизни;;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55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https://www.youtube.com/watch?v=M_5iLuFghGY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204" w:left="666" w:header="720" w:footer="720" w:gutter="0"/>
          <w:cols w:space="720" w:num="1" w:equalWidth="0"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078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285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Традиционные древние образы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современных игрушках народных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промыслов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08.12.2022</w:t>
            </w:r>
          </w:p>
        </w:tc>
        <w:tc>
          <w:tcPr>
            <w:tcW w:type="dxa" w:w="393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Рассуждать о происхождении древних традиционных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сохранённых в игрушках современных;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народных промыслов.;;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и характеризовать особенности игрушек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нескольких широко известных промыслов: дымковской;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филимоновской;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каргопольской и др.;;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Создавать эскизы игрушки по мотивам избранного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промысла;;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55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https://www.youtube.com/watch?v=D7dIN9KhAms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https://www.youtube.com/playlist?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list=PLiB5FDiVYl7vwKyMGOClKDWvvY9p1T6Ya</w:t>
            </w:r>
          </w:p>
        </w:tc>
      </w:tr>
      <w:tr>
        <w:trPr>
          <w:trHeight w:hRule="exact" w:val="169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285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Праздничная хохлома. ​Роспись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дереву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09.12.2022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15.12.2022</w:t>
            </w:r>
          </w:p>
        </w:tc>
        <w:tc>
          <w:tcPr>
            <w:tcW w:type="dxa" w:w="393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характеризовать особенности;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орнаментов и формы произведений хохломского;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промысла.;;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назначение изделий хохломского промысла.;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опыт в освоении нескольких приёмов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хохломской орнаментальной росписи («травка»;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«кудрина» и др.).; Создавать эскизы изделия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мотивам промысла;;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55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https://www.youtube.com/playlist?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list=PLiB5FDiVYl7vwKyMGOClKDWvvY9p1T6Ya</w:t>
            </w:r>
          </w:p>
        </w:tc>
      </w:tr>
      <w:tr>
        <w:trPr>
          <w:trHeight w:hRule="exact" w:val="169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285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Искусство Гжели. Керамика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16.12.2022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22.12.2022</w:t>
            </w:r>
          </w:p>
        </w:tc>
        <w:tc>
          <w:tcPr>
            <w:tcW w:type="dxa" w:w="393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характеризовать особенности;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орнаментов и формы произведений гжели.;;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и показывать на примерах единство;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скульптурной формы и кобальтового декора.;;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опыт использования приёмов кистевого мазка.;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Создавать эскиз изделия по мотивам промысла.;;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Изображение и конструирование посудной формы и её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роспись в гжельской традиции;;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55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https://www.youtube.com/playlist?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list=PLiB5FDiVYl7vwKyMGOClKDWvvY9p1T6Ya</w:t>
            </w:r>
          </w:p>
        </w:tc>
      </w:tr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28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Городецкая роспись по дереву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29.12.2022</w:t>
            </w:r>
          </w:p>
        </w:tc>
        <w:tc>
          <w:tcPr>
            <w:tcW w:type="dxa" w:w="393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 и эстетически характеризовать красочную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городецкую роспись.;;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опыт декоративно-символического изображения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персонажей городецкой росписи.;;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Выполнить эскиз изделия по мотивам промысла;;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55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https://www.youtube.com/playlist?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list=PLiB5FDiVYl7vwKyMGOClKDWvvY9p1T6Ya</w:t>
            </w:r>
          </w:p>
        </w:tc>
      </w:tr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28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Жостово. Роспись по металлу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09.01.2023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14.01.2023</w:t>
            </w:r>
          </w:p>
        </w:tc>
        <w:tc>
          <w:tcPr>
            <w:tcW w:type="dxa" w:w="393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 разнообразие форм подносов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композиционного решения их росписи.;;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опыт традиционных для Жостова приёмов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кистевых мазков в живописи цветочных букетов.; Иметь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представление о приёмах освещенности и объёмности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жостовской росписи;;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55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https://www.youtube.com/playlist?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list=PLiB5FDiVYl7vwKyMGOClKDWvvY9p1T6Ya</w:t>
            </w:r>
          </w:p>
        </w:tc>
      </w:tr>
      <w:tr>
        <w:trPr>
          <w:trHeight w:hRule="exact" w:val="251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3.7.</w:t>
            </w:r>
          </w:p>
        </w:tc>
        <w:tc>
          <w:tcPr>
            <w:tcW w:type="dxa" w:w="28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Искусство лаковой жи​вописи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16.01.2023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21.01.2023</w:t>
            </w:r>
          </w:p>
        </w:tc>
        <w:tc>
          <w:tcPr>
            <w:tcW w:type="dxa" w:w="393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разглядывать;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любоваться;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 лаковой миниатюры.;;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Знать об истории происхождения промыслов лаковой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миниатюры.;;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роль искусства лаковой миниатюры 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сохранении и развитии традиций отечественной;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культуры.;;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опыт создания композиции на сказочный сюжет;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опираясь на впечатления от лаковых миниатюр;;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55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https://www.youtube.com/playlist?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list=PLiB5FDiVYl7vwKyMGOClKDWvvY9p1T6Ya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44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4. Декоративно-прикладное искусство в культуре разных эпох и народов</w:t>
            </w:r>
          </w:p>
        </w:tc>
      </w:tr>
      <w:tr>
        <w:trPr>
          <w:trHeight w:hRule="exact" w:val="2606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285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Роль декоративно-прикладного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искусства в культуре древних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цивилизаций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11.02.2023</w:t>
            </w:r>
          </w:p>
        </w:tc>
        <w:tc>
          <w:tcPr>
            <w:tcW w:type="dxa" w:w="393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эстетически воспринимать декоративно-прикладное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искусство в культурах разных народов.;;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 в произведениях декоративно-прикладного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искусства связь конструктивных;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декоративных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изобразительных элементов;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единство материалов;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формы и декора.;;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Делать зарисовки элементов декора или;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декорированных предметов;;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355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https://www.youtube.com/watch?v=M_5iLuFghGY</w:t>
            </w:r>
          </w:p>
        </w:tc>
      </w:tr>
      <w:tr>
        <w:trPr>
          <w:trHeight w:hRule="exact" w:val="284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28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Особенности орнамента в культурах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разных народов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13.02.2023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11.03.2023</w:t>
            </w:r>
          </w:p>
        </w:tc>
        <w:tc>
          <w:tcPr>
            <w:tcW w:type="dxa" w:w="393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и приводить примеры;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 по орнаменту;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украшающему одежду;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здания;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предметы;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можно;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определить;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 какой эпохе и народу он относится.; Проводить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исследование орнаментов выбранной;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культуры;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отвечая на вопросы о своеобразии традиций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орнамента.;;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опыт изображения орнаментов выбранной;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культуры;;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55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https://www.youtube.com/watch?v=1xndkuH3fMc</w:t>
            </w:r>
          </w:p>
        </w:tc>
      </w:tr>
      <w:tr>
        <w:trPr>
          <w:trHeight w:hRule="exact" w:val="150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28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Особенности конструкции и декора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одежды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13.03.2023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08.04.2023</w:t>
            </w:r>
          </w:p>
        </w:tc>
        <w:tc>
          <w:tcPr>
            <w:tcW w:type="dxa" w:w="393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Проводить исследование и вести поисковую работу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изучению и сбору материала об особенностях одежды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выбранной культуры;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её декоративных особенностях и социальных знаках.;;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Изображать предметы одежды.;;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Создавать эскиз одежды или деталей одежды 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разных членов сообщества этой культуры;;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355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https://www.youtube.com/watch?v=uOwCc-cIu4A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4.4.</w:t>
            </w:r>
          </w:p>
        </w:tc>
        <w:tc>
          <w:tcPr>
            <w:tcW w:type="dxa" w:w="28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Целостный образ декоративно-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прикладного искусства для каждой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исторической эпохи и национальной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культуры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0.75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15.04.2023</w:t>
            </w:r>
          </w:p>
        </w:tc>
        <w:tc>
          <w:tcPr>
            <w:tcW w:type="dxa" w:w="393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Участвовать в создании коллективного панно;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показывающего образ выбранной эпохи;;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55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https://www.youtube.com/watch?v=CnKkHUrLj4w</w:t>
            </w:r>
          </w:p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5. Декоративно-прикладное искусство в жизни современного человека</w:t>
            </w:r>
          </w:p>
        </w:tc>
      </w:tr>
      <w:tr>
        <w:trPr>
          <w:trHeight w:hRule="exact" w:val="1480"/>
        </w:trPr>
        <w:tc>
          <w:tcPr>
            <w:tcW w:type="dxa" w:w="39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285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Многообразие видов, форм, материалов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техник современного декоративного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искусства</w:t>
            </w:r>
          </w:p>
        </w:tc>
        <w:tc>
          <w:tcPr>
            <w:tcW w:type="dxa" w:w="528"/>
            <w:tcBorders>
              <w:start w:sz="4.7999999999999545" w:val="single" w:color="#000000"/>
              <w:top w:sz="5.599999999999909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5.599999999999909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17.04.2023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29.04.2023</w:t>
            </w:r>
          </w:p>
        </w:tc>
        <w:tc>
          <w:tcPr>
            <w:tcW w:type="dxa" w:w="393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 и эстетически анализировать произведения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современного декоративного и прикладного искусства.;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Вести самостоятельную поисковую работу по;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направлению выбранного вида современного;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декоративного искусства.;;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творческую импровизацию на основе;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произведений современных художников;;</w:t>
            </w:r>
          </w:p>
        </w:tc>
        <w:tc>
          <w:tcPr>
            <w:tcW w:type="dxa" w:w="111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55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https://www.youtube.com/watch?v=YK4SBtjQ3oM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62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462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285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Символический знак в современной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жизни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01.05.2023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13.05.2023</w:t>
            </w:r>
          </w:p>
        </w:tc>
        <w:tc>
          <w:tcPr>
            <w:tcW w:type="dxa" w:w="393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значение государственной символики и роль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художника в её разработке.;;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Разъяснять смысловое значение изобразительно-;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декоративных элементов в государственной символике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в гербе родного города.;;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о происхождении и традициях;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геральдики.;;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Разрабатывать эскиз личной семейной эмблемы 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эмблемы класса;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кружка дополнительного;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образования;;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55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https://www.youtube.com/playlist?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list=PLiB5FDiVYl7vwKyMGOClKDWvvY9p1T6Ya</w:t>
            </w:r>
          </w:p>
        </w:tc>
      </w:tr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5.3.</w:t>
            </w:r>
          </w:p>
        </w:tc>
        <w:tc>
          <w:tcPr>
            <w:tcW w:type="dxa" w:w="285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Декор современных улиц и помещений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15.05.2023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27.05.2023</w:t>
            </w:r>
          </w:p>
        </w:tc>
        <w:tc>
          <w:tcPr>
            <w:tcW w:type="dxa" w:w="393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Обнаруживать украшения на улицах родного города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о них.;;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зачем люди в праздник украшают окружение и себя.;;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Участвовать в праздничном оформлении школы;;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55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https://www.youtube.com/playlist?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list=PLiB5FDiVYl7vwKyMGOClKDWvvY9p1T6Ya</w:t>
            </w:r>
          </w:p>
        </w:tc>
      </w:tr>
      <w:tr>
        <w:trPr>
          <w:trHeight w:hRule="exact" w:val="520"/>
        </w:trPr>
        <w:tc>
          <w:tcPr>
            <w:tcW w:type="dxa" w:w="3254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КОЛИЧЕСТВО ЧАСОВ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34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0.75</w:t>
            </w:r>
          </w:p>
        </w:tc>
        <w:tc>
          <w:tcPr>
            <w:tcW w:type="dxa" w:w="114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18.75</w:t>
            </w:r>
          </w:p>
        </w:tc>
        <w:tc>
          <w:tcPr>
            <w:tcW w:type="dxa" w:w="9474"/>
            <w:gridSpan w:val="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216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2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164"/>
            <w:vMerge w:val="restart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64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Декоративно-прикладное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искусство и его виды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0.25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Древние образы в народном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искусстве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216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Убранство русской избы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Дагестанская сакля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Внутренний мир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дагестанской сакли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Конструкция и декор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предметов народного быта.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Конструкция и декор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предметов народного быта.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Искусство народной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вышивки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Искусство народной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вышивки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Дагестанский народный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праздничный костюм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Народные праздничные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обряды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Происхождение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художественных промыслов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их роль в современной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жизни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Традиционные древние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образы в современных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игрушках народных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промыслов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4" w:lineRule="auto" w:before="9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Праздничная хохлома. ​</w:t>
            </w:r>
            <w:r>
              <w:rPr>
                <w:rFonts w:ascii="DejaVu Serif" w:hAnsi="DejaVu Serif" w:eastAsia="DejaVu Serif"/>
                <w:b w:val="0"/>
                <w:i w:val="0"/>
                <w:color w:val="000000"/>
                <w:sz w:val="24"/>
              </w:rPr>
              <w:t>‐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Роспись по дереву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Искусство Гжели. Керамика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280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34"/>
        </w:trPr>
        <w:tc>
          <w:tcPr>
            <w:tcW w:type="dxa" w:w="504"/>
            <w:tcBorders>
              <w:start w:sz="4.800000000000011" w:val="single" w:color="#000000"/>
              <w:end w:sz="4.800000000000011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216"/>
            <w:tcBorders>
              <w:start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20"/>
            <w:tcBorders>
              <w:start w:sz="4.800000000000182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822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Городецкая роспись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дереву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Жостово. Роспись по металлу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Искусство лаковой живописи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ДПИ древних цивилизаций.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Древний Египет.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0.25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ДПИ древних цивилизаций.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Древняя Греция.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ДПИ древних цивилизаций.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Древний Восток.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Особенности орнамента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культурах разных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народов.Египет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0.75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Особенности орнамента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культурах разных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народов.Греция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0.75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Особенности орнамента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культурах разных народов.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Древний Восток.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0.75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Особенности орнамента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культурах разных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народов.Китай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0.75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Особенности конструкции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декора одежды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Особенности конструкции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декора одежды. Работа над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эскизами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Особенности конструкции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декора одежды Работа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цвете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0" w:right="650" w:bottom="1156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Целостный образ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декоративно-прикладного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искусства для каждой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исторической эпохи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национальной культуры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0.75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Многообразие видов, форм,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материалов и техник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современного декоративного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искусства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 чём рассказывают нам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гербы и эмблемы.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Герб семьи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0.75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Декор современных улиц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помещений. Современное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выставочное искусство.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0.25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Ты сам – мастер.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0.75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3720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0.75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18.75</w:t>
            </w:r>
          </w:p>
        </w:tc>
        <w:tc>
          <w:tcPr>
            <w:tcW w:type="dxa" w:w="2810"/>
            <w:gridSpan w:val="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62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Изобразительное искусство. 5 класс/Горяева Н. А., Островская О.В.; под редакцией Неменского Б.М.,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Акционерное общество «Издательство «Просвещение»;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83" w:lineRule="auto" w:before="166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учебник: – Горяева, Н. А., Островская О. В. «Изобразительное искусство. Декоративно-прикладное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искусство в жизни человека» учебник 5 кл. / под ред. Б. М. Неменского. – М.: Просвещение, 2019г.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�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Изобразительное искусство. Рабочие программы. Предметная линия учебников под редакцией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Б.М.Неменского. 5-9 классы: пособие для учителей общеобразовательных учреждений/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Б.М.Неменский,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Л.А.Неменская, Н.А.Горяева, А.С.Питерских. –М.: Просвещение, 2011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�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О.В.Свиридова,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Изобразительное искусство: 5 класс.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88" w:lineRule="auto" w:before="166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Википедия: свободная энциклопедия https://ru.wikipedia.org/wiki/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 Всероссийский интернет-педсовет http://pedsovet.org/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Фестиваль педагогических идей http://festival.1september.ru/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Единая коллекция цифровых общеобразовательных ресурсов http://schoolcollection.edu.ru/catalog/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 Музеи мира http://muzei-mira.com/muzei_rossii/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5. Уроки рисования для наинающих http://www.linteum.ru/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6. Рисование карандашом поэтапно http://www.lookmi.ru/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7. Словарь терминов изобразительного искусства http://artdic.ru/index.htm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https://www.youtube.com/results?search_query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https://www.youtube.com/playlist?list=PLiB5FDiVYl7vwKyMGOClKDWvvY9p1T6Ya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https://www.youtube.com/watch?v=f2nyWWxKRkM&amp;t=127s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https://www.youtube.com/watch?v=DrjxcZbGBxM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https://www.youtube.com/watch?v=CnKkHUrLj4w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https://www.youtube.com/watch?v=uOwCc-cIu4A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https://www.youtube.com/watch?v=O59-H0P9ZUY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https://www.youtube.com/watch?v=YK4SBtjQ3oM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УЧЕБНОЕ ОБОРУДОВАНИЕ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Компьютер. 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Методический фонд.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ПРАКТИЧЕСКИХ РАБОТ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Муляжи для рисования.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1. Изделия декоративно-прикладного искусства и народных промыслов.</w:t>
      </w:r>
    </w:p>
    <w:p>
      <w:pPr>
        <w:autoSpaceDN w:val="0"/>
        <w:autoSpaceDE w:val="0"/>
        <w:widowControl/>
        <w:spacing w:line="262" w:lineRule="auto" w:before="70" w:after="0"/>
        <w:ind w:left="0" w:right="74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учащегося: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2. Бумага (А-3, А-4), альбом.</w:t>
      </w:r>
    </w:p>
    <w:p>
      <w:pPr>
        <w:autoSpaceDN w:val="0"/>
        <w:autoSpaceDE w:val="0"/>
        <w:widowControl/>
        <w:spacing w:line="230" w:lineRule="auto" w:before="7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3. Краски (акварель, гуашь).</w:t>
      </w:r>
    </w:p>
    <w:p>
      <w:pPr>
        <w:autoSpaceDN w:val="0"/>
        <w:autoSpaceDE w:val="0"/>
        <w:widowControl/>
        <w:spacing w:line="262" w:lineRule="auto" w:before="70" w:after="0"/>
        <w:ind w:left="0" w:right="83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 Кисти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5. Емкость для воды.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6. Простой карандаш, ластик, черный линер или гелиевая ручка.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7. Цветные карандаши, фломастеры, пастель.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5534" w:space="0"/>
        <w:col w:w="10478" w:space="0"/>
        <w:col w:w="10488" w:space="0"/>
        <w:col w:w="10564" w:space="0"/>
        <w:col w:w="10586" w:space="0"/>
        <w:col w:w="10548" w:space="0"/>
        <w:col w:w="10584" w:space="0"/>
        <w:col w:w="10076" w:space="0"/>
        <w:col w:w="10574" w:space="0"/>
        <w:col w:w="10590" w:space="0"/>
        <w:col w:w="10564" w:space="0"/>
        <w:col w:w="10584" w:space="0"/>
        <w:col w:w="9684" w:space="0"/>
        <w:col w:w="6040" w:space="0"/>
        <w:col w:w="3644" w:space="0"/>
        <w:col w:w="96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