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37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55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СОГЛАСОВАНО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 по УВР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0" w:after="0"/>
              <w:ind w:left="864" w:right="864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УТВЕРЖДЕНО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Врио директора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958"/>
        </w:trPr>
        <w:tc>
          <w:tcPr>
            <w:tcW w:type="dxa" w:w="46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292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______________Магомедова Э.И.</w:t>
            </w:r>
          </w:p>
          <w:p>
            <w:pPr>
              <w:autoSpaceDN w:val="0"/>
              <w:autoSpaceDE w:val="0"/>
              <w:widowControl/>
              <w:spacing w:line="245" w:lineRule="auto" w:before="182" w:after="0"/>
              <w:ind w:left="1416" w:right="158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 2022 г.</w:t>
            </w:r>
          </w:p>
        </w:tc>
        <w:tc>
          <w:tcPr>
            <w:tcW w:type="dxa" w:w="36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2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______________Магомеданваров А.К.</w:t>
            </w:r>
          </w:p>
          <w:p>
            <w:pPr>
              <w:autoSpaceDN w:val="0"/>
              <w:autoSpaceDE w:val="0"/>
              <w:widowControl/>
              <w:spacing w:line="245" w:lineRule="auto" w:before="182" w:after="0"/>
              <w:ind w:left="292" w:right="1728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74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51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2306944)</w:t>
      </w:r>
    </w:p>
    <w:p>
      <w:pPr>
        <w:autoSpaceDN w:val="0"/>
        <w:autoSpaceDE w:val="0"/>
        <w:widowControl/>
        <w:spacing w:line="230" w:lineRule="auto" w:before="166" w:after="0"/>
        <w:ind w:left="0" w:right="41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54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«Изобразительное искусство»</w:t>
      </w:r>
    </w:p>
    <w:p>
      <w:pPr>
        <w:autoSpaceDN w:val="0"/>
        <w:autoSpaceDE w:val="0"/>
        <w:widowControl/>
        <w:spacing w:line="230" w:lineRule="auto" w:before="670" w:after="0"/>
        <w:ind w:left="229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7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1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Магомеданварова Кусум Магомедкамиловна</w:t>
      </w:r>
    </w:p>
    <w:p>
      <w:pPr>
        <w:autoSpaceDN w:val="0"/>
        <w:autoSpaceDE w:val="0"/>
        <w:widowControl/>
        <w:spacing w:line="230" w:lineRule="auto" w:before="70" w:after="0"/>
        <w:ind w:left="0" w:right="13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8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Аметеркмахи 2022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изобразительному искусству для обучающихся 1 класса на уровне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составлена на основе «Требований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программы», представленных в Федеральном государственном образовательном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стандарте начального общего образования.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распределено по модулям с учётом проверяемых требований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учебного предмета, выносимым на промежуточную аттестацию.</w:t>
      </w:r>
    </w:p>
    <w:p>
      <w:pPr>
        <w:autoSpaceDN w:val="0"/>
        <w:autoSpaceDE w:val="0"/>
        <w:widowControl/>
        <w:spacing w:line="278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Цель преподавания предмета «Изобразительное искусство» состоит в формировании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культуры учащихся, развитии художественно-образного мышления и эстетического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отношения к явлениям действительности путём освоения начальных основ художественных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умений, навыков и развития творческого потенциала учащихся.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Преподавание предмета направлено на развитие духовной культуры учащихся,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активной эстетической позиции по отношению к действительности и произведениям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роли и значения художественной деятельности в жизни людей.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охватывает все основные вида визуально-пространственных искусств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(собственно изобразительных): начальные основы графики, живописи и скульптуры,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прикладные и народные виды искусства, архитектуру и дизайн. Особое внимание уделено развитию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эстетического восприятия природы, восприятию произведений искусства и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навыков, художественному восприятию предметно-бытовой культуры. Для учащихся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 большое значение также имеет восприятие произведений детского творчества,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обсуждать и анализировать детские рисунки с позиций выраженного в них содержания,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средств выразительности, соответствия учебной задачи, поставленной учителем.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Такая рефлексия детского творчества имеет позитивный обучающий характер.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Важнейшей задачей является формирование активного, ценностного отношения к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изобразительном искусстве, в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образах предметно-материальной и пространственной среды, в понимании красоты 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Учебные темы, связанные с восприятием, могут быть реализованы как отдельные уроки, но чаще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всего следует объединять задачи восприятия с задачами практической творческой работы (при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сохранении учебного времени на восприятие произведений искусства и 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действительности).</w:t>
      </w:r>
    </w:p>
    <w:p>
      <w:pPr>
        <w:autoSpaceDN w:val="0"/>
        <w:autoSpaceDE w:val="0"/>
        <w:widowControl/>
        <w:spacing w:line="28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занятиях учащиеся знакомятся с многообразием видов художественной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технически доступным разнообразием художественных материалов. Практическая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художественно-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творческая деятельность занимает приоритетное пространство учебного времени. При опоре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искусства художественно-эстетическое отношение к миру формируется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прежде всего в собственной художественной деятельности, в процессе практического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художественно-творческих задач.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учитывает психолого-возрастные особенности развития детей 7—8 лет,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этом содержание занятий может быть адаптировано с учётом индивидуальных качеств обучающихся,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для детей, проявляющих выдающиеся способности, так и для детей-инвалидов и детей с ОВЗ.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урочное время деятельность обучающихся организуется как в индивидуальном, так и в групповом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формате с задачей формирования навыков сотрудничества в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«ИЗОБРАЗИТЕЛЬНОЕ ИСКУССТВО» В УЧЕБНОМ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ПЛАНЕ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 учебный предмет «Изобразительное искусство» входит в предметную область</w:t>
      </w:r>
    </w:p>
    <w:p>
      <w:pPr>
        <w:sectPr>
          <w:pgSz w:w="11900" w:h="16840"/>
          <w:pgMar w:top="298" w:right="648" w:bottom="338" w:left="666" w:header="720" w:footer="720" w:gutter="0"/>
          <w:cols w:space="720" w:num="1" w:equalWidth="0"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и является обязательным для изучения. Содержание предмета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 структурировано как система тематических модулей и входит в учебный план 1—4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классов программы начального общего образования в объёме 1 ч одного учебного часа в неделю.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Изучение содержания всех модулей в 1 классе обязательно.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этом предусматривается возможность реализации этого курса при выделении на его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 учебных часов в неделю за счёт вариативной части учебного плана, определяемой участниками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образовательного процесса. При этом предполагается не увеличение количества тем для изучения,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увеличение времени на практическую художественную деятельность. Это способствует качеству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и достижению более высокого уровня как предметных, так и личностных и метапредметных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результатов обучения.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изобразительного искусства в 1 классе отводится 1 час в неделю, всего 33 часа.</w:t>
      </w:r>
    </w:p>
    <w:p>
      <w:pPr>
        <w:sectPr>
          <w:pgSz w:w="11900" w:h="16840"/>
          <w:pgMar w:top="286" w:right="682" w:bottom="1440" w:left="666" w:header="720" w:footer="720" w:gutter="0"/>
          <w:cols w:space="720" w:num="1" w:equalWidth="0"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Расположение изображения на листе. Выбор вертикального или горизонтального формата листа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содержания изображения.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Разные виды линий. Линейный рисунок. Графические материалы для линейного рисунка 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особенности. Приёмы рисования линией.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Рисование с натуры: разные листья и их форма.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пропорциях: короткое — длинное. Развитие навыка видения соотношения частей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целого (на основе рисунков животных).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Графическое пятно (ахроматическое) и представление о силуэте. Формирование навыка видения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целостности. Цельная форма и её части.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Цвет как одно из главных средств выражения в изобразительном искусстве. Навыки работы гуашью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условиях урока. Краски «гуашь», кисти, бумага цветная и белая.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Три основных цвета. Ассоциативные представления, связанные с каждым цветом. Навыки смешения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красок и получение нового цвета.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Эмоциональная выразительность цвета, способы выражение настроения в изображаемом сюжете.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Живописное изображение разных цветков по представлению и восприятию. Развитие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 гуашью. Эмоциональная выразительность цвета.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Тематическая композиция «Времена года». Контрастные цветовые состояния времён года.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Живопись (гуашь), аппликация или смешанная техника.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Техника монотипии. Представления о симметрии. Развитие воображения.</w:t>
      </w:r>
    </w:p>
    <w:p>
      <w:pPr>
        <w:autoSpaceDN w:val="0"/>
        <w:autoSpaceDE w:val="0"/>
        <w:widowControl/>
        <w:spacing w:line="262" w:lineRule="auto" w:before="19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Изображение в объёме. Приёмы работы с пластилином; дощечка, стек, тряпочка.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зверушек из цельной формы (черепашки, ёжика, зайчика, птички и др.). Приёмы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вытягивания, вдавливания, сгибания, скручивания.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игрушки, характерной для одного из наиболее известных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 (дымковская или каргопольская игрушка или по выбору учителя с учётом местных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промыслов).</w:t>
      </w:r>
    </w:p>
    <w:p>
      <w:pPr>
        <w:autoSpaceDN w:val="0"/>
        <w:autoSpaceDE w:val="0"/>
        <w:widowControl/>
        <w:spacing w:line="262" w:lineRule="auto" w:before="72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Бумажная пластика. Овладение первичными приёмами над- резания, закручивания, складывания.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Объёмная аппликация из бумаги и картона.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Узоры в природе. Наблюдение узоров в живой природе (в условиях урока на основе фотографий).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Эмоционально-эстетическое восприятие объектов действительности. Ассоциативное сопоставление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орнаментами в предметах декоративно-прикладного искусства.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Узоры и орнаменты, создаваемые людьми, и разнообразие их видов. Орнаменты геометрические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растительные. Декоративная композиция в круге или в полосе.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симметрии и наблюдение её в природе. Последовательное ведение работы над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изображением бабочки по представлению, использование линии симметрии при составлении узора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крыльев.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Орнамент, характерный для игрушек одного из наиболее известных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промыслов: дымковская или каргопольская игрушка (или по выбору учителя с учётом местных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Дизайн предмета: изготовление нарядной упаковки путём складывания бумаги и аппликации.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Оригами — создание игрушки для новогодней ёлки. Приёмы складывания бумаги.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Наблюдение разнообразных архитектурных зданий в окружающем мире (по фотографиям),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обсуждение особенностей и составных частей зданий.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приёмов конструирования из бумаги. Складывание объёмных простых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тел. Овладение приёмами склеивания, надрезания и вырезания деталей; использование приёма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симметрии.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Макетирование (или аппликация) пространственной среды сказочного города из бумаги, картона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пластилина.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произведений детского творчества. Обсуждение сюжетного и эмоционального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детских работ.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Художественное наблюдение окружающего мира природы и предметной среды жизни человека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поставленной аналитической и эстетической задачи наблюдения (установки).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Рассматривание иллюстраций детской книги на основе содержательных установок учителя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изучаемой темой.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Знакомство с картиной, в которой ярко выражено эмоциональное состояние, или с картиной,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написанной на сказочный сюжет (произведения В. М. Васнецова, М. А. Врубеля и другие по выбору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учителя).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Художник и зритель. Освоение зрительских умений на основе получаемых знаний и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 — установок наблюдения. Ассоциации из личного опыта учащихся и оценка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эмоционального содержания произведений.</w:t>
      </w:r>
    </w:p>
    <w:p>
      <w:pPr>
        <w:autoSpaceDN w:val="0"/>
        <w:autoSpaceDE w:val="0"/>
        <w:widowControl/>
        <w:spacing w:line="271" w:lineRule="auto" w:before="190" w:after="0"/>
        <w:ind w:left="18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Фотографирование мелких деталей природы, выражение ярких зрительных впечатлений.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Обсуждение в условиях урока ученических фотографий, соответствующих изучаемой теме.</w:t>
      </w:r>
    </w:p>
    <w:p>
      <w:pPr>
        <w:sectPr>
          <w:pgSz w:w="11900" w:h="16840"/>
          <w:pgMar w:top="298" w:right="870" w:bottom="1440" w:left="666" w:header="720" w:footer="720" w:gutter="0"/>
          <w:cols w:space="720" w:num="1" w:equalWidth="0"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0" w:right="115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центре программы по изобразительному искусству в соответствии с ФГОС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находится личностное развитие обучающихся, приобщение их к российским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традиционным духовным ценностям, а также социализация личности.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призвана обеспечить достижение обучающимися личностных результатов: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ценностного отношения к своей Родине —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ценностно-смысловые ориентации и установки, отражающие индивидуально-личностные позиции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значимые личностные качества;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духовно-нравственное развитие обучающихся;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мотивацию к познанию и обучению, готовность к саморазвитию и активному участию в социально-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позитивный опыт участия в творческой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произведениям искусства и литературы, построенным на принципах нравственности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гуманизма, уважительного отношения и интереса к культурным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народов.</w:t>
      </w:r>
    </w:p>
    <w:p>
      <w:pPr>
        <w:autoSpaceDN w:val="0"/>
        <w:autoSpaceDE w:val="0"/>
        <w:widowControl/>
        <w:spacing w:line="281" w:lineRule="auto" w:before="19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Патриотическое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через освоение школьниками содержания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народном, декоративно-прикладном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изобразительном искусстве. Урок искусства воспитывает патриотизм не в декларативной форме, 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восприятия и освоения в личной художественной деятельности конкретных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красоте и мудрости, заложенных в культурных традициях.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Гражданское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формируется через развитие чувства личной причастности к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 и созидающих качеств личности, приобщение обучающихся к ценностям отечественной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культуры. Учебный предмет способствует пониманию особенностей жизни разных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красоты национальных эстетических идеалов. Коллективные творческие работы создают условия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разных форм художественно-творческой деятельности, способствуют пониманию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человека, становлению чувства личной ответственности.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Духовно-нравственное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воспитание является стержнем художественного развития обучающегося,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приобщения его к искусству как сфере, концентрирующей в себе духовно-нравственного поиск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человечества. Учебные задания направлены на развитие внутреннего мира обучающегося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его эмоционально-образной, чувственной сферы. Занятия искусством помогают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школьнику обрести социально значимые знания. Развитие творческих способностей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росту самосознания, осознания себя как личности и члена общества.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Эстетическое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важнейший компонент и условие развития социально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 обучающихся, формирования представлений о прекрасном и безобразном, о высоком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низком. Эстетическое воспитание способствует формированию ценностных ориентаций школьников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отношении к окружающим людям, в стремлении к их пониманию, а также в отношении к семье,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труду, искусству, культурному наследию.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Ценности познавательной деятельности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воспитываются как эмоционально окрашенный интерес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людей и природы. Происходит это в процессе развития навыков восприятия и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рефлексии своих наблюдений в художественно-творческой деятельности. Навыки исследовательской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развиваются при выполнении заданий культурно-исторической направленности.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Экологическое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происходит в процессе художественно-эстетического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 и её образа в произведениях искусства. Формирование эстетических чувств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активному неприятию действий, приносящих вред окружающей среде.</w:t>
      </w:r>
    </w:p>
    <w:p>
      <w:pPr>
        <w:sectPr>
          <w:pgSz w:w="11900" w:h="16840"/>
          <w:pgMar w:top="298" w:right="650" w:bottom="350" w:left="666" w:header="720" w:footer="720" w:gutter="0"/>
          <w:cols w:space="720" w:num="1" w:equalWidth="0"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Трудовое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в процессе личной художественно-творческой работы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освоению художественных материалов и удовлетворения от создания реального, практического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продукта. Воспитываются стремление достичь результат, упорство, творческая инициатива,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эстетики трудовой деятельности. Важны также умения сотрудничать с одноклассниками,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в команде, выполнять коллективную работу — обязательные требования к определённым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заданиям по программе.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Пространственные представления и сенсорные способности: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форму предмета,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доминантные черты (характерные особенности) в визуальном образе;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плоскостные и пространственные объекты по заданным основаниям;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ассоциативные связи между визуальными образами разных форм и предметов;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части и целое в видимом образе, предмете,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пропорциональные отношения частей внутри целого и предметов между собой;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форму составной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ритмические отношения в пространстве и в изображении (визуальном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образе) на установленных основаниях;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абстрагировать образ реальности при построении плоской композиции;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тональные отношения (тёмное — светлое) в пространственных и плоскостных объектах;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эмоциональное воздействие цветовых отношений в пространственной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 и плоскостном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и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исследовательские, экспериментальные действия в процессе освоения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 различных художественных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творческие экспериментальные действия в процессе самостоятельного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заданий;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 и аналитические действия на основе определённых учебных установок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восприятия произведений изобразительного искусства, архитектуры и продуктов детского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наблюдения для получения информации об особенностях объектов и состояния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природы, предметного мира человека, городской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анализировать и оценивать с позиций эстетических категорий явления природы и предметно-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пространственную среду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выводы, соответствующие эстетическим, аналитическим и другим учебным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установкам по результатам проведённого наблюдения;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знаково-символические средства для составления орнаментов и декоративных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искусства по видам и, соответственно, по назначению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изобразительного искусства по жанрам в качестве инструмента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анализа содержания произведений;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ставить и использовать вопросы как исследовательский инструмент познания.</w:t>
      </w:r>
    </w:p>
    <w:p>
      <w:pPr>
        <w:autoSpaceDN w:val="0"/>
        <w:autoSpaceDE w:val="0"/>
        <w:widowControl/>
        <w:spacing w:line="262" w:lineRule="auto" w:before="190" w:after="0"/>
        <w:ind w:left="180" w:right="475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использовать электронные образовательные ресурсы;</w:t>
      </w:r>
    </w:p>
    <w:p>
      <w:pPr>
        <w:sectPr>
          <w:pgSz w:w="11900" w:h="16840"/>
          <w:pgMar w:top="298" w:right="658" w:bottom="332" w:left="666" w:header="720" w:footer="720" w:gutter="0"/>
          <w:cols w:space="720" w:num="1" w:equalWidth="0"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работать с электронными учебниками и учебными пособиями;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источник для получения информации: поисковые системы Интернета, цифровые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электронные средства, справочники, художественные альбомы и детские книги;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интерпретировать, обобщать и систематизировать информацию, представленную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искусства, текстах, таблицах и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готовить информацию на заданную или выбранную тему и представлять её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видах: рисунках и эскизах, электронных презентациях;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виртуальные путешествия по архитектурным памятникам, в отечественные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музеи и зарубежные художественные музеи (галереи) на основе установок и квестов,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соблюдать правила информационной безопасности при работе в сети Интернет.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2.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искусство в качестве особого языка общения — межличностного (автор — зритель),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поколениями, между народами;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 и участвовать в дискуссии, проявляя уважительное отношение к оппонентам,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участников общения, выявляя и корректно отстаивая свои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позиции в оценке и понимании обсуждаемого явления;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общее решение и разрешать конфликты на основе общих позиций и учёта интересов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совместной художественной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и объяснять результаты своего творческого, художественного или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исследовательского опыта;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произведения детского художественного творчества с позиций их содержания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учебной задачей, поставленной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ошибку, развивать свои способности сопереживать,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намерения и переживания свои и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взаимодействовать, сотрудничать в процессе коллективной работы, принимать цель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строить действия по её достижению, договариваться,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подчиняться, ответственно относиться к своей задаче по достижению общего результата.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3.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внимательно относиться и выполнять учебные задачи, поставленные учителем;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последовательность учебных действий при выполнении задания;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организовывать своё рабочее место для практической работы, сохраняя порядок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окружающем пространстве и бережно относясь к используемым материалам;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в процессе достижения результата.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сформулированы по годам обучения на основе модульного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в соответствии с Приложением № 8 к Федеральному государственному образовательному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стандарту начального общего образования, утверждённому приказом Министерства просвещения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Федерации.</w:t>
      </w:r>
    </w:p>
    <w:p>
      <w:pPr>
        <w:autoSpaceDN w:val="0"/>
        <w:autoSpaceDE w:val="0"/>
        <w:widowControl/>
        <w:spacing w:line="262" w:lineRule="auto" w:before="190" w:after="0"/>
        <w:ind w:left="18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применения свойств простых графических материалов в самостоятельной</w:t>
      </w:r>
    </w:p>
    <w:p>
      <w:pPr>
        <w:sectPr>
          <w:pgSz w:w="11900" w:h="16840"/>
          <w:pgMar w:top="298" w:right="668" w:bottom="438" w:left="666" w:header="720" w:footer="720" w:gutter="0"/>
          <w:cols w:space="720" w:num="1" w:equalWidth="0"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творческой работе в условиях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первичный опыт в создании графического рисунка на основе знакомства со средствами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аналитического наблюдения формы предмета, опыт обобщения и геометризации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наблюдаемой формы как основы обучения рисунку.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опыт создания рисунка простого (плоского) предмета с натуры.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Учиться анализировать соотношения пропорций, визуально сравнивать пространственные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величины.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первичные знания и навыки композиционного расположения изображения на листе.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выбирать вертикальный или горизонтальный формат листа для выполнения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 рисунка.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учебную задачу, поставленную учителем, и решать её в своей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художественной деятельности.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обсуждать результаты своей практической работы и работы товарищей с позиций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соответствия их поставленной учебной задаче, с позиций выраженного в рисунке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графических средств его выражения (в рамках программного материала).</w:t>
      </w:r>
    </w:p>
    <w:p>
      <w:pPr>
        <w:autoSpaceDN w:val="0"/>
        <w:autoSpaceDE w:val="0"/>
        <w:widowControl/>
        <w:spacing w:line="262" w:lineRule="auto" w:before="190" w:after="0"/>
        <w:ind w:left="180" w:right="38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работы красками «гуашь» в условиях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три основных цвета; обсуждать и называть ассоциативные представления, которые рождает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каждый цвет.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эмоциональное звучание цвета и уметь формулировать своё мнение с опорой на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ассоциаций.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экспериментирования, исследования результатов смешения красок и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нового цвета.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творческую работу на заданную тему с опорой на зрительные впечатления, организованные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педагогом.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аналитического наблюдения, поиска выразительных образных объёмных форм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 (облака, камни, коряги, формы плодов и др.).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первичные приёмы лепки из пластилина, приобретать представления о целостной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объёмном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первичными навыками бумагопластики — создания объёмных форм из бумаги путём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складывания, надрезания, закручивания и др.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рассматривать и эстетически характеризовать различные примеры узоров в природе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урока на основе фотографий); приводить примеры, сопоставлять и искать ассоциации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орнаментами в произведениях декоративно-прикладного искусства.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виды орнаментов по изобразительным мотивам: растительные, геометрические,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анималистические.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Учиться использовать правила симметрии в своей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орнаментальной декоративной композиции (стилизованной: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декоративный цветок или птица).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знания о значении и назначении украшений в жизни людей.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представления о глиняных игрушках отечественных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 (дымковская, каргопольская игрушки или по выбору учителя с учётом местных</w:t>
      </w:r>
    </w:p>
    <w:p>
      <w:pPr>
        <w:sectPr>
          <w:pgSz w:w="11900" w:h="16840"/>
          <w:pgMar w:top="286" w:right="642" w:bottom="428" w:left="666" w:header="720" w:footer="720" w:gutter="0"/>
          <w:cols w:space="720" w:num="1" w:equalWidth="0"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промыслов) и опыт практической художественной деятельности по мотивам игрушки выбранного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опыт и соответствующие возрасту навыки подготовки и оформления общего праздника.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различные произведения архитектуры в окружающем мире (по фотографиям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урока); анализировать и характеризовать особенности и составные части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зданий.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приёмы конструирования из бумаги, складывания объёмных простых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пространственного макетирования (сказочный город) в форме коллективной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игровой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представления о конструктивной основе любого предмета и первичные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анализа его строения.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умения рассматривать, анализировать детские рисунки с позиций их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сюжета, настроения, композиции (расположения на листе), цвета, а также соответствия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задаче, поставленной учителем.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эстетического наблюдения природы на основе эмоциональных впечатлений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учебных задач и визуальной установки учителя.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художественного наблюдения предметной среды жизни человека в зависимости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 поставленной аналитической и эстетической задачи (установки).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опыт эстетического восприятия и аналитического наблюдения архитектурных построек.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опыт эстетического, эмоционального общения со станковой картиной, понимать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умений и специальных знаний; приобретать опыт восприятия картин со сказочным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сюжетом (В. М. Васнецова, М. А. Врубеля и других художников по выбору учителя),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с ярко выраженным эмоциональным настроением (например, натюрморты В. Ван Гога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А. Матисса).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новый опыт восприятия художественных иллюстраций в детских книгах и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 в соответствии с учебной установкой.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фотографий с целью эстетического и целенаправленного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обсуждения фотографий с точки зрения того, с какой целью сделан снимок,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насколько значимо его содержание и какова композиция в кадре.</w:t>
      </w:r>
    </w:p>
    <w:p>
      <w:pPr>
        <w:sectPr>
          <w:pgSz w:w="11900" w:h="16840"/>
          <w:pgMar w:top="286" w:right="648" w:bottom="1440" w:left="666" w:header="720" w:footer="720" w:gutter="0"/>
          <w:cols w:space="720" w:num="1" w:equalWidth="0"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896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8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Восприятие произведений искусства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896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Восприятие детских рисунков. Навыки восприятия произведений детского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творчества и формирование зрительских умений.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рассматривать,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детские рисунки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позиций их содержания и сюжета,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настроения;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Первые представления о композиции: на уровне образного восприятия.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Представление о различных художественных материалах.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расположение изображения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листе и выбор вертикального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горизонтального формата;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Обсуждение содержания рисунка.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Рисовать, выполнить рисунок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простую, всем доступную тему,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например «Весёлое солнышко»,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карандашами или мелками;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6364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1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1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Линейный рисунок.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87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концентрац;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Разные виды линий.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обсуждать характер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формы листа;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Линии в природе. Ветки (по фотографиям): тонкие — толстые, порывистые,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угловатые, плавные и др.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последовательность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рисунка;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Графические материалы и их особенности. Приёмы рисования линией.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графическими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материалами;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Рисунок с натуры: рисунок листьев разной формы (треугольный, круглый,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овальный, длинный).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обобщения видимой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формы предмета;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5896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Последовательность рисунка.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сравнивать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соотношение частей, составляющих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 целое, рассматривать изображения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животных с контрастными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пропорциями;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Первичные навыки определения пропорций и понимания их значения. От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одного пятна — «тела», меняя пропорции «лап» и «шеи», получаем рисунки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разных животных.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анализировать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иллюстрации известных художников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детских книг с позиций освоенных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знаний о пятне, линии и пропорциях;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298" w:left="666" w:header="720" w:footer="720" w:gutter="0"/>
          <w:cols w:space="720" w:num="1" w:equalWidth="0"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Линейный тематический рисунок (линия-рассказчица) на сюжет стихотворения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или сюжет из жизни детей (игры во дворе, в походе и др.) с простым и весёлым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повествовательным сюжетом.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30.09.2022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Учиться работать на уроке с жидкой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краской;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Пятно-силуэт. Превращение случайного пятна в изображение зверушки или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фантастического зверя. Развитие образного видения и способности целостного,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обобщённого видения. Пятно как основа графического изображения.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Приобрести знания о пятне и линии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изображения на плоскости;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3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Тень как пример пятна. Теневой театр. Силуэт.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14.10.2022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графическое пятно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основу изобразительного образа;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Навыки работы на уроке с жидкой краской и кистью, уход за своим рабочим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местом.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Приобрести знания о пятне и линии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изображения на плоскости;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2.12.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Рассмотрение и анализ средств выражения — пятна и линии — в иллюстрациях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художников к детским книгам.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изображения на основе пятна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путём добавления к нему деталей,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подсказанных воображением;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6364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2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861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Живопись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Цвет как одно из главных средств выражения в изобразительном искусстве.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Навыки работы гуашью в условиях урока.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красками рисунок с весёлым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или грустным настроением;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896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Три основных цвета. Ассоциативные представления, связанные с каждым из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цветов. Навыки смешения красок и получения нового цвета.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28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гуашью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условиях школьного урока;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Эмоциональная выразительность цвета.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25.11.2022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Экспериментировать, исследовать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возможности смешения красок,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наложения цвета на цвет, размывания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цвета в процессе работы над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разноцветным ковриком;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Цвет как выражение настроения, душевного состояния.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02.12.2022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гуашью рисунок цветка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цветов на основе демонстрируемых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фотографий или по представлению;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70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Наш мир украшают цветы. Живописное изображение по представлению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восприятию разных по цвету и формам цветков. Развитие навыков работы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гуашью и навыков наблюдения.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09.12.2022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гуашью рисунок цветка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цветов на основе демонстрируемых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фотографий или по представлению;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Развивать навыки аналитического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рассматривания разной формы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строения цветов;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изображения разных времён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года;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Тематическая композиция «Времена года». Контрастные цветовые состояния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времён года. Работа гуашью, в технике аппликации или в смешанной технике.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16.12.2022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красками рисунок с весёлым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или грустным настроением;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98" w:left="666" w:header="720" w:footer="720" w:gutter="0"/>
          <w:cols w:space="720" w:num="1" w:equalWidth="0"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Техника монотипии. Представления о симметрии. Развитие ассоциативного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воображения.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23.12.2022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гуашью рисунок цветка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цветов на основе демонстрируемых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фотографий или по представлению;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6364"/>
            <w:gridSpan w:val="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3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10"/>
            <w:gridSpan w:val="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Скульптура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в объёме. Приёмы работы с пластилином; дощечка, стек,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тряпочка.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Овладевать первичными навыками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работы в объёмной аппликации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коллаже;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226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зверушек из цельной формы (черепашки, ёжика, зайчика и т. д.). Приёмы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вытягивания, вдавливания, сгибания, скручивания.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13.01.2023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87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концентрац;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восприятие;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своём;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внутреннем;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состоянии.;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Бумажная пластика. Овладение первичными приёмами надрезания,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закручивания, складывания в работе над объёмной аппликацией.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20.01.2023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Осваивать первичные навыки лепки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изображения в объёме;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Лепить из целого куска пластилина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мелких зверушек путём вытягивания,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вдавливания;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игрушки по мотивам одного из наиболее известных народных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художественных промыслов (дымковская, каргопольская игрушки или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выбору учителя с учётом местных промыслов).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27.01.2023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создания объёмных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изображений из бумаги;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коллективной работы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созданию в технике аппликации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панно из работ учащихся;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Объёмная аппликация из бумаги и картона.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03.02.2023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глиняные игрушки известных народных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художественных промыслов;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6364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4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10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Декоративно-прикладное искусство</w:t>
            </w:r>
          </w:p>
        </w:tc>
      </w:tr>
      <w:tr>
        <w:trPr>
          <w:trHeight w:hRule="exact" w:val="1098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5896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Узоры в природе.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10.02.2023</w:t>
            </w:r>
          </w:p>
        </w:tc>
        <w:tc>
          <w:tcPr>
            <w:tcW w:type="dxa" w:w="2882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орнамент, украшающий игрушку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выбранного промысла;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на бумаге красками рисунок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орнамента выбранной игрушки;</w:t>
            </w:r>
          </w:p>
        </w:tc>
        <w:tc>
          <w:tcPr>
            <w:tcW w:type="dxa" w:w="1236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6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Наблюдение узоров в живой природе (в условиях урока на основе фотографий).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Эмоционально-эстетическое восприятие объектов действительности.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Ассоциативное сопоставление с орнаментами в предметах декоративно-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прикладного искусства.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24.02.2023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использования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 симметрии при выполнении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примеры художественно выполненных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орнаментов;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228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Представления о симметрии и наблюдение её в природе. Последовательное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ведение работы над изображением бабочки по представлению, использование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линии симметрии при составлении узора крыльев.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03.03.2023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87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концентрац;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восприятие;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своём;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внутреннем;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состоянии.;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Узоры и орнаменты, создаваемые людьми, и разнообразие их видов. Орнаменты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геометрические и растительные.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10.03.2023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в предложенных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орнаментах мотивы изображения: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растительные, геометрические,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анималистические;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орнаменты в круге,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полосе, квадрате в соответствии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оформляемой предметной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поверхностью;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Декоративная композиция в круге или полосе.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17.03.2023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и делать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ассоциативные сопоставления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орнаментами в предметах декоративно-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прикладного искусства;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Орнамент, характерный для игрушек одного из наиболее известных народных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художественных промыслов. Дымковская, каргопольская игрушка или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выбору учителя с учётом местных промыслов.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07.04.2023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в предложенных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орнаментах мотивы изображения: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растительные, геометрические,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анималистические;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5.7.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Оригами — создание игрушки для новогодней ёлки. Приёмы складывания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бумаги.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14.04.2023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гуашью творческое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орнаментальное стилизованное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изображение цветка, птицы и др. (по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выбору) в круге или в квадрате (без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раппорта);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0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5.8.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Форма и украшение бытовых предметов.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21.04.2023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орнаменты в круге,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полосе, квадрате в соответствии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оформляемой предметной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поверхностью;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07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41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5.9.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Приёмы бумагопластики. Сумка или упаковка и её декор.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28.04.2023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87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концентрац;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восприятие;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своём;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внутреннем;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состоянии.;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6364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5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861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Архитектура 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Наблюдение разнообразия архитектурных построек в окружающем мире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фотографиям, обсуждение их особенностей и составных частей зданий.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сравнивать различные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здания в окружающем мире (по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фотографиям);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характеризовать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и составные части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рассматриваемых зданий;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66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Освоение приёмов конструирования из бумаги. Складывание объёмных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простых геометрических тел. Овладение приёмами склеивания деталей,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надрезания, вырезания деталей, использование приёмов симметрии.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характеризовать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и составные части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рассматриваемых зданий;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придуманного дома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основе полученных впечатлений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(техника работы может быть любой,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например с помощью мелких печаток);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Макетирование (или создание аппликации) пространственной среды сказочного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города из бумаги, картона или пластилина.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Макетировать в игровой форме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пространство сказочного городка (или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построить городок в виде объёмной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аппликации);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6364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6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1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Восприятие произведений искусства</w:t>
            </w:r>
          </w:p>
        </w:tc>
      </w:tr>
      <w:tr>
        <w:trPr>
          <w:trHeight w:hRule="exact" w:val="17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Восприятие произведений детского творчества. Обсуждение сюжетного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эмоционального содержания детских работ.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эстетического,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эмоционального общения со станковой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картиной;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зрительских умений,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включающих необходимые знания,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внимание к позиции автора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соотнесение с личным жизненным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опытом зрителя;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02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Художественное наблюдение окружающего мира (мира природы) и предметной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среды жизни человека в зависимости от поставленной аналитической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эстетической задачи наблюдения (установки).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аналитического наблюдения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архитектурных построек;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художественных иллюстраций в детских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книгах в соответствии с учебной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установкой;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Рассматривание иллюстраций к детским книгам на основе содержательных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установок учителя в соответствии с изучаемой темой.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эстетического,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эмоционального общения со станковой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картиной;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Знакомство с живописной картиной.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специально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организованного общения со станковой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картиной;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произведений с ярко выраженным эмоциональным настроением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или со сказочным сюжетом. Произведения В. М. Васнецова, М. А. Врубеля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других художников (по выбору учителя).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зрительских умений,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включающих необходимые знания,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внимание к позиции автора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соотнесение с личным жизненным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опытом зрителя;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0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7.6.</w:t>
            </w:r>
          </w:p>
        </w:tc>
        <w:tc>
          <w:tcPr>
            <w:tcW w:type="dxa" w:w="589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Художник и зритель. Освоение зрительских умений на основе получаемых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знаний и творческих установок наблюдения.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эстетического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наблюдения природы на основе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эмоциональных впечатлений и с учётом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визуальной установки учителя;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7.7.</w:t>
            </w:r>
          </w:p>
        </w:tc>
        <w:tc>
          <w:tcPr>
            <w:tcW w:type="dxa" w:w="5896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Ассоциации из личного опыта учащихся и оценка эмоционального содержания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произведений.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художественных иллюстраций в детских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книгах в соответствии с учебной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установкой;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7.8.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Произведения И. И. Левитана, А. Г. Венецианова И. И. Шишкина, А. 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Пластова, К. Моне, В. Ван Гога и других художников (по выбору учителя)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теме «Времена года»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художественного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наблюдения предметной среды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человека в зависимости от поставленной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аналитической и эстетической задачи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(установки);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аналитического наблюдения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архитектурных построек;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6364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7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10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Азбука цифровой графики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Фотографирование мелких деталей природы, запечатление на фотографиях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ярких зрительных впечатлений.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фотографирования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целью эстетического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целенаправленного наблюдения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природы;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589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в условиях урока ученических фотографий, соответствующих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изучаемой теме.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31.05.2023</w:t>
            </w:r>
          </w:p>
        </w:tc>
        <w:tc>
          <w:tcPr>
            <w:tcW w:type="dxa" w:w="28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фотографирования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целью эстетического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целенаправленного наблюдения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природы;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28"/>
        </w:trPr>
        <w:tc>
          <w:tcPr>
            <w:tcW w:type="dxa" w:w="6364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8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1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4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3107"/>
        <w:gridCol w:w="3107"/>
        <w:gridCol w:w="3107"/>
        <w:gridCol w:w="3107"/>
        <w:gridCol w:w="3107"/>
      </w:tblGrid>
      <w:tr>
        <w:trPr>
          <w:trHeight w:hRule="exact" w:val="328"/>
        </w:trPr>
        <w:tc>
          <w:tcPr>
            <w:tcW w:type="dxa" w:w="636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</w:t>
            </w:r>
          </w:p>
        </w:tc>
        <w:tc>
          <w:tcPr>
            <w:tcW w:type="dxa" w:w="63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96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в предмет.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Изображения всюду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вокруг нас. Рисунок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солнца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Изоброжать можно линией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Рисунок с натуры 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рисунок листьев разной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Учимся рисовать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животных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Линия-рассказчика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ВПР;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Пятно-силуэт.Изоброжать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можно пятном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гостях у "Золотой осени"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В.Поленов "Осень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Абрамцеве".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 вокруг нас. Мир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полон украшений. Красоту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надо уметь замечать.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Три волшебных цвета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 как выражения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настроения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Цветы и их особенность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422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Времена года.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Техника монотипия. Лепка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животных.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Бумажная пластика. Жар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птица.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Объемная аппликация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бумаги и картона.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Мастер украшения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помогает сделать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праздник. "Праздник 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ворот"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"Новый год у ворот"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завершение работ в цвете.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Тематическое рисование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"Наши ззабавы".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Диктант;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ВПР;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Узоры в природе.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Узоры на крыльях бабочек.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Симметрия.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растительные.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Тематическое рисование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"День защитника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Отечества".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 в народной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игрушке.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17.02.2023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4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Праздничная открытка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мамочке к 8 марта.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ВПР;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геометрические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растительные.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украшает себя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Постройки в нашей жизни.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Дома бывают разные.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Рисуем свой дом.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0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дома и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деталей. Дом снаружи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внутри.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 природы и человека.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Весенний день.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живописной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картиной. Сказочна птица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ветке с золотыми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яблоками.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Сказочный сюжет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художников.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ассоциации: "Времена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года"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Красота в деталях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природы. Здравствуй, лето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!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3470"/>
            <w:gridSpan w:val="2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</w:t>
            </w:r>
          </w:p>
        </w:tc>
        <w:tc>
          <w:tcPr>
            <w:tcW w:type="dxa" w:w="3062"/>
            <w:gridSpan w:val="2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05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1 класс/Неменская Л.А.; под редакцией Неменского Б.М.,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Рабочие программы. Предметная линия учебников под редакцией Б. М. Неменского. 1 – 4 классы 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пособие для учителей общеобразоват. организаций / [Б. М. Неменский, Л. А. Неменская, Н. А. Горяева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др.] ; под ред. Б. М. Неменского. – 5-е изд. – М. : Просвещение, 2015.</w:t>
      </w:r>
    </w:p>
    <w:p>
      <w:pPr>
        <w:autoSpaceDN w:val="0"/>
        <w:autoSpaceDE w:val="0"/>
        <w:widowControl/>
        <w:spacing w:line="271" w:lineRule="auto" w:before="72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Изобразительное искусство. Ты изображаешь, украшаешь и строишь. 1 класс : учебник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общеобразовательных учреждений / Л.А. Неменская ; под ред. Б.М. Неменского. – 2-е изд. – М. 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Просвещение, 2014.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6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Единая коллекция цифровых образовательных ресурсов: http://school-collection.edu.ru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Школа АВС. Презентации по изо и технологии. - http://www.shkola-abv.ru/katalog-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prezentatsij/izo​itehnologiya http://fcior.edu.ru/ Федеральный Центр Информационно-образовательных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ресурсов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http://school-collection.edu.ru/ Единая коллекция цифровых образовательных ресурсов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https://urok.1sept.ru/ Фестиваль Педагогических Идей http://www.muzped.net/ Российский центр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Музейной педагогики и детского творчества http://www.printdigital.ru/ Шедевры мировой живописи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http://www.arslonga.ru Галерея «ARSLONGA» Галерея своей главной задачей видит поиск и показ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 современных художников, творчество которых выражает настроения и духовные поиски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нашего времени.</w:t>
      </w:r>
    </w:p>
    <w:p>
      <w:pPr>
        <w:autoSpaceDN w:val="0"/>
        <w:autoSpaceDE w:val="0"/>
        <w:widowControl/>
        <w:spacing w:line="271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http://www.artobject-gallery.ru/ Галерея «АРТ.объект». Галерея не ограничивает себя узкими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стилистическими или жанровыми рамками, а старается знакомить зрителя с разнообразными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проявлениями современной арт-сцены.</w:t>
      </w:r>
    </w:p>
    <w:p>
      <w:pPr>
        <w:autoSpaceDN w:val="0"/>
        <w:autoSpaceDE w:val="0"/>
        <w:widowControl/>
        <w:spacing w:line="262" w:lineRule="auto" w:before="7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http://www.tanais.info/ Шедевры Русской Живописи http://gallerix.ru/album/Hermitage-museum-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hi​resolution Галерея, картины известных художников.</w:t>
      </w:r>
    </w:p>
    <w:p>
      <w:pPr>
        <w:autoSpaceDN w:val="0"/>
        <w:autoSpaceDE w:val="0"/>
        <w:widowControl/>
        <w:spacing w:line="262" w:lineRule="auto" w:before="7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http://gallerix.ru/ Ещё одна жемчужина интернета и прекрасная находка для тех, кто любит живопись!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http://www.artlib.ru/ библиотека изобразительных искусств.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http://fcior.edu.ru/ Проект федерального центра информационно-образовательных ресурсов (ФЦИОР).</w:t>
      </w:r>
    </w:p>
    <w:p>
      <w:pPr>
        <w:sectPr>
          <w:pgSz w:w="11900" w:h="16840"/>
          <w:pgMar w:top="298" w:right="634" w:bottom="1440" w:left="666" w:header="720" w:footer="720" w:gutter="0"/>
          <w:cols w:space="720" w:num="1" w:equalWidth="0">
            <w:col w:w="10600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81" w:lineRule="auto" w:before="166" w:after="0"/>
        <w:ind w:left="0" w:right="201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Цветовой круг»;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«Палитра красок»;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«Свет и тень»;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«Тёплые и холодные цвета»;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«Жанры живописи» («Портрет», «Натюрморт», «Пейзаж»);«Великие художники».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«Геометрические тела»» «Форма и объём»; репродукции картин русских и зарубежных художников;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классная доска с набором приспособлений для крепления таблиц и картинок; иллюстративные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 (альбомы, комплекты открыток и др.); художественно-графические материалы;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фиксации достижений учащихся (фото-, видеокамера); оборудование для мультимедийных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демонстраций.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краски (акварельные и гуашь); карандаши; бумага; пластилин и пластическая масса; глина; классные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доски для рисования на белой плоскости: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мольберты; подиумы для натурных постановок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00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600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86" w:space="0"/>
        <w:col w:w="10592" w:space="0"/>
        <w:col w:w="10566" w:space="0"/>
        <w:col w:w="10576" w:space="0"/>
        <w:col w:w="10584" w:space="0"/>
        <w:col w:w="10364" w:space="0"/>
        <w:col w:w="10584" w:space="0"/>
        <w:col w:w="10552" w:space="0"/>
        <w:col w:w="10586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