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2305996)</w:t>
      </w:r>
    </w:p>
    <w:p>
      <w:pPr>
        <w:autoSpaceDN w:val="0"/>
        <w:autoSpaceDE w:val="0"/>
        <w:widowControl/>
        <w:spacing w:line="262" w:lineRule="auto" w:before="166" w:after="0"/>
        <w:ind w:left="3600" w:right="403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«Технология»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«Технология» включает: пояснительную записку,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планируемые результаты освоения программы учебного предмета, тематическое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раскрывается через модули. Приведён перечень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— познавательных, коммуникативных и регулятивных, формирование которых может быть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достигнуто средствами учебного предмета «Технология» с учётом возрастных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начальных классов. В первом классе предлагается пропедевтический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УУД, поскольку становление универсальности действий на этом этапе обучения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начинается. В познавательных универсальных учебных действиях выделен специальный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раздел «Работа с информацией». С учётом того, что выполнение правил совместной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строится на интеграции регулятивных УУД (определённые волевые усилия, саморегуляция,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самоконтроль, проявление терпения и доброжелательности при налаживании отношений)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коммуникативных УУД (способность вербальными средствами устанавливать взаимоотношения),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предметные достижения младшего школьника за каждый год обучения в начальной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Предлагаемая программа отражает вариант конкретизации требований Федерального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государственного образовательного стандарта начального общего образования по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(предмету) «Технология» и обеспечивает обозначенную в нём содержательную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составляющую по данному учебному предмету.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времени и инновационными установками отечественного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обозначенными во ФГОС НОО, данная программа обеспечивает реализацию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обновлённой концептуальной идеи учебного предмета «Технология». Её особенность состоит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формировании у обучающихся социально ценных качеств, креативности и общей культуры личности.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Новые социально-экономические условия требуют включения каждого учебного предмета в данный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процесс, а уроки технологии обладают большими специфическими резервами для решения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особенно на уровне начального образования. В частности, курс технологии обладает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возможностями в укреплении фундамента для развития умственной деятельности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начальных классов.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курсе технологии осуществляется реализация широкого спектра межпредметных связей.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моделирование, выполнение расчётов, вычислений, построение форм с учетом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 геометрии, работа с геометрическими фигурами, телами, именованными числами.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Изобразительное искусство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использование средств художественной выразительности, законов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правил декоративно-прикладного искусства и дизайна.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Окружающий мир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природные формы и конструкции как универсальный источник инженерно-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идей для мастера; природа как источник сырья, этнокультурные традиции.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Родной язык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использование важнейших видов речевой деятельности и основных типов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 в процессе анализа заданий и обсуждения результатов практической деятельности.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Литературное чтени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 — работа с текстами для создания образа, реализуемого в изделии.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Важнейшая особенность уроков технологии в начальной школе — предметно-практическая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как необходимая составляющая целостного процесса интеллектуального,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духовного и нравственного развития обучающихся младшего школьного возраста.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Продуктивная предметная деятельность на уроках технологии является основой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познавательных способностей школьников, стремления активно знакомиться с историей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материальной культуры и семейных традиций своего и других народов и уважительного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Занятия продуктивной деятельностью закладывают основу для формирования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социально-значимых практических умений и опыта преобразовательной творческой деятельности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предпосылки для успешной социализации личности младшего школьника.</w:t>
      </w:r>
    </w:p>
    <w:p>
      <w:pPr>
        <w:autoSpaceDN w:val="0"/>
        <w:autoSpaceDE w:val="0"/>
        <w:widowControl/>
        <w:spacing w:line="27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уроках технологии ученики овладевают основами проектной деятельности, которая направлена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развитие творческих черт личности, коммуникабельности, чувства ответственности, умения искать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использовать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Основной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является успешная социализация обучающихся, формирование у них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функциональной грамотности на базе освоения культурологических и конструкторско-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технологических знаний (о рукотворном мире и общих правилах его создания в рамках исторически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меняющихся технологий) и соответствующих им практических умений,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содержании учебного предмета.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реализации основной цели и концептуальной идеи данного предмета необходимо решение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приоритетных задач: образовательных, развивающих и воспитательных.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Образовательные задачи курса: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общих представлений о культуре и организации трудовой деятельности как важной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части общей культуры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становление элементарных базовых знаний и представлений о предметном (рукотворном) мире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результате деятельности человека, его взаимодействии с миром природы, правилах и технологиях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создания, исторически развивающихся и современных производствах и профессиях;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основ чертёжно-графической грамотности, умения работать с простейшей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документацией (рисунок, чертёж, эскиз, схема);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элементарных знаний и представлений о различных материалах, технологиях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обработки и соответствующих умений.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Развивающие задачи: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сенсомоторных процессов, психомоторной координации, глазомера через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умений;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культурного кругозора, развитие способности творческого использования полученных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знаний и умений в практической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познавательных психических процессов и приёмов умственной деятельности посредством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включения мыслительных операций в ходе выполнения практических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гибкости и вариативности мышления, способностей к изобретательской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Воспитательные задачи: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уважительного отношения к людям труда, к культурным традициям,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ценности предшествующих культур, отражённых в материальном мире;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социально ценных личностных качеств: организованности, аккуратности, добросовестного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ответственного отношения к работе, взаимопомощи, волевой саморегуляции, активности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интереса и творческого отношения к продуктивной созидательной деятельности,</w:t>
      </w:r>
    </w:p>
    <w:p>
      <w:pPr>
        <w:sectPr>
          <w:pgSz w:w="11900" w:h="16840"/>
          <w:pgMar w:top="298" w:right="704" w:bottom="368" w:left="666" w:header="720" w:footer="720" w:gutter="0"/>
          <w:cols w:space="720" w:num="1" w:equalWidth="0"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мотивации успеха и достижений, стремления к творческой самореализации;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становление экологического сознания, внимательного и вдумчивого отношения к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природе, осознание взаимосвязи рукотворного мира с миром природы;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положительного отношения к коллективному труду, применение правил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проявление уважения к взглядам и мнению других людей.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«ТЕХНОЛОГИЯ» В 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требованиям ФГОС общее число часов на изучение курса «Технология» в 1 классе — 33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часа (по 1 часу в неделю)</w:t>
      </w:r>
    </w:p>
    <w:p>
      <w:pPr>
        <w:sectPr>
          <w:pgSz w:w="11900" w:h="16840"/>
          <w:pgMar w:top="286" w:right="1086" w:bottom="1440" w:left="666" w:header="720" w:footer="720" w:gutter="0"/>
          <w:cols w:space="720" w:num="1" w:equalWidth="0"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36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Технологии, профессии и производства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 как источник сырьевых ресурсов и творчества мастеров.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Красота и разнообразие природных форм, их передача в изделиях из различных материалов.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природы и фантазия мастера — условия создания изделия. Бережное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природе. Общее понятие об изучаемых материалах, их происхождении, разнообразии. Подготовка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работе. Рабочее место, его организация в зависимости от вида работы. Рациональное размещение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рабочем месте материалов и инструментов; поддержание порядка во время работы; уборка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окончании работы. Рациональное и безопасное использование и хранение инструментов.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Профессии родных и знакомых. Профессии, связанные с изу- чаемыми материалами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производствами. Профессии сферы обслуживания.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Традиции и праздники народов России, ремёсла, обычаи.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Технологии ручной обработки материалов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Бережное, экономное и рациональное использование обрабатываемых материалов. Использование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конструктивных особенностей материалов при изготовлении изделий.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технологические операции ручной обработки материалов: разметка деталей, выделение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деталей, формообразование деталей, сборка изделия, отделка изделия или его деталей. Общее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представление.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разметки деталей: на глаз и от руки, по шаблону, по линейке (как направляющему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инструменту без откладывания размеров) с опорой на рисунки, графическую инструкцию,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простейшую схему. Чтение условных графических изображений (называние операций, способов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приёмов работы, последовательности изготовления изделий). Правила экономной и аккуратной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разметки. Рациональная разметка и вырезание нескольких одинаковых деталей из бумаги. Способы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соединения деталей в изделии: с помощью пластилина, клея, скручивание, сшивание и др. Приёмы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аккуратной работы с клеем. Отделка изделия или его деталей (окрашивание, вышивка,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аппликация и др.).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Подбор соответствующих инструментов и способов обработки материалов в зависимости от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и видов изделий. Инструменты и приспособления (ножницы, линейка, игла, гладилка, стека,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шаблон и др.), их правильное, рациональное и безопасное использование.</w:t>
      </w:r>
    </w:p>
    <w:p>
      <w:pPr>
        <w:autoSpaceDN w:val="0"/>
        <w:autoSpaceDE w:val="0"/>
        <w:widowControl/>
        <w:spacing w:line="274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Пластические массы, их виды (пластилин, пластика и др.). Приёмы изготовления изделий доступной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сложности формы из них: разметка на глаз, отделение части (стекой, отрыванием), придание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формы.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Наиболее распространённые виды бумаги. Их общие свойства. Простейшие способы обработки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бумаги различных видов: сгибание и складывание, сминание, обрывание, склеивание и др. Резание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бумаги ножницами. Правила безопасной работы, передачи и хранения ножниц. Картон.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природных материалов (плоские — листья и объёмные — орехи, шишки, семена, ветки).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Приёмы работы с природными материалами: подбор материалов в соответствии с замыслом,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композиции, соединение деталей (приклеивание, склеивание с помощью прокладки,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соединение с помощью пластилина).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представление о тканях (текстиле), их строении и свойствах. Швейные инструменты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приспособления (иглы, булавки и др.). Отмеривание и заправка нитки в иголку, строчка прямого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стежка.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дополнительных отделочных материалов.</w:t>
      </w:r>
    </w:p>
    <w:p>
      <w:pPr>
        <w:autoSpaceDN w:val="0"/>
        <w:autoSpaceDE w:val="0"/>
        <w:widowControl/>
        <w:spacing w:line="262" w:lineRule="auto" w:before="190" w:after="0"/>
        <w:ind w:left="18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Конструирование и моделирование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Простые и объёмные конструкции из разных материалов (пластические массы, бумага, текстиль и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3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 и способы их создания. Общее представление о конструкции изделия; детали и части изделия,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взаимное расположение в общей конструкции. Способы соединения деталей в изделиях из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материалов. Образец, анализ конструкции образцов изделий, изготовление изделий по образцу,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рисунку. Конструирование по модели (на плоскости). Взаимосвязь выполняемого действия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результата. Элементарное прогнозирование порядка действий в зависимости 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желаемого/необходимого результата; выбор способа работы в зависимости от требуемого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результата/замысла.</w:t>
      </w:r>
    </w:p>
    <w:p>
      <w:pPr>
        <w:autoSpaceDN w:val="0"/>
        <w:autoSpaceDE w:val="0"/>
        <w:widowControl/>
        <w:spacing w:line="271" w:lineRule="auto" w:before="190" w:after="0"/>
        <w:ind w:left="18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4. Информационно-коммуникативные технологии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Демонстрация учителем готовых материалов на информационных носителях.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Информация. Виды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(пропедевтический уровень)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Познавательные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терминах, используемых в технологии (в пределах изученного);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использовать предложенную инструкцию (устную, графическую);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устройство простых изделий по образцу, рисунку, выделять основные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второстепенные составляющие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сравнивать отдельные изделия (конструкции), находить сходство и различия в их устройстве.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информацию (представленную в объяснении учителя или в учебнике),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её в работе;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анализировать простейшую знаково-символическую информацию (схема, рисунок)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работу в соответствии с ней.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Коммуникативные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коллективном обсуждении: высказывать собственное мнение, отвечать на вопросы,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правила этики общения: уважительное отношение к одноклассникам, внимание к мнению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несложные высказывания, сообщения в устной форме (по содержанию изученных тем).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егулятивные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и удерживать в процессе деятельности предложенную учебную задачу;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действовать по плану, предложенному учителем, работать с опорой на графическую инструкцию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учебника, принимать участие в коллективном построении простого плана действий;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критерии оценки качества работы, руководствоваться ими в процессе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оценки выполненных работ;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свою деятельность: производить подготовку к уроку рабочего места, поддерживать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нём порядок в течение урока, производить необходимую уборку по окончании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несложные действия контроля и оценки по предложенным критериям.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положительное отношение к включению в совместную работу, к простым видам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сотрудничества;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участие в парных, групповых, коллективных видах работы, в процессе изготовления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 осуществлять элементарное сотрудничество.</w:t>
      </w:r>
    </w:p>
    <w:p>
      <w:pPr>
        <w:sectPr>
          <w:pgSz w:w="11900" w:h="16840"/>
          <w:pgMar w:top="286" w:right="640" w:bottom="1158" w:left="666" w:header="720" w:footer="720" w:gutter="0"/>
          <w:cols w:space="720" w:num="1" w:equalWidth="0"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РЕЗУЛЬТАТЫ ОСВОЕНИЯ УЧЕБНОГО ПРЕДМЕТА «ТЕХНОЛОГИЯ»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 УРОВНЕ НАЧАЛЬНОГО ОБЩЕГО ОБРАЗОВАНИЯ 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ОБУЧАЮЩЕГОСЯ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«Технология»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новообразования: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первоначальные представления о созидательном и нравственном значении труда в жизни человека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общества; уважительное отношение к труду и творчеству мастеров;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роли человека и используемых им технологий в сохранении гармонического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сосуществования рукотворного мира с миром природы; ответственное отношение к сохранению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культурно-исторической ценности традиций, отражённых в предметном мире; чувство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сопричастности к культуре своего народа, уважительное отношение к культурным традициям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способности к эстетической оценке окружающей предметной среды; эстетические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 — эмоционально-положительное восприятие и понимание красоты форм и образов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природных объектов, образцов мировой и отечественной 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положительного отношения и интереса к различным видам творческой преобразующей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творческой самореализации; мотивация к творческому труду, работе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результат; способность к различным видам практической преобразующей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устойчивых волевых качества и способность к саморегуляции: организованность,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аккуратность, трудолюбие, ответственность, умение справляться с доступными проблемами;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вступать в сотрудничество с другими людьми с учётом этики общения;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толерантности и доброжелательности.</w:t>
      </w:r>
    </w:p>
    <w:p>
      <w:pPr>
        <w:autoSpaceDN w:val="0"/>
        <w:autoSpaceDE w:val="0"/>
        <w:widowControl/>
        <w:spacing w:line="262" w:lineRule="auto" w:before="19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МЕТАПРЕДМЕТНЫЕ РЕЗУЛЬТАТЫ ОБУЧАЮЩЕГОСЯ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терминах и понятиях, используемых в технологии (в пределах изученного),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изученную терминологию в своих устных и письменных высказываниях;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анализ объектов и изделий с выделением существенных и несущественных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группы объектов/изделий, выделять в них общее и различия;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обобщения (технико-технологического и декоративно-художественного характера)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изучаемой тематике;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схемы, модели и простейшие чертежи в собственной практической творческой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комбинировать и использовать освоенные технологии при изготовлении изделий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технической, технологической или декоративно-художественной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необходимость поиска новых технологий на основе изучения объектов и законов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природы, доступного исторического и современного опыта технологической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поиск необходимой для выполнения работы информации в учебнике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доступных источниках, анализировать её и отбирать в соответствии с решаемой задачей;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и использовать знаково-символические средства представления информации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задач в умственной и материализованной форме; выполнять действия моделирования,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с моделями;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средства информационно-коммуникационных технологий для решения учебных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(в том числе Интернет с контролируемым выходом), оценивать объективность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и возможности её использования для решения конкретных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следовать при выполнении работы инструкциям учителя или представленным в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источниках.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вступать в диалог, задавать собеседнику вопросы, использовать реплики-уточнения и дополнения;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собственное мнение и идеи, аргументированно их излагать; выслушивать разные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мнения, учитывать их в диалоге;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создавать тексты-описания на основе наблюдений (рассматривания) изделий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 о связях природного и предметного мира, простые суждения (небольшие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тексты) об объекте, его строении, свойствах и способах создания;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объяснять последовательность совершаемых действий при создании изделия.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рационально организовывать свою работу (подготовка рабочего места, поддержание и наведение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порядка, уборка после работы);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правила безопасности труда при выполнении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работу, соотносить свои действия с поставленной целью;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причинно-следственные связи между выполняемыми действиями и их результатами,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действия для получения необходимых результатов;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действия контроля и оценки; вносить необходимые коррективы в действие после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завершения на основе его оценки и учёта характера сделанных ошибок;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волевую саморегуляцию при выполнении работы.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под руководством учителя и самостоятельно совместную работу в группе: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обсуждать задачу, распределять роли, выполнять функции руководителя/лидера и подчинённого;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продуктивное сотрудничество;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интерес к работе товарищей; в доброжелательной форме комментировать и оценивать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достижения, высказывать свои предложения и пожелания; оказывать при необходимости помощь;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особенности проектной деятельности, выдвигать несложные идеи решений предлагаемых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проектных заданий, мысленно создавать конструктивный замысел, осуществлять выбор средств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способов для его практического воплощения; предъявлять аргументы для защиты продукта проектной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 ОСВОЕНИЯ КУРСА «ТЕХНОЛОГИЯ»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 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обучающийся научится: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организовывать свой труд: своевременно подготавливать и убирать рабочее место,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поддерживать порядок на нём в процессе труда;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правила безопасной работы ножницами, иглой и аккуратной работы с клеем;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действовать по предложенному образцу в соответствии с правилами рациональной разметки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(разметка на изнаночной стороне материала; экономия материала при разметке);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названия и назначение основных инструментов и приспособлений для ручного труда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(линейка, карандаш, ножницы, игла, шаблон, стека и др.), использовать их в практической работе;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наименования отдельных материалов (бумага, картон, фольга, пластилин, природные,</w:t>
      </w:r>
    </w:p>
    <w:p>
      <w:pPr>
        <w:sectPr>
          <w:pgSz w:w="11900" w:h="16840"/>
          <w:pgMar w:top="286" w:right="668" w:bottom="308" w:left="666" w:header="720" w:footer="720" w:gutter="0"/>
          <w:cols w:space="720" w:num="1" w:equalWidth="0"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текстильные материалы и пр.) и способы их обработки (сгибание, отрывание, сминание, резание,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и пр.); выполнять доступные технологические приёмы ручной обработки материалов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изготовлении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наименованиях основных технологических операций: разметка деталей,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выделение деталей, сборка изделия;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разметку деталей сгибанием, по шаблону, на глаз, от руки; выделение деталей способами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обрывания, вырезания и др.; сборку изделий с помощью клея, ниток и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оформлять изделия строчкой прямого стежка;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смысл понятий «изделие», «деталь изделия», «образец», «заготовка», «материал»,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«инструмент», «приспособление», «конструирование», «аппликация»;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задания с опорой на готовый план;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обслуживать себя во время работы: соблюдать порядок на рабочем месте, ухаживать за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инструментами и правильно хранить их; соблюдать правила гигиены труда;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и анализировать простые по конструкции образцы (по вопросам учителя);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простейшую конструкцию изделия: выделять основные и дополнительные детали,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их форму, определять взаимное расположение, виды соединения; способы изготовления;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изученные виды материалов (природные, пластические, бумага, тонкий картон,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текстильные, клей и др.), их свойства (цвет, фактура, форма, гибкость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ручные инструменты (ножницы, игла, линейка) и приспособления (шаблон, стека, булавки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др.), безопасно хранить и работать ими;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материалы и инструменты по их назначению;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и выполнять последовательность изготовления несложных изделий: разметка, резание,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сборка, отделка;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качественно выполнять операции и приёмы по изготовлению несложных изделий: экономно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разметку деталей на глаз, от руки, по шаблону, по линейке (как направляющему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инструменту без откладывания размеров); точно резать ножницами по линиям разметки; придавать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 деталям и изделию сгибанием, складыванием, вытягиванием, отрыванием, сминанием, лепкой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пр.; собирать изделия с помощью клея, пластических масс и др.; эстетично и аккуратно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отделку раскрашиванием, аппликацией, строчкой прямого стежка;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для сушки плоских изделий пресс;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помощью учителя выполнять практическую работу и самоконтроль с опорой на инструкционную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карту, образец, шаблон;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разборные и неразборные конструкции несложных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простейшие виды технической документации (рисунок, схема), конструировать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моделировать изделия из различных материалов по образцу, рисунку;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элементарное сотрудничество, участвовать в коллективных работах под руководством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несложные коллективные работы проектного характера.</w:t>
      </w:r>
    </w:p>
    <w:p>
      <w:pPr>
        <w:sectPr>
          <w:pgSz w:w="11900" w:h="16840"/>
          <w:pgMar w:top="298" w:right="668" w:bottom="1440" w:left="666" w:header="720" w:footer="720" w:gutter="0"/>
          <w:cols w:space="720" w:num="1" w:equalWidth="0"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262"/>
            <w:vMerge w:val="restart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5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1. ТЕХНОЛОГИИ, ПРОФЕССИИ И ПРОИЗВОДСТВА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262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Природа как источник сырьевых ресурсов и творчества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мастеров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45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правила безопасности при работе инструментами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приспособлениями;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Общее понятие об изучаемых материалах, 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происхождении, разнообразии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важность подготовки, организации, уборки рабочего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места, поддержания порядка людьми разных профессий;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Подготовка к работе. Рабочее место, его организация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зависимости от вида работы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возможности использования;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изучаемых инструментов и приспособлений;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людьми разных профессий;;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Профессии родных и знакомых. Профессии, связанные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 изучаемыми материалами и производствами.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Профессии сферы обслуживания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26.09.2022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возможности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применения изучаемых материалов при;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изготовлении изделий;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предметов быта и др.;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4262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Традиции и праздники народов России, ремёсла, обычаи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возможности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применения изучаемых материалов при;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изготовлении изделий;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предметов быта и др.;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людьми разных профессий;;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73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244"/>
            <w:gridSpan w:val="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2. ТЕХНОЛОГИИ РУЧНОЙ ОБРАБОТКИ МАТЕРИАЛОВ</w:t>
            </w:r>
          </w:p>
        </w:tc>
      </w:tr>
      <w:tr>
        <w:trPr>
          <w:trHeight w:hRule="exact" w:val="146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Бережное, экономное и рациональное использование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обрабатываемых материалов. Использование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конструктивных особенностей материалов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изготовлении изделий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58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основные этапы изготовления;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при помощи учителя и на основе;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графической инструкции в учебнике;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(рисованному/слайдовому плану;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инструкционной карте):;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262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Основные технологические операции ручной обработки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материалов: разметка деталей, выделение деталей,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формообразование деталей, сборка изделия, отделка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изделия или его деталей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17.10.2022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технику безопасной работы инструментами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приспособлениями;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Способы разметки деталей: на глаз и от руки,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шаблону, по линейке (как  направляющему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инструменту без откладывания размеров) с опорой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рисунки, графическую инструкцию, простейшую схему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30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технику безопасной;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инструментами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приспособлениями;;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280" w:left="666" w:header="720" w:footer="720" w:gutter="0"/>
          <w:cols w:space="720" w:num="1" w:equalWidth="0"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30"/>
        </w:trPr>
        <w:tc>
          <w:tcPr>
            <w:tcW w:type="dxa" w:w="468"/>
            <w:tcBorders>
              <w:start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262"/>
            <w:tcBorders>
              <w:start w:sz="4.7999999999999545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"/>
            <w:tcBorders>
              <w:start w:sz="4.799999999999727" w:val="single" w:color="#000000"/>
              <w:end w:sz="5.599999999999909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5.599999999999909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516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918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условных графических изображений (называние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операций, способов и приёмов работы,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последовательности изготовления изделий)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31.10.2022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30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технику безопасной;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инструментами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приспособлениями;;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4262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экономной и аккуратной разметки.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Рациональная разметка и вырезание нескольких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одинаковых деталей из бумаги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16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правила безопасной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аккуратной работы ножницами;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клеем;;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80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Способы соединения деталей в изделии: с помощью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пластилина, клея, скручивание, сшивание и др. Приёмы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правила аккуратной работы с клеем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21.11.2022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простые графические схемы;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изделия и выполнять изделие по;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заданной схеме под руководством учителя;;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Отделка изделия или его деталей (окрашивание,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вышивка, аппликация и др.)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28.11.2022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простые графические схемы;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изделия и выполнять изделие по;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заданной схеме под руководством учителя;;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Подбор соответствующих инструментов и способов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обработки материалов в зависимости от их свойств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видов изделий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72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руководством учителя наблюдать;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свойства бумаги;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(состав;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прочность);;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Наиболее распространённые виды бумаги. Их общие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свойства. Простейшие способы обработки бумаги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различных видов: сгибание и складывание, сминание,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обрывание, склеивание и др.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12.12.2022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руководством учителя анализировать;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конструкцию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варианты;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основные;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технологические операции ручной обработки;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материалов: разметку деталей;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Резание бумаги ножницами. Правила безопасной работы,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передачи и хранения ножниц. Картон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простые графические схемы;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изделия и выполнять изделие по;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заданной схеме под руководством учителя;;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Пластические массы, их виды (пластилин, пластика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др.).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26.12.2022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58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анализировать образцы;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варианты выполнения изделий;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— прообразы изготавливаемых;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изделий;;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изготовления изделий доступной по сложности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из них: разметка на глаз, отделение части (стекой,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отрыванием), придание формы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16.01.2024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16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образцы изделий;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поставленную цель;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известное от неизвестного;;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0" w:right="640" w:bottom="418" w:left="666" w:header="720" w:footer="720" w:gutter="0"/>
          <w:cols w:space="720" w:num="1" w:equalWidth="0"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2.13.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природных материалов (плоские — листья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объёмные — орехи, шишки, семена, ветки)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23.01.2023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72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Осознавать необходимость бережного;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отношения к природе;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окружающему;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материальному пространству;;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2.14.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работы с природными материалами: подбор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материалов в соответствии с замыслом, составление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композиции, соединение деталей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30.01.2023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58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природный материал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соответствии с выполняемым изделием;;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2.15.</w:t>
            </w:r>
          </w:p>
        </w:tc>
        <w:tc>
          <w:tcPr>
            <w:tcW w:type="dxa" w:w="4262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Общее представление о тканях (текстиле), их строении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свойствах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06.02.2023</w:t>
            </w:r>
          </w:p>
        </w:tc>
        <w:tc>
          <w:tcPr>
            <w:tcW w:type="dxa" w:w="45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руководством учителя применять правила безопасной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аккуратной работы ножницами, иглой и др.;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2.16.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Швейные инструменты и приспособления (иглы,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булавки и др.)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20.02.2023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лицевую и изнаночную стороны;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ткани;;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2.17.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Отмеривание и заправка нитки в иголку, строчка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прямого стежка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27.02.2023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Отбирать инструменты и приспособления для;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 с текстильными материалами;;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2.18.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Использование дополнительных отделочных материалов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06.03.2023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подготовку нитки и иглы к работе:;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завязывание узелка;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приёмов;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отмеривания нитки для шитья;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вдевание нитки в 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иглу;;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50"/>
        </w:trPr>
        <w:tc>
          <w:tcPr>
            <w:tcW w:type="dxa" w:w="473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</w:t>
            </w:r>
          </w:p>
        </w:tc>
        <w:tc>
          <w:tcPr>
            <w:tcW w:type="dxa" w:w="10244"/>
            <w:gridSpan w:val="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3. КОНСТРУИРОВАНИЕ И МОДЕЛИРОВАНИЕ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Простые и объёмные конструкции из разных материалов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(пластические массы, бумага, текстиль и др.) и способы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их создания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13.03.2023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и выбирать;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технологические приёмы ручной обработки;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материалов в зависимости от их свойств;;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Общее представление о конструкции изделия; детали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части изделия, их взаимное расположение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 общей конструкции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в работе осваиваемые способы соединения деталей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изделиях из разных материалов;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Способы соединения деталей в изделиях из разных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материалов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03.04.2023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порядок действий в зависимости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желаемого/необходимого результата; выбирать способ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опорой на учебник или рабочую тетрадь в зависимости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требуемого результата/замысла;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262"/>
            <w:tcBorders>
              <w:start w:sz="4.7999999999999545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Образец, анализ конструкции образцов изделий,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изготовление изделий по образцу, рисунку</w:t>
            </w:r>
          </w:p>
        </w:tc>
        <w:tc>
          <w:tcPr>
            <w:tcW w:type="dxa" w:w="528"/>
            <w:tcBorders>
              <w:start w:sz="4.799999999999727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5.599999999999909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10.04.2023</w:t>
            </w:r>
          </w:p>
        </w:tc>
        <w:tc>
          <w:tcPr>
            <w:tcW w:type="dxa" w:w="451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общее представление о конструкции изделия, детали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 изделия, их взаимном расположении в общей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конструкции; анализировать конструкции образцов изделий,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основные и дополнительные детали конструкции,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их форму и способ соединения;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конструкцию изделия по рисунку, фотографии, схеме;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8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4262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Конструирование по модели (на плоскости)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24.04.2023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Изготавливать простые и объёмные;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 из разных;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 (пластические массы;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текстиль и др.);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модели (на плоскости);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6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Взаимосвязь выполняемого действия и результата.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Элементарное прогнозирование порядка действий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 зависимости от желаемого/необходимого результата;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выбор способа работы в зависимости от требуемого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результата/замысла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15.05.2023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порядок действий в зависимости;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желаемого/необходимого результата;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способ работы с опорой на учебник;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рабочую тетрадь в зависимости от;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требуемого результата/замысла;;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730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0244"/>
            <w:gridSpan w:val="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4. ИНФОРМАЦИОННО-КОММУНИКАТИВНЫЕ ТЕХНОЛОГИИ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Демонстрация учителем готовых материалов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информационных носителях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22.05.2023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готовые материалы, представленные учителем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информационных носителях;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4262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Информация. Виды информации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29.05.2023</w:t>
            </w:r>
          </w:p>
        </w:tc>
        <w:tc>
          <w:tcPr>
            <w:tcW w:type="dxa" w:w="45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Изготавливать простые и объёмные;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 из разных;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 (пластические массы;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текстиль и др.);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модели (на плоскости);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рисунку;;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73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244"/>
            <w:gridSpan w:val="6"/>
            <w:tcBorders>
              <w:start w:sz="5.599999999999909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73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6"/>
            <w:tcBorders>
              <w:start w:sz="5.599999999999909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</w:t>
            </w:r>
          </w:p>
        </w:tc>
        <w:tc>
          <w:tcPr>
            <w:tcW w:type="dxa" w:w="7998"/>
            <w:gridSpan w:val="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как источник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сырьевых ресурсов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творчества мастеров.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 природы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фантазия мастера — условия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создания изделия. Бережное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природе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понятие 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изучаемых материалах,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происхождении,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разнообразии.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Рабочее место, его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организация в зависимости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 вида работы.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Рациональное размещение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рабочем месте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материалов и инструментов.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технология?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 родных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знакомых. Профессии,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связанные с изучаемыми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материалами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производствами. Профессии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сферы обслуживания.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 и праздники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народов России, ремёсла,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обычаи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Осенний букет. Экскурсия.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Сбор осеннего материала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для аппликации (листьев и т.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д.)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Аппликация из листьев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"Природа + (плюс)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фантазия"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6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Аппликация из листьев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"Природа + (плюс)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фантазия"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с е н ь - п о р а п л о д о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д и я. Проект "Осенний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урожай ". Изделие "Овощи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 пластилина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пластилином.</w:t>
            </w:r>
          </w:p>
          <w:p>
            <w:pPr>
              <w:autoSpaceDN w:val="0"/>
              <w:autoSpaceDE w:val="0"/>
              <w:widowControl/>
              <w:spacing w:line="274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Изделие: "Семейка грибов".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Съедобные и несъедобные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грибы.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пластичными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материалами. Проект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"Праздничный стол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Наиболее распространённые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бумаги. Их общие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свойства. Простейшие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обработки бумаги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различных видов: сгибание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складывание, сминание,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обрывание, склеивание и др.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Изделие: "Кошелёк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бумагой. Изделие: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«Закладка из бумаги»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(закладки для книг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различной формы)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Оригами: "Голубь МИРА"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 готовимся к Новому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году. Знакомство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новогодними традициями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разных стран, изображение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подарка: изготовление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игрушек (фонарик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"Украшаем класс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Новому году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Заглянем в прошлое.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Керамика. Работа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пластическими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материалами. Лепка посуды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пластическими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материалами. Гончары.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Лепка кувшин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б щ е е п р е д с т а в л е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е о т к а н я х ( т е к с т и 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), и х с т р о е н и и и с в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й с т в а х. Швейные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инструменты и п р и с п 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б л е н и я ( и г л 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булавки и др.). Отмерив а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е и з а п р а в к а н и т к 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г о л к у, строчка прямого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стежка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Учимся шить. Виды швов.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Шов "Вперёд иголку".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Изделия: «Строчка прямых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тежков»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Учимся шить. «Пришиваем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пуговицу с двумя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отверстиями»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Учимся шить. Шитьё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мешочка для семян.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Готовим сюрприз маме.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Изделие: "Праздничная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открытка"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природных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материалов (плоские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листья и объёмные — орехи,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шишки, семена, ветки).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 работы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природными материалами: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подбор материалов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соответствии с замыслом,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природными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материалами. Домашние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птицы. Изделие "Курочка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крупы"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природными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материалами. Домашние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животные. Изделие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"Котёнок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3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транспорта.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Передвижение по земле.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Изделие: «Тачк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Вода в жизни человека.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Питьевая вода.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Передвижение по воде.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Изделие «Кораблик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мы знаем о птицах?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Птицы прилетели! Оригами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"Птица счастья"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Аппликация из пластилина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"Весенняя лужайка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Демонстрация учителем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готовых материалов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информационных носителях.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Информация.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информации.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Здравствуй, лето! Итоговый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 в форме игры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путешествия. Проверка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знаний и умений учащихся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форме игровых заданий.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Подведение итогов года.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0"/>
        </w:trPr>
        <w:tc>
          <w:tcPr>
            <w:tcW w:type="dxa" w:w="365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6" w:lineRule="auto" w:before="166" w:after="0"/>
        <w:ind w:left="0" w:right="51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 класс/Роговцева Н.И.;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Богданова Н.В.;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Фрейтаг И.П.;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Акционерное общество;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 класс/Малышева Н.А.;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 «ДРОФА»; АО «Издательство Просвещение»;;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Рабочие программы. Предметная линия учебников. Поурочные разработки, электронный диск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Единая коллекция цифровых образовательных ресурсов.</w:t>
      </w:r>
    </w:p>
    <w:p>
      <w:pPr>
        <w:autoSpaceDN w:val="0"/>
        <w:autoSpaceDE w:val="0"/>
        <w:widowControl/>
        <w:spacing w:line="281" w:lineRule="auto" w:before="70" w:after="0"/>
        <w:ind w:left="0" w:right="38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https://www.klass39.ru/klassnye-resursy/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https://www.uchportal.ru/load/47-2-2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http://um-razum.ru/load/uchebnye_prezentacii/nachalnaja_shkola/18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http://internet.chgk.info/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http://www.vbg.ru/~kvint/im.htm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1.Интерактивная доска.</w:t>
      </w:r>
    </w:p>
    <w:p>
      <w:pPr>
        <w:autoSpaceDN w:val="0"/>
        <w:autoSpaceDE w:val="0"/>
        <w:widowControl/>
        <w:spacing w:line="262" w:lineRule="auto" w:before="70" w:after="0"/>
        <w:ind w:left="0" w:right="590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2.Компьютер мобильный педагога Notebook.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3.Проектор.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1.Набор инструментов для работы с различными материалами в соответствии с программой обучения.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2.Наборы цветной бумаги, цветного и белого картона.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3.Заготовки природного материала.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4.Альбомы.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5.Гуашь, акварельные краски.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6.Цветные карандаши, фломастеры, кисти.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Пластилин, стеки.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8.Клей.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9.Ножницы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0566" w:space="0"/>
        <w:col w:w="10566" w:space="0"/>
        <w:col w:w="10584" w:space="0"/>
        <w:col w:w="10594" w:space="0"/>
        <w:col w:w="10584" w:space="0"/>
        <w:col w:w="10148" w:space="0"/>
        <w:col w:w="10530" w:space="0"/>
        <w:col w:w="10584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