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2306309)</w:t>
      </w:r>
    </w:p>
    <w:p>
      <w:pPr>
        <w:autoSpaceDN w:val="0"/>
        <w:autoSpaceDE w:val="0"/>
        <w:widowControl/>
        <w:spacing w:line="262" w:lineRule="auto" w:before="166" w:after="0"/>
        <w:ind w:left="3312" w:right="37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«Литературное чтение»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«Литературное чтение» для обучающихся 1 класса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Федерального государственного образовательного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(далее — ФГОС НОО), а также ориентирована на целевые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приоритеты духовно-нравственного развития, воспитания и социализации обучающихся,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— один из ведущих предметов начальной школы, который обеспечивает,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достижением предметных результатов, становление базового умения, необходимого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успешного изучения других предметов и дальнейшего обучения, читательской грамотности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закладывает основы интеллектуального, речевого, эмоционального, духовно-нравственного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школьников. Курс «Литературное чтение» призван ввести ребёнка в мир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обеспечить формирование навыков смыслового чтения, способов и приёмов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различными видами текстов и книгой, знакомство с детской литературой и с учётом этого направлен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общее и литературное развитие младшего школьника, реализацию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а также на обеспечение преемственности в изучении систематического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«Литературное чтение» раскрывает следующие направления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 младшего школьника: речевая и читательская деятельности, круг чтения,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творческая деятельность.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основу отбора произведений положены общедидактические принципы обучения: 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возрастным  возможностям и особенностям восприятия младшим школьником фольклорных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 литературных текстов; представленность в произведениях нравственно-эстетических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культурных традиций народов России, отдельных произведений выдающихся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 мировой детской литературы; влияние прослушанного (прочитанного)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эмоционально-эстетическое развитие обучающегося, на совершенствование его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способностей. При отборе произведений для слушания и чтения учитывались преемственные связи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дошкольным опытом знакомства с произведениями фольклора, художественными произведениями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детской литературы, а также перспективы изучения предмета «Литература» в основной школе.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Важным принципом отбора содержания предмета «Литературное чтение» является представленность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жанров, видов и стилей произведений, обеспечивающих формирование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 грамотности  младшего  школьника, а также возможность достижения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способности обучающегося воспринимать различные учебные тексты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предметов учебного плана начальной школы.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«Литературное чтение» преемственен по отношению к предмету «Литература», который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изучается в основной школе.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 программы  по  предмету  «Литературное  чтение» в 1 классе начинается вводным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интегрированным курсом «Обучение грамоте» (180 ч.: 100 ч. предмета «Русский язык» и 80 ч.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«Литературное чтение»). После периода обучения грамоте начинается раздельное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предметов «Русский язык» и «Литературное чтение», на курс «Литературное чтение»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отводится не менее 10 учебных недель, суммарно 132 часа</w:t>
      </w:r>
    </w:p>
    <w:p>
      <w:pPr>
        <w:sectPr>
          <w:pgSz w:w="11900" w:h="16840"/>
          <w:pgMar w:top="298" w:right="650" w:bottom="504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Приоритетная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литературному чтению — становление грамотного читателя,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мотивированного к использованию читательской деятельности как средства самообразования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саморазвития, осознающего роль чтения в успешности обучения и повседневной жизни,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 откликающегося на прослушанное или прочитанное произведение. Приобретённые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младшими школьниками знания, полученный опыт решения учебных задач, а также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предметных и универсальных действий в процессе изучения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Достижение заявленной цели определяется особенностями курса литературного чтения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решением следующих задач:</w:t>
      </w:r>
    </w:p>
    <w:p>
      <w:pPr>
        <w:autoSpaceDN w:val="0"/>
        <w:autoSpaceDE w:val="0"/>
        <w:widowControl/>
        <w:spacing w:line="262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младших школьников положительной мотивации к систематическому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чтению и слушанию художественной литературы и произведений устного народного творчества;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достижение необходимого для продолжения образования уровня общего речевого развития;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значимости художественной литературы и произведений устного народного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для всестороннего развития личности человека;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первоначальное представление о многообразии жанров художественных произведений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устного народного творчества;</w:t>
      </w:r>
    </w:p>
    <w:p>
      <w:pPr>
        <w:autoSpaceDN w:val="0"/>
        <w:autoSpaceDE w:val="0"/>
        <w:widowControl/>
        <w:spacing w:line="28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элементарными умениями анализа и интерпретации текста, осознанного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при анализе текста изученных литературных понятий: прозаическая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стихотворная речь; жанровое разнообразие произведений (общее представление о жанрах);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устное народное творчество, малые жанры фольклора (считалки, пословицы, поговорки, загадки,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сказка); басня (мораль, идея, персонажи); литературная сказка, рассказ; автор;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литературный герой; образ; характер; тема; идея; заголовок и содержание; композиция; сюжет;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эпизод, смысловые части; стихотворение (ритм, рифма); средства художественной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выразительности (сравнение, эпитет, олицетворение);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техникой смыслового чтения вслух (правильным плавным чтением, позволяющим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смысл прочитанного, адекватно воспринимать чтение слушателями).</w:t>
      </w:r>
    </w:p>
    <w:p>
      <w:pPr>
        <w:sectPr>
          <w:pgSz w:w="11900" w:h="16840"/>
          <w:pgMar w:top="298" w:right="794" w:bottom="1440" w:left="666" w:header="720" w:footer="720" w:gutter="0"/>
          <w:cols w:space="720" w:num="1" w:equalWidth="0"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86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Сказка фольклорная (народная) и литературная (авторская).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текста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и устного народного творчества (не менее четырёх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и литературная (авторская) сказка: сходство и различия. Реальность и волшебство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сказке. Событийная сторона сказок: последовательность событий в фольклорной (народной)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(авторской) сказке. Отражение сюжета в иллюстрациях. Герои сказочных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произведений. Нравственные ценности и идеи, традиции, быт, культура в русских народных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(авторских) сказках, поступки, отражающие нравственные качества (отношение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людям, предметам).</w:t>
      </w:r>
    </w:p>
    <w:p>
      <w:pPr>
        <w:autoSpaceDN w:val="0"/>
        <w:autoSpaceDE w:val="0"/>
        <w:widowControl/>
        <w:spacing w:line="27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детях и для детей.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Понятие «тема произведения» (общее представление): чему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посвящено, о чём рассказывает. Главная мысль произведения: его основная идея (чему учит? какие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качества воспитывает?).  Произведения одной темы, но разных жанров: рассказ, стихотворение,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сказка (общее представление  на   примере   не   менее   шести   произведений К. Д. Ушинского, Л. Н.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Толстого, В. Г. Сутеева, Е. А. Пермяка, В. А. Осеевой, А. Л. Барто,  Ю. И. Ермолаева,  Р. С. Сефа, 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В. Михалкова, В. Д. Берестова, В. Ю. Драгунского и др.). Характеристика героя произведения, общая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оценка поступков. Понимание заголовка произведения, его соотношения с содержанием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идеей. Осознание нравственно-этических понятий: друг, дружба, забота, труд, взаимопомощь.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Произведения о родной природе.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и самостоятельное чтение поэтических произведений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(на примере трёх-четырёх    доступных    произведений    А. С. Пушкина, Ф. И. Тютчева, 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К. Толстого, С. А. Есенина, А. Н. Плещеева, Е. А. Баратынского, И. С. Никитина, Е. Ф. Трутневой, А.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Л. Барто, С. Я. Маршака и др.). Тема поэтических произведений: звуки и краски природы, времена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года, человек и природа; Родина, природа родного края. Особенности стихотворной речи, сравнение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прозаической: рифма, ритм (практическое ознакомление). Настроение, которое рождает поэтическое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произведение. Отражение нравственной идеи в произведении: любовь к Родине, природе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края. Иллюстрация к произведению как отражение эмоционального отклика на произведение.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Выразительное чтение поэзии. Роль интонации при выразительном чтении. Интонационный рисунок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выразительного чтения: ритм, темп, сила голоса.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Устное народное творчество — малые фольклорные жанры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шести произведений).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малых жанров устного народного творчества: потешка, загадка, пословица,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назначение (веселить, потешать, играть, поучать). Особенности разных малых фольклорных жанров.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Потешка — игровой народный фольклор. Загадки — средство воспитания живости ума,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сообразительности. Пословицы — проявление народной мудрости, средство воспитания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правил.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братьях наших меньших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(трёх-четырёх авторов по выбору). Животные — герои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произведений. Цель и назначение произведений о взаимоотношениях человека и животных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добрых чувств и бережного отношения к животным. Виды текстов: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научно-познавательный, их сравнение. Характеристика героя: описание его внешности, поступки,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речь, взаимоотношения с другими героями произведения. Авторское отношение к герою. Осознание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нравственно-этических понятий: любовь и забота о животных.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маме.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и самостоятельное чтение разножанровых произведений о маме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(не менее одного автора по выбору, на примере доступных произведений Е. А. Благининой, А. Л.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Барто, Н. Н. Бромлей, А. В. Митяева, В. Д. Берестова, Э. Э. Мошковской, Г. П. Виеру, Р. С. Сефа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др.). Осознание нравственно-этических понятий: чувство любви как привязанность одного человека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другому (матери к ребёнку, детей к матери, близким), проявление любви и заботы о родных людях.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Фольклорные и авторские произведения о чудесах и фантазии (не менее трёх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автора произведения замечать чудесное в каждом жизненном проявлении, необычное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обыкновенных явлениях окружающего мира. Сочетание в произведении реалистических событий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необычными, сказочными, фантастическими.</w:t>
      </w:r>
    </w:p>
    <w:p>
      <w:pPr>
        <w:autoSpaceDN w:val="0"/>
        <w:autoSpaceDE w:val="0"/>
        <w:widowControl/>
        <w:spacing w:line="27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Библиографическая культура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(работа с детской книгой). Представление о том, что книга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источник необходимых знаний. Обложка, оглавление, иллюстрации — элементы ориентировки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книге. Умение использовать тематический каталог при выборе книг в библиотеке.</w:t>
      </w:r>
    </w:p>
    <w:p>
      <w:pPr>
        <w:sectPr>
          <w:pgSz w:w="11900" w:h="16840"/>
          <w:pgMar w:top="340" w:right="836" w:bottom="1440" w:left="666" w:header="720" w:footer="720" w:gutter="0"/>
          <w:cols w:space="720" w:num="1" w:equalWidth="0"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литературного чтения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предмета «Литературное чтение»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единства учебной и воспитательной деятельности, обеспечивающей позитивную динамику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личности младшего школьника, ориентированную на процессы самопознания, саморазвития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самовоспитания. Личностные результаты освоения программы предмета «Литературное чтение»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освоение младшими школьниками социально значимых норм и отношений,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позитивного отношения обучающихся к общественным, традиционным, социокультурным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 ценностям, приобретение опыта применения сформированных представлений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отношений на практике.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Гражданско-патриотическое воспитание: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России, малой родине,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 к изучению родного языка, истории и культуре Российской Федерации,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естественной связи прошлого и настоящего в культуре общества;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сопричастности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прошлому, настоящему и будущему своей страны и родного края,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культуре своего и других народов в процессе восприятия и анализа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выдающихся представителей русской литературы и творчества народов России;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нравственно-этических нормах поведения и правилах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межличностных отношений.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опыта человеческих взаимоотношений, признаки индивидуальности каждого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проявление сопереживания, уважения, любви, доброжелательности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моральных качеств к родным, близким и чужим людям, независимо от их национальности,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социального статуса, вероисповедания;</w:t>
      </w:r>
    </w:p>
    <w:p>
      <w:pPr>
        <w:autoSpaceDN w:val="0"/>
        <w:autoSpaceDE w:val="0"/>
        <w:widowControl/>
        <w:spacing w:line="262" w:lineRule="auto" w:before="24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этических понятий, оценка поведения и поступков персонажей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в ситуации нравственного выбора;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выражение своего видения мира, индивидуальной позиции посредством накопления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систематизации литературных впечатлений, разнообразных по эмоциональной окраске;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другим людям 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уважительного отношения и интереса к художественной культуре,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искусства, восприимчивость к разным видам искусства,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народов, готовность выражать своё отношение в разных видах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приобретение  эстетического  опыта  слушания,  чтения и эмоционально-эстетической оценки</w:t>
      </w:r>
    </w:p>
    <w:p>
      <w:pPr>
        <w:sectPr>
          <w:pgSz w:w="11900" w:h="16840"/>
          <w:pgMar w:top="298" w:right="650" w:bottom="440" w:left="666" w:header="720" w:footer="720" w:gutter="0"/>
          <w:cols w:space="720" w:num="1" w:equalWidth="0"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фольклора и художественной литературы;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образного языка художественных произведений, выразительных средств,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создающих художественный образ.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Физическое воспитание, формирование культуры здоровья эмоционального благополучия: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 здорового  и  безопасного  (для 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среде (в том числе информационной);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бережное отношение к физическому и психическому здоровью.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Трудовое воспитание:</w:t>
      </w:r>
    </w:p>
    <w:p>
      <w:pPr>
        <w:autoSpaceDN w:val="0"/>
        <w:autoSpaceDE w:val="0"/>
        <w:widowControl/>
        <w:spacing w:line="271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труда в жизни человека и общества, ответственное потребление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 отношение к результатам труда, навыки участия в различных видах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бережное отношение к природе, осознание проблем взаимоотношений человека и животных,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отражённых в литературных 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важности слова как средства создания словесно-художественного образа, способа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 мыслей, чувств, идей автора;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овладение смысловым чтением для решения различного уровня учебных и жизненных задач;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 самостоятельной читательской деятельности, саморазвитии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развитие познавательного интереса, активности, инициативности, любознательности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самостоятельности в познании произведений фольклора и художественной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писателей.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«Литературное чтение» в начальной школе у обучающихся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сформированы познавательные универсальные учебные действия: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произведения по теме, главной мысли (морали), жанру, соотносить произведение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автора, устанавливать основания для сравнения произведений, устанавливать аналогии;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объединять произведения по жанру, авторской принадлежности;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произведения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темам, жанрам и видам;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при анализе сюжета (композиции), восстанавливать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нарушенную последовательность событий (сюжета), составлять аннотацию, отзыв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причинно-следственные связи в сюжете фольклорного и художественного</w:t>
      </w:r>
    </w:p>
    <w:p>
      <w:pPr>
        <w:sectPr>
          <w:pgSz w:w="11900" w:h="16840"/>
          <w:pgMar w:top="286" w:right="720" w:bottom="296" w:left="666" w:header="720" w:footer="720" w:gutter="0"/>
          <w:cols w:space="720" w:num="1" w:equalWidth="0"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420" w:val="left"/>
        </w:tabs>
        <w:autoSpaceDE w:val="0"/>
        <w:widowControl/>
        <w:spacing w:line="341" w:lineRule="auto" w:before="0" w:after="0"/>
        <w:ind w:left="18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текста, при составлении плана, пересказе текста, характеристике поступков героев;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разрыв между реальным и желательным состоянием объекта (ситуации) 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учителем вопросов;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с помощью учителя цель, планировать изменения объекта, ситуации;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несколько вариантов решения задачи, выбирать наиболее подходящий (на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критериев);</w:t>
      </w:r>
    </w:p>
    <w:p>
      <w:pPr>
        <w:autoSpaceDN w:val="0"/>
        <w:tabs>
          <w:tab w:pos="420" w:val="left"/>
        </w:tabs>
        <w:autoSpaceDE w:val="0"/>
        <w:widowControl/>
        <w:spacing w:line="341" w:lineRule="auto" w:before="238" w:after="0"/>
        <w:ind w:left="18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 установлению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 объекта  изучения и связей между объектами (часть — целое, причина —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следствие);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классификации, сравнения, исследования);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развитие  процессов,  событий и их последствия в аналогичных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выбирать источник получения информации;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представленную в явном виде;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основании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с помощью взрослых (учителей, родителей (законных представителей) правила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информационной безопасности при поиске информации в сети Интернет;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  <w:tab w:pos="420" w:val="left"/>
        </w:tabs>
        <w:autoSpaceDE w:val="0"/>
        <w:widowControl/>
        <w:spacing w:line="350" w:lineRule="auto" w:before="178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целями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уважительное отношение к собеседнику, соблюдать правила ведения диалога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корректно и аргументированно высказывать своё мнение;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речевое высказывание в соответствии с поставленной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создавать устные и письменные тексты (описание, рассуждение, повествование);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готовить небольшие публичные выступления;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подбирать иллюстративный материал (рисунки, фото, плакаты) к тексту выступления.</w:t>
      </w:r>
    </w:p>
    <w:p>
      <w:pPr>
        <w:sectPr>
          <w:pgSz w:w="11900" w:h="16840"/>
          <w:pgMar w:top="310" w:right="766" w:bottom="392" w:left="666" w:header="720" w:footer="720" w:gutter="0"/>
          <w:cols w:space="720" w:num="1" w:equalWidth="0"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планировать действия по решению учебной задачи для получения результата;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причины успеха/неудач учебной 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22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планирования, распределения промежуточных шагов и сроков;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готовность руководить, выполнять поручения, подчиняться;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программы начального общего образования по учебному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«Литературное чтение» отражают специфику содержания предметной области,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ориентированы на применение знаний, умений и навыков обучающимися в различных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ситуациях и жизненных условиях и представлены по годам обучения.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в первом классе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обучающийся научится:</w:t>
      </w:r>
    </w:p>
    <w:p>
      <w:pPr>
        <w:autoSpaceDN w:val="0"/>
        <w:autoSpaceDE w:val="0"/>
        <w:widowControl/>
        <w:spacing w:line="278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ценность чтения для решения учебных задач и применения в различных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ситуациях: отвечать на вопрос о важности чтения для личного развития, находить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произведениях отражение нравственных ценностей, традиций, быта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техникой слогового плавного чтения с переходом на чтение целыми словами,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вслух целыми словами без пропусков и перестановок букв и слогов доступные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восприятия и небольшие по объёму произведения в темпе не менее 30 слов в минуту (без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отметочного оценивания);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наизусть с соблюдением орфоэпических и пунктуационных норм не менее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стихотворений о Родине, о детях, о семье, о родной природе в разные времена года;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прозаическую (нестихотворную) и стихотворную речь;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и называть отдельные жанры фольклора (устного народного творчества)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(загадки, пословицы, потешки, сказки (фольклорные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литературные), рассказы, стихотворения);</w:t>
      </w:r>
    </w:p>
    <w:p>
      <w:pPr>
        <w:sectPr>
          <w:pgSz w:w="11900" w:h="16840"/>
          <w:pgMar w:top="298" w:right="740" w:bottom="492" w:left="666" w:header="720" w:footer="720" w:gutter="0"/>
          <w:cols w:space="720" w:num="1" w:equalWidth="0"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содержание прослушанного/прочитанного произведения: отвечать на вопросы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фактическому содержанию произведения;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элементарными умениями анализа текста прослушанного/прочитанного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произведения: определять последовательность событий в произведении,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поступки (положительные или отрицательные) героя, объяснять значение незнакомого слова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словаря;</w:t>
      </w:r>
    </w:p>
    <w:p>
      <w:pPr>
        <w:autoSpaceDN w:val="0"/>
        <w:autoSpaceDE w:val="0"/>
        <w:widowControl/>
        <w:spacing w:line="276" w:lineRule="auto" w:before="190" w:after="0"/>
        <w:ind w:left="0" w:right="20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обсуждении прослушанного/прочитанного произведения: отвечать на вопросы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впечатлении от произведения, использовать в беседе изученные литературные понятия (автор,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герой, тема, идея, заголовок, содержание произведения), подтверждать свой ответ примерами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текста;</w:t>
      </w:r>
    </w:p>
    <w:p>
      <w:pPr>
        <w:autoSpaceDN w:val="0"/>
        <w:autoSpaceDE w:val="0"/>
        <w:widowControl/>
        <w:spacing w:line="262" w:lineRule="auto" w:before="19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пересказывать (устно) содержание произведения с соблюдением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событий, с опорой на предложенные ключевые слова, вопросы, рисунки, предложенный план;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по ролям с соблюдением норм произношения, расстановки ударения;</w:t>
      </w:r>
    </w:p>
    <w:p>
      <w:pPr>
        <w:autoSpaceDN w:val="0"/>
        <w:autoSpaceDE w:val="0"/>
        <w:widowControl/>
        <w:spacing w:line="262" w:lineRule="auto" w:before="19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высказывания по содержанию  произведения (не менее 3 предложений)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заданному алгоритму;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сочинять небольшие  тексты  по  предложенному  началу и др. (не менее 3 предложений);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книге/учебнике по обложке, оглавлению, иллюстрациям;</w:t>
      </w:r>
    </w:p>
    <w:p>
      <w:pPr>
        <w:autoSpaceDN w:val="0"/>
        <w:autoSpaceDE w:val="0"/>
        <w:widowControl/>
        <w:spacing w:line="262" w:lineRule="auto" w:before="19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книги для самостоятельного чтения по совету взрослого и с учётом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рекомендательного списка, рассказывать о прочитанной книге по 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обращаться к справочной литературе для получения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задачей.</w:t>
      </w:r>
    </w:p>
    <w:p>
      <w:pPr>
        <w:sectPr>
          <w:pgSz w:w="11900" w:h="16840"/>
          <w:pgMar w:top="328" w:right="868" w:bottom="1440" w:left="1086" w:header="720" w:footer="720" w:gutter="0"/>
          <w:cols w:space="720" w:num="1" w:equalWidth="0"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326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45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текста при его прослушивании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самостоятельном чтении вслух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выстроенных в правильной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событий, обсуждение сюжета,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устного рассказа с опорой на картинки;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379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180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Слово и предложение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предложения. Работа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предложением: выделение слов, изменение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порядка, распространение предложения.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«Живые слова» (дети играют роль слов в предложении, идёт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перестановка слов в предложении, прочтение получившегося);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обозначаемого 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предмета. Восприятие слова как объекта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изучения, материала для анализа.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«Придумай предложение по модели»;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Наблюдение над значением слова.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Активизация и расширение словарного запаса.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0" w:right="201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Включение слов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предложение.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«Придумай предложение по модели»;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«Исправь ошибку в предложении» (корректировка предложений,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содержащих смысловые и грамматические ошибки);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единства звукового состава слова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его значения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Самостоятельная работа: определение количества слов в предложении,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обозначение слов полосками;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37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180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Чтение. Графика.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Формирование навыка слогового чтения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(ориентация на букву, обозначающую гласный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«Заверши предложение», отрабатывается умение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завершать прочитанные незаконченные предло​ жения с опорой на общий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 предложения;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Плавное слоговое чтение и чтение целыми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словами со скоростью, соответствующей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индивидуальному темпу.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0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Прогнозирование;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Осознанное чтение слов, словосочетаний,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предложений. Чтение с интонациями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паузами в соответствии со знаками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препинания.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1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Герои сказочных;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 языка.;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Загадки. Тема;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загадок. Песенки;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12" w:left="666" w:header="720" w:footer="720" w:gutter="0"/>
          <w:cols w:space="720" w:num="1" w:equalWidth="0"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осознанности и выразительности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чтения на материале небольших текстов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стихотворений.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«Заверши предложение», отрабатывается умение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завершать прочитанные незаконченные предло​ жения с опорой на общий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 предложения;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орфоэпическим чтением (при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переходе к чтению целыми словами).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прочитанных слов с картинками, на которых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изображены соответствующие предметы;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Орфографическое чтение (проговаривание)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средство самоконтроля при письме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диктовку и при списывании.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0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воображения;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загадка.;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 Токмакова;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7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Буква как знак звука.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звука и буквы.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24.11.2022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1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наизусть;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рисунком;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текста.;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Буквы, обозначающие гласные звуки. Буквы,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обозначающие согласные звуки.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1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любовь к Родине;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природе родного;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Иллюстрация 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отражение;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отклика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 поэзии;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слоговым принципом русской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08.12.2022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функции букв ь и ъ;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Буквы гласных как показатель твёрдости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мягкости согласных звуков.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1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природе родного;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Иллюстрация 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отражение;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отклика...;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букв, обозначающих гласный звук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открытом слоге: обозначение гласного звука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указание на твёрдость или мягкость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согласного.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группировка слов в зависимости от способа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обозначения звука [й’];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88" w:left="666" w:header="720" w:footer="720" w:gutter="0"/>
          <w:cols w:space="720" w:num="1" w:equalWidth="0"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10.01.2023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об истории русского алфавита, о значении алфавита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систематизации информации, о важности знания последовательности букв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русском алфавите;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3.13.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Мягкий знак как показатель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предшест​вующего согласного звука в конце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слова. Разные способы обозначения буквами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звука [й’].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открытом слоге: буквы гласных как показатель твёрдости —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предшествующих согласных звуков;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3.14.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Функция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ь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ъ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1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раздела. Весёлые;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стихи для детей;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 Токмаковой;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Г. Кружкова;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3.15.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русским алфавитом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последовательностью букв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0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о детях;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Ю. Ермолаева;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М.Пляцковского.;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Заголовок —;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379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11180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народная (фольклорная) и литературная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(авторская)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чтения учителем фольклорных произведений (на примере русских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народных сказок: «Кот, петух и лиса», «Кот и лиса», «Жихарка», «Лисичка-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сестричка и волк» и литературных (авторских): К. И. Чуковский «Путаница»,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«Айболит», «Муха-Цокотуха», С Я Маршак «Тихая сказка», В. Г. Сутеев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«Палочка-выручалочка»);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детях и для детей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рассказа о герое по предложенному алгоритму;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родной природе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10.03.2024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20.03.2024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о своих впечатлениях, эстетическом восприятии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прослушанных произведений и составление высказывания (не менее 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предложений);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2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Устное народное творчество — малые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фольклорные жанры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0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о детях;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Ю. Ермолаева;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М.Пляцковского.;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Заголовок —;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братьях наших меньших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20.04.2023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выявлению понимания прослушанного произведения, ответы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о впечатлении от произведения;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1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3326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маме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25.04.2023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обсуждение значения выражений «Родина-мать», «Родина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любимая — что мать родная», осознание нравственно-этических понятий,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обогащение духовно-нравственного опыта учащихся: заботливое отношение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родным в семье, внимание и любовь к ним;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3326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Фольклорные и авторские произведения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чудесах и фантазии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545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1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на тему «О каком чуде ты мечтаешь», передача своих впечатлений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прочитанного произведения в высказывании (не менее 3 предложений) или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рисунке;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3326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Библиографическая культура (работа с детской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книгой)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10.05.2023</w:t>
            </w:r>
          </w:p>
        </w:tc>
        <w:tc>
          <w:tcPr>
            <w:tcW w:type="dxa" w:w="545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Группировка книг по изученным разделам и темам;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379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1180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7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180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379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8934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89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«Азбука»- первая учебная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книга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Речь письменная и устная.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 и предложение.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 и предложение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 и слог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Ударение. Ударный слог.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в словах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в словах. Звуки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окружающем мире. Слог-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слияние. 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Слог-слияние.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 по теме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«Слог, слово,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Гласный звук [а],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А, а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 [о], буквы О, о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[и], буквы И, 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Гласная буква ы, звук [ы]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16.09.2022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[у], буквы У, у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[н], [н’],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Н, н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[с], [c’], буквы С, с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[к], [к’], буквы К, к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у к и [ т ], [ т’], б у к в 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Т, 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[л], [л’], буквы Л, 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27.09.2022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3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[л], [л’], буквы Л,л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(закрепление)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[р], [р’],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Р, р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[в], [в’],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В, 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буквы Е, 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обозначающие звуки [й’э]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[п], [п’],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П, п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[м], [м’],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М, м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и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М, м.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слогов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буквами Л и 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[з], [з’],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З, з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слов,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З, з.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слогов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буквами С и З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Чтение 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предложений.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[б], [б’],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Б, б чтение 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б.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17.10.2022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слогов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буквами б и п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(закрепление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 а к р е п л е н и е. Ч т е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е с л о в, текстов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[д], [д’],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Д, д Парные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[д], [д’]; [т],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[т’], буквы Д, д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5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пройденного материал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3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пройденного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 Чтение текстов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работа с текстом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буквы Я, 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обозначающие звуки [й’а]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«Знакомая буква» Проект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буквы Я, 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предложений, тексто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буквы Я, 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буквой Я, 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Многозначные сл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Чтение слов,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,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изученными бу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[г], [г’],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Г, г Чтение 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г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буквой г.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слогов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буквами К 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[ч’],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Ч, ч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[ч’], буквы Ч, ч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ь – показатель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предшествующих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согласных звуков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ь в конце 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середине слова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мягкости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Твердый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[ш], буквы Ш, ш.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Сочетание ши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Твердый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[ш], буквы Ш, ш.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Сочетание ши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Твердый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[ж], буквы Ж, ж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Ё, ё, обозначающие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два звука [й’о]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Ё, ё – показатель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мягкости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[й’]. Буквы Й, 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[й’]. Буквы Й, 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[х], [х’],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Х, х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[х], [х’],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Х, х. Чтение 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х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буквой 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(закрепление)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Ю, ю,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обозначающие звуки [й’у]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09.12.2022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Обозначение буквой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югласного звука [у]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послемягких согласных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слиянии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12.12.2022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Твердый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[ц], буквы Ц, ц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13.12.2022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буквами Ц,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 (закрепление)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15.12.2022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2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Гласный звук [э].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Э, э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буквами Э,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 (закрепление)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потеме «Гласные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ибуквы»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теме «Согласные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буквы»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Русские народные сказки.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Проверочное чтение. Тест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слогов,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 с изученными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слогов, 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глухой согласный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[щ’], буквы Щ, щ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согласный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[щ’], буквы Щ, щ.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сочетаний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ща, щу.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и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Щ, щ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(закрепление)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[ф], [ф’],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Ф, ф Чтение слов,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буквами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Ф, ф. Сопоставление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слогов и слов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и твердый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разделительные знаки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и твердый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разделительные знаки.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12.01.2023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алфавит.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Чарушина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Одна у человека мать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одна и Родина. К. Д.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Ушинский. Наше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Отечество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История славянской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азбуки. В. Крупин.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Первоучители словенские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Крупин. Первый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букварь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 – 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 Н. Толстой о детях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К. Д. Ушинский о детях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К. И. Чуковский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«Телефон», «Путаница»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В. Бианки. Первая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охота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 С. 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Маршака «Угомон»,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«Дважды два»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 М. М.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Пришвина «Предмайское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утро», «Глоток молока».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Л. Барто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«Помощница», «Зайка»,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«Игра в слова»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 В. Михалков «Котята»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Б. В. Заходер. Два и три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 В. Д.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Берестова «Пёсья песня»,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«Прощание с другом»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"ЖИВАЯ АЗБУКА"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 достижения.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произведениям.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тестирования.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Прощание с Азбукой.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Обобщение пройденного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учебником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литературному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чтению. В.Данько.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«Загадочные буквы».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Токмакова. «Аля,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Кляксич и буква «А».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 Чёрный «Живая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азбука». Ф.Кривин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«Почему «А» поётся, 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«Б» нет»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Ш.Сапгир «Про медведя».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Бородицкая «Разговор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пчелой». И Гамазкова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Гамазкова, Е.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Григорьева «Живая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азбука». С.Маршак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«Автобус номер 26»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 старинных книг.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Разноцветные страницы.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и оценим свои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достижения. 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деятельность. «Создаём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город букв», «Буквы-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герои сказок»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авторские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народные. «Курочка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Ряба», «Теремок»,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«Рукавичка»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Загадки. Сочинение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загадок.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Песенки. Потешки.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Английские песенки.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Английская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сказка «Дом, который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построил Джек»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 Сказки А. С. Пушкина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Русская народная сказка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«Петух и собака»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Произведения К. Д.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Ушинского и Л. Толстого.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Оценка планируемых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достижений.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пройденным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произведениям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Анализ тестирования.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Майков «Ласточка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примчалась», А. Плещеев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Белозёров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«Подснежники».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Маршак «Апрель»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Литературная загадка.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 загадок.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Проект «Составляем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сборник загадок».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В.Берестов «Воробушки».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Р. Сеф «Чудо». Проверим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себя и оценим свои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достижения.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 Токмакова «Мы играли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хохотушки». Я. Тайц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«Волк»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Г. Кружков «Ррры». 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Артюхова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«Саша​дразнилка»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К. Чуковский «Федотка».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О.Дриз «Привет»,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О.Григорьев «Стук».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 Токмакова «Разговор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Лютика и Жучка». 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Чуковский. И. Пивоваров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«Кулинаки-пулинаки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 К.И.Чуковский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«Телефон».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 М. Пляцковский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«Помощник».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старинных книг «Ворон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сорока».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Оценим свои достижения.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разделу «И в шутку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всерьёз»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Я и мои друзья. Ю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Ермолаев «Лучший друг»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Г. Благинина «Подарок».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Орлов «Кто первый».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 Михалков «Бараны»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Диктант;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 Р.Сеф «Совет». 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Берестов « В магазине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игрушек». И. Пивоварова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«Вежливый ослик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119. Я. Аким «Моя родня».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«Наш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класс​дружная семья»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 Маршак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«Хорошийдень».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 По М. Пляцковскому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«Сердитый дог Буль». 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Энтин «Про дружбу".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Из старинных книг.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Разноцветные страницы.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Проверим и оценим свои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достижения.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произведениям.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Диктант;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С. Михалков «Трезор», 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Сеф «Кто любит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собак…»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В.Осеева «Собака яростно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лаяла»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И. Токмакова «Купите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собаку» СМихалков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«Важный совет»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М. Пляцковский «Цап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Царапыч», Г. Сапгир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«Кошка»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В. Берестов «Лягушата»,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Лунин «Никого 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обижай», С. Михалков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«Важный совет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Д. Хармс «Храбрый еж»,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 Сладков «Лисица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Еж», С. Аксаков «Гнездо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теме «О братьях наших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меньших». Проверим себя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оценим свои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достижения.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289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Разноцветные страницы.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Урок-конкурс. Проверка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 чтения.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животных. 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Подведение итогов года.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Рекомендации на лето.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3470"/>
            <w:gridSpan w:val="2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4.5</w:t>
            </w:r>
          </w:p>
        </w:tc>
        <w:tc>
          <w:tcPr>
            <w:tcW w:type="dxa" w:w="4730"/>
            <w:gridSpan w:val="3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Ефросинина Л.А., Долгих М.В., Литературное чтение. Учебник. 1 класс.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«Издательство «Просвещение»;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УМК для 1 класса включает следующие издания: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Рабочие программы. Предметная линия учебников системы «Школа России».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классы: учеб.</w:t>
      </w:r>
    </w:p>
    <w:p>
      <w:pPr>
        <w:autoSpaceDN w:val="0"/>
        <w:autoSpaceDE w:val="0"/>
        <w:widowControl/>
        <w:spacing w:line="262" w:lineRule="auto" w:before="7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пособие для общеобразоват. организаций / [В. П. Канакина, В. Г. Горецкий, М. В. Бойкина и др.].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М.: Просвещение, 2016. Азбука. 1 класс. Учеб. для общеобразоват. организаций.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2 ч. / [В. Г. Горецкий, В. А. Кирюшкин, Л. А. Виноградская, М. В. Бойкина]. — М.: Просвещение,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2017.</w:t>
      </w:r>
    </w:p>
    <w:p>
      <w:pPr>
        <w:autoSpaceDN w:val="0"/>
        <w:autoSpaceDE w:val="0"/>
        <w:widowControl/>
        <w:spacing w:line="262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Горецкий В. Г. Прописи. 1 класс: учеб. пособие для общеобразоват. организаций. В 4 ч. / В. Г.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Горецкий, Н. А. Федосова. — М.: Просвещение, 2017.</w:t>
      </w:r>
    </w:p>
    <w:p>
      <w:pPr>
        <w:autoSpaceDN w:val="0"/>
        <w:autoSpaceDE w:val="0"/>
        <w:widowControl/>
        <w:spacing w:line="262" w:lineRule="auto" w:before="70" w:after="0"/>
        <w:ind w:left="0" w:right="187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Илюхина В. А. Чудо-пропись. 1 класс: учеб. пособие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общеобразоват. организаций. В 4 ч. / В. А. Илюхина. — М.: Просвещение, 2017.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Горецкий В. Г. Обучение грамоте. Методическое пособие с поурочными разработками. 1 класс: учеб.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пособие для общеобразоват. организаций / В. Г. Горецкий, Н. М. Белянкова. — М.: Просвещение,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2016.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Абрамов А. В. Читалочка. Дидактическое пособие.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«Российская электронная школа»; «Учи.ру» https://uchi.ru/ (интерактивная образовательная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онлайн​платформа); онлайн-сервис Яндекс.Учебник; «Якласс» https://www.yaklass.ru/ (платформа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электронного образования для школ)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http://ru.wikipedia.org/ http://arch.rgdb.ru/xmlui/ http://school-collection.edu.ru/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Ученические двухместные столы с комплектом стульев. Стол учительский с тумбой.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Шкафы для хранения учебников, дидактических материалов, пособии. и пр. Настенные доски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вывешивания иллюстративного материала.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Мультимедийный проектор Экспозиционный экран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 .\Комплект демонстрационных таблиц к «Азбуке» В. Г. Горецкого и др. (авторы Т. 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Игнатьева, Л. Е. Тарасова); лента букв.</w:t>
      </w:r>
    </w:p>
    <w:p>
      <w:pPr>
        <w:autoSpaceDN w:val="0"/>
        <w:autoSpaceDE w:val="0"/>
        <w:widowControl/>
        <w:spacing w:line="262" w:lineRule="auto" w:before="264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ДЕМОНСТРАЦИЙ</w:t>
      </w:r>
    </w:p>
    <w:p>
      <w:pPr>
        <w:autoSpaceDN w:val="0"/>
        <w:autoSpaceDE w:val="0"/>
        <w:widowControl/>
        <w:spacing w:line="262" w:lineRule="auto" w:before="168" w:after="0"/>
        <w:ind w:left="0" w:right="201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Интерактивная доска. Мультимедийный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Электронное приложение к учебнику «Русская азбука» В. Г. Горецкого и др. (CD).</w:t>
      </w:r>
    </w:p>
    <w:p>
      <w:pPr>
        <w:autoSpaceDN w:val="0"/>
        <w:autoSpaceDE w:val="0"/>
        <w:widowControl/>
        <w:spacing w:line="271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демонстрационных таблиц к «Русской азбуке» В. Г. Горецкого и др. (авторы Т. 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Игнатьева, Л. Е. Тарасова); лента букв. Компьютерная техника, магнитная доска с набором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приспособлений для крепления таблиц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9946" w:space="0"/>
        <w:col w:w="10494" w:space="0"/>
        <w:col w:w="10468" w:space="0"/>
        <w:col w:w="10514" w:space="0"/>
        <w:col w:w="10584" w:space="0"/>
        <w:col w:w="10398" w:space="0"/>
        <w:col w:w="10584" w:space="0"/>
        <w:col w:w="10440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