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43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2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92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Врио директора</w:t>
      </w:r>
    </w:p>
    <w:p>
      <w:pPr>
        <w:autoSpaceDN w:val="0"/>
        <w:autoSpaceDE w:val="0"/>
        <w:widowControl/>
        <w:spacing w:line="230" w:lineRule="auto" w:before="182" w:after="182"/>
        <w:ind w:left="292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______________Магомеданваров А.К.</w:t>
      </w:r>
    </w:p>
    <w:p>
      <w:pPr>
        <w:sectPr>
          <w:type w:val="nextColumn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 2022 г.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2306205)</w:t>
      </w:r>
    </w:p>
    <w:p>
      <w:pPr>
        <w:autoSpaceDN w:val="0"/>
        <w:autoSpaceDE w:val="0"/>
        <w:widowControl/>
        <w:spacing w:line="262" w:lineRule="auto" w:before="166" w:after="0"/>
        <w:ind w:left="3312" w:right="3744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</w:t>
      </w:r>
    </w:p>
    <w:p>
      <w:pPr>
        <w:autoSpaceDN w:val="0"/>
        <w:autoSpaceDE w:val="0"/>
        <w:widowControl/>
        <w:spacing w:line="262" w:lineRule="auto" w:before="670" w:after="0"/>
        <w:ind w:left="2160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1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80" w:right="0" w:hanging="3144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Магомеданварова Кусум Магомедкамиловна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8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Аметеркмахи 2022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начального общего образования по физической культуре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на основе характеристики планируемых результатов духовно-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нравственного развития, воспитания и социализации обучающихся, представленной в Примерной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программе воспитания (одобрена решением ФУМО от 02.06.2020 г.).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создании программы учитывались потребности современного российского общества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воспитании здорового поколения, государственная политика с национальными целями увеличения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продолжительности жизни граждан России и научная теория физической культуры, представляющая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закономерности двигательной деятельности человека. Здоровье закладывается в детстве,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качественное образование в части физического воспитания, физической культуры детей дошкольного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начального возраста определяет образ жизни на многие годы.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Основными составляющими в классификации физических упражнений по признаку исторически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сложившихся систем физического воспитания являются гимнастика, игры, туризм, спорт.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данной классификации физические упражнения делятся на четыре группы: гимнастические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упражнения, характеризующиеся многообразием искусственно созданных движений и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эффективность которых оценивается избирательностью воздействия на строение и функции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организма, а также правильностью, красотой и координационной сложностью всех движений;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игровые упражнения, состоящие из естественных видов действий (бега, бросков и т.п.),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выполняются в разнообразных вариантах в соответствии с изменяющейся игровой ситуацией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оцениваются по эффективности влияния на организм в целом и по конечному результату действия;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туристические физические упражнения, включающие ходьбу, бег, прыжки, преодоление препятствий,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ходьбу на лыжах, езду на велосипеде, греблю в естественных природных условиях, эффективность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которых оценивается комплексным воздействием на организм и результативностью преодоления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расстояния и препятствий на местности; спортивные упражнения объединяют ту группу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исполнение которых искусственно стандартизировано в соответствии с Единой всесоюзной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спортивной классификацией и является предметом специализации для достижения максимальных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спортивных результатов.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предметные результаты по учебному предмету «Физическая культура»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Федеральным государственным образовательным стандартом начального общего образования (далее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ФГОС НОО) должны обеспечивать умение использовать основные гимнастические упражнения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формирования и укрепления здоровья, физического развития, физического совершенствования,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повышения физической и умственной работоспособности.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отведено особое место упражнениям основной гимнастики и играм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гимнастических упражнений. Овладение жизненно важными навыками гимнастики позволяет решить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задачу овладения жизненно важными навыками плавания. Программа включает упражнения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гибкости и координации, эффективность развития которых приходится на возрастной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период начальной школы. Целенаправленные физические упражнения позволяют избирательно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значительно их развить.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обеспечивает «сформированность общих представлений о физической культуре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спорте, физической активности, физических качествах, жизненно важных прикладных умениях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навыках, основных физических упражнениях (гимнастических, игровых, туристических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спортивных)».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программы обеспечивает выполнение обучающимися нормативов Всероссийского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физкультурно-спортивного комплекса ГТО и другие предметные результаты ФГОС НОО, а также</w:t>
      </w:r>
    </w:p>
    <w:p>
      <w:pPr>
        <w:sectPr>
          <w:pgSz w:w="11900" w:h="16840"/>
          <w:pgMar w:top="298" w:right="634" w:bottom="290" w:left="666" w:header="720" w:footer="720" w:gutter="0"/>
          <w:cols w:space="720" w:num="1" w:equalWidth="0"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позволяет решить воспитательные задачи, изложенные в примерной программе воспитания,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одобренной решением федерального учебно-методического объединения по общему образованию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(протокол от 2 июня 2020 года № 2/20).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своему назначению примерная рабочая программа является ориентиром для составления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рабочих программ образовательных учреждений: она даёт представление о целях, общей стратегии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воспитания и развития обучающихся в рамках учебного предмета «Физическая культура»;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устанавливает обязательное предметное содержание, предусматривает распределение его по классам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структурирование по разделам и темам курса, определяет количественные и качественные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характеристики содержания; даёт примерное распределение учебных часов по тематическим разделам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рекомендуемую последовательность их изучения с учётом межпредметных и внутрипредметных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связей, логики учебного процесса, возрастных особенностей обучающихся; определяет возможности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для реализации требований к результатам освоения основной образовательной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образования, а также требований к результатам обучения физической культуре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уровне целей изучения предмета и основных видов учебно-познавательной деятельности /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действий ученика по освоению учебного содержания.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нашли своё отражение: Поручение Президента Российской Федерации об обеспечении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внесения в примерные основные образовательные программы дошкольного, начального общего,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основного общего и среднего общего образования изменений, предусматривающих обязательное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воспитанниками и учащимися упражнений основной гимнастики в целях их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(с учётом ограничений, обусловленных состоянием здоровья); условия 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модернизации преподавания учебного предмета «Физическая культура» в образовательных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организациях Российской Федерации, реализующих основные общеобразовательные программы,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научные и методологические подходы к изучению физической культуры в начальной школе.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КУРСА «ФИЗИЧЕСКАЯ КУЛЬТУРА»</w:t>
      </w:r>
    </w:p>
    <w:p>
      <w:pPr>
        <w:autoSpaceDN w:val="0"/>
        <w:autoSpaceDE w:val="0"/>
        <w:widowControl/>
        <w:spacing w:line="28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Предметом обучения физической культуре в начальной школе является двигательная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 с общеразвивающей направленностью с использованием основных направлений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в классификации физических упражнений по признаку исторически сложившихся систем: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гимнастика, игры, туризм, спорт — и упражнений по преимущественной целевой направленности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с учётом сенситивных периодов развития учащихся начальной школы.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овладения этой деятельностью формируется костно-мышечная система, укрепляется здоровье,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совершенствуются физические качества, осваиваются необходимые двигательные действия, активно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развиваются мышление, творчество и самостоятельность.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«Физическая культура» обладает широкими возможностями в использовании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форм, средств и методов обучения. Существенным компонентом содержания учебного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 является физическое воспитание граждан России. Учебный предмет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«Физическая культура» обогащает обучающихся системой знаний о сущности и общественном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физической культуры и её влиянии на всестороннее развитие личности. Такие 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обеспечивают развитие гармоничной личности, мотивацию и способность обучающихся к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деятельности, повышают их общую культуру.</w:t>
      </w:r>
    </w:p>
    <w:p>
      <w:pPr>
        <w:autoSpaceDN w:val="0"/>
        <w:autoSpaceDE w:val="0"/>
        <w:widowControl/>
        <w:spacing w:line="28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основана на системе научных знаний о человеке, сущности физической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общих закономерностях её функционирования и использования с целью всестороннего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 и направлена на формирование основ знаний в области физической культуры,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движений, воспитание устойчивых навыков выполнения основных двигательных действий,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укрепление здоровья.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учтены приоритеты в обучении на уровне начального образования, изложенные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Концепции модернизации преподавания учебного предмета «Физическая культура» в</w:t>
      </w:r>
    </w:p>
    <w:p>
      <w:pPr>
        <w:sectPr>
          <w:pgSz w:w="11900" w:h="16840"/>
          <w:pgMar w:top="316" w:right="666" w:bottom="288" w:left="666" w:header="720" w:footer="720" w:gutter="0"/>
          <w:cols w:space="720" w:num="1" w:equalWidth="0"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образовательных организациях Российской Федерации, которые нашли отражение в содержании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в части получения знаний и умений выполнения базовых упражнений гимнастики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правильного формирования опорно-двигательного аппарата, развития гибкости, координации,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моторики; получения эмоционального удовлетворения от выполнения физических упражнений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игровой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Программа обеспечивает создание условий для высокого качества преподавания учебного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«Физическая культура» на уровне начального общего образования; выполнение требований,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определённых статьёй 41 Федерального закона «Об образовании в Российской Федерации» «Охрана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здоровья обучающихся», включая определение оптимальной учебной нагрузки, режима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занятий, создание условий для профилактики заболеваний и оздоровления обучающихся;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способствует решению задач, определённых в Стратегии развития физической культуры и спорта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Российской Федерации на период до 2030 г. и Межотраслевой программе развития школьного спорта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 2024 г., и направлена на достижение национальных целей развития Российской Федерации,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именно: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сохранение населения, здоровье и благополучие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б) создание возможностей для самореализации и развития талантов.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разработана в соответствии с требованиями Федерального государственного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образовательного стандарта начального общего 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программы лежат представления об уникальности личности каждого учащегося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школы, индивидуальных возможностях каждого школьника и ученического сообщества в целом,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профессиональных качествах учителей и управленческих команд системы образования, создающих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 для максимально полного обеспечения образовательных возможностей учащимся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единого образовательного пространства Российской Федерации.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Ценностные ориентиры содержания программы направлены на воспитание творческих,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компетентных и успешных граждан России, способных к активной самореализации в личной,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общественной и профессиональной деятельности. Обучение по программе позволяет формировать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установку на формирование, сохранение и укрепление здоровья; освоить умения,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навыки ведения здорового и безопасного образа жизни; выполнить нормы ГТО.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направлено на эффективное развитие физических качеств и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начальной школы; на воспитание личностных качеств, включающих в себя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способность к саморазвитию, самооценке, рефлексии, анализу; формирует творческое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нестандартное мышление, инициативность, целеустремлённость; воспитывает этические чувства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доброжелательности и эмоционально-нравственной отзывчивости, понимания и сопереживания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чувствам других людей; учит взаимодействовать с окружающими людьми и работать в команде;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лидерские качества.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Содержание программы строится на принципах личностно-ориентированной, личностно-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развивающей педагогики, которая определяет повышение внимания к культуре физического развития,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ориентации физкультурно-спортивной деятельности на решение задач развития культуры движения,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физическое воспитание.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Важное значение в освоении программы уделено играм и игровым заданиям как простейшей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физкультурно-спортивной деятельности. В программе используются сюжетные и импровизационно-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творческие подвижные игры, рефлексивно-метафорические игры, игры на основе интеграции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интеллектуального и двигательного компонентов. Игры повышают интерес к занятиям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культурой, а также содействуют духовно-нравственному воспитанию обучающихся.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ознакомления с видами спорта в программе используются спортивные эстафеты, спортивные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упражнения и спортивные игровые задания. Для ознакомления с туристическими спортивными</w:t>
      </w:r>
    </w:p>
    <w:p>
      <w:pPr>
        <w:sectPr>
          <w:pgSz w:w="11900" w:h="16840"/>
          <w:pgMar w:top="316" w:right="666" w:bottom="408" w:left="666" w:header="720" w:footer="720" w:gutter="0"/>
          <w:cols w:space="720" w:num="1" w:equalWidth="0"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упражнениями в программе используются туристические спортивные игры. Содержание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обеспечивает достаточный объём практико-ориентированных знаний и умений.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ФГОС НОО содержание программы учебного предмета «Физическая культура»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состоит из следующих компонентов: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знания о физической культуре (информационный компонент деятельности);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способы физкультурной деятельности (операциональный компонент деятельности);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физическое совершенствование (мотивационно-процессуальный компонент деятельности),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которое подразделяется на физкультурно-оздоровительную и спортивно-оздоровительную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8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Концепция программы основана на следующих принципах: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систематичности и последовательности.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систематичности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последовательности предполагает регулярность занятий и систему чередования нагрузок с отдыхом,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также определённую последовательность занятий и взаимосвязь между различными сторонами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содержания. Учебный материал программы должен быть разделён на логически завершённые части,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теоретическая база знаний подкрепляется практическими навыками. Особое внимание в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уделяется повторяемости. Повторяются не только отдельные физические упражнения, но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последовательность их в занятиях. Также повторяется в определённых чертах и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самих занятий на протяжении недельных, месячных и других циклов. Принцип систематичности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последовательности повышает эффективность динамики развития основных физических качеств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младших школьников с учётом их сенситивного периода развития: гибкости, координации, быстроты.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Принципы непрерывности и цикличности.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Эти принципы выражают основные закономерности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построения занятий в физическом воспитании. Они обеспечивает преемственность между занятиями,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частоту и суммарную протяжённость их во времени. Кроме того, принцип непрерывности тесно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 с принципом системного чередования нагрузок и отдыха. Принцип цикличности заключается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повторяющейся последовательности занятий, что обеспечивает повышение тренированности,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улучшает физическую подготовленность обучающегося.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возрастной адекватности направлений физического воспитания.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учитывает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возрастные и индивидуальные особенности детей младшего школьного возраста, что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гармоничному формированию двигательных умений и навыков.</w:t>
      </w:r>
    </w:p>
    <w:p>
      <w:pPr>
        <w:autoSpaceDN w:val="0"/>
        <w:autoSpaceDE w:val="0"/>
        <w:widowControl/>
        <w:spacing w:line="28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наглядности.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Наглядность обучения и воспитания предполагает как широкое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зрительных ощущений, восприятия образов, так и постоянную опору на свидетельства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всех других органов чувств, благодаря которым достигается непосредственный эффект от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программы. В процессе физического воспитания наглядность играет особенно важную роль,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поскольку деятельность обучающихся носит в основном практический характер и имеет одной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своих специальных задач всестороннее развитие органов чувств.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доступности и индивидуализации.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доступности и индивидуализации означает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требование оптимального соответствия задач, средств и методов физического воспитания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возможностям обучающихся. При реализации принципа доступности учитывается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к освоению материала, выполнению той или иной физической нагрузки и определяется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мера доступности задания. Готовность к выполнению заданий зависит от уровня физического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интеллектуального развития, а также от их субъективной установки, выражающейся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преднамеренном, целеустремлённом и волевом поведении обучающихся.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осознанности и активности.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осознанности и активности предполагает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осмысленное отношение обучающихся к выполнению физических упражнений, осознание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последовательность техники выполнения упражнений (комплексов упражнений), техники дыхания,</w:t>
      </w:r>
    </w:p>
    <w:p>
      <w:pPr>
        <w:sectPr>
          <w:pgSz w:w="11900" w:h="16840"/>
          <w:pgMar w:top="286" w:right="680" w:bottom="332" w:left="666" w:header="720" w:footer="720" w:gutter="0"/>
          <w:cols w:space="720" w:num="1" w:equalWidth="0"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дозированности объёма и интенсивности выполнения упражнений в соответствии с возможностями.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Осознавая оздоровительное воздействие физических упражнений на организм, обучающиеся учатся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и творчески решать двигательные задачи.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динамичности.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динамичности выражает общую тенденцию требований,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предъявляемых к обучающимся в соответствии с программой, которая заключается в постановке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выполнении всё более трудных новых заданий, в постепенном нарастании объёма и интенсивности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связанных с ними нагрузок. Программой предусмотрено регулярное обновление заданий с общей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тенденцией к росту физических нагрузок.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Принцип вариативности.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 вариативности программы предполагает многообразие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гибкость используемых в программе форм, средств и методов обучения в зависимости от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развития, индивидуальных особенностей и функциональных возможностей обучающихся,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описаны в программе. Соблюдение этих принципов позволит обучающимся достичь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эффективных результатов.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программы предполагает соблюдение главных педагогических правил: от известного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неизвестному, от лёгкого к трудному, от простого к сложному. Планирование учебного материала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рекомендуется в соответствии с постепенным освоением теоретических знаний, практических умений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навыков в учебной и самостоятельной физкультурной, оздоровительной деятельности.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программы лежит системно-деятельностный подход, целью которого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полного представления о возможностях физической культуры.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программы учитывается взаимосвязь изучаемых явлений и процессов, что позволит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успешно достигнуть планируемых результатов — предметных, метапредметных и личностных.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«ФИЗИЧЕСКАЯ КУЛЬТУРА»</w:t>
      </w:r>
    </w:p>
    <w:p>
      <w:pPr>
        <w:autoSpaceDN w:val="0"/>
        <w:autoSpaceDE w:val="0"/>
        <w:widowControl/>
        <w:spacing w:line="27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изучения учебного предмета «Физическая культура» — формирование разносторонне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 развитой личности, способной активно использовать ценности физической культуры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укрепления и длительного сохранения собственного здоровья, оптимизации трудовой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организации активного отдыха.</w:t>
      </w:r>
    </w:p>
    <w:p>
      <w:pPr>
        <w:autoSpaceDN w:val="0"/>
        <w:autoSpaceDE w:val="0"/>
        <w:widowControl/>
        <w:spacing w:line="271" w:lineRule="auto" w:before="70" w:after="0"/>
        <w:ind w:left="0" w:right="100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 задачи программы обеспечивают результаты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начального общего образования по учебному предмету «Физическая культура»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ФГОС НОО.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направлению первостепенной значимости при реализации образовательных функций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«Физическая культура» традиционно относят формирование знаний основ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как науки области знаний о человеке, прикладных умениях и навыках,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физических упражнениях для формирования и укрепления здоровья,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физического совершенствования, повышения физической и умственной работоспособности, 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одного из основных компонентов общей культуры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Используемые в образовательной деятельности технологии программы позволяют решать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преемственно комплекс основных задач физической культуры на всех уровнях общего образования.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содержании программы учтены основные направления развития познавательной активности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человека, включая знания о природе (медико-биологические основы деятельности), знания о человеке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(психолого-педагогические основы деятельности), знания об обществе (историко-социологические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основы деятельности).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Задача учебного предмета состоит в формировании системы физкультурных знаний, жизненно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важных прикладных умений и навыков, основанных на физических упражнениях для укрепления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здоровья (физического, социального и психологического), освоении упражнений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гимнастики, плавания как жизненно важных навыков человека; овладение умениями организовывать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здоровьесберегающую жизнедеятельность (распорядок дня, утренняя гимнастика, гимнастические</w:t>
      </w:r>
    </w:p>
    <w:p>
      <w:pPr>
        <w:sectPr>
          <w:pgSz w:w="11900" w:h="16840"/>
          <w:pgMar w:top="286" w:right="668" w:bottom="318" w:left="666" w:header="720" w:footer="720" w:gutter="0"/>
          <w:cols w:space="720" w:num="1" w:equalWidth="0"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минутки, подвижные и общеразвивающие игры и т.д.); умении применять правила безопасности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выполнении физических упражнений и различных форм двигательной деятельности и как результат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физическое воспитание, формирование здоровья и здорового образа жизни.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Наряду с этим программа обеспечивает: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единство образовательного пространства на территории Российской Федерации с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реализации равных возможностей получения качественного начального общего образования;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преемственность основных образовательных программ дошкольного, начального общего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образования;</w:t>
      </w:r>
    </w:p>
    <w:p>
      <w:pPr>
        <w:autoSpaceDN w:val="0"/>
        <w:autoSpaceDE w:val="0"/>
        <w:widowControl/>
        <w:spacing w:line="271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возможности формирования индивидуального подхода и различного уровня сложности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образовательных потребностей и способностей обучающихся (включая одарённых детей,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детей с ограниченными возможностями здоровья);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государственные гарантии качества начального общего образования, личностного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обучающихся;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современными технологическими средствами в ходе обучения и в повседневной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освоение цифровых образовательных сред для проверки и приобретения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расширения возможностей личного образовательного маршрута;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 обучающихся знаний о месте физической культуры и спорта в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стратегии развития России, их исторической роли, вкладе спортсменов России в мировое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спортивное наследие;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обучающимися технологий командной работы на основе личного вклада каждого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общих задач, осознания личной ответственности, объективной оценки своих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командных возможностей.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 индивидуального подхода в обучении позволяет обучающимся осваивать программу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возможностями каждого.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Универсальными компетенциями учащихся на этапе начального образования по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являются:</w:t>
      </w:r>
    </w:p>
    <w:p>
      <w:pPr>
        <w:autoSpaceDN w:val="0"/>
        <w:autoSpaceDE w:val="0"/>
        <w:widowControl/>
        <w:spacing w:line="274" w:lineRule="auto" w:before="17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организовывать собственную деятельность, выбирать и использовать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культуры для достижения цели динамики личного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физического совершенствования;</w:t>
      </w:r>
    </w:p>
    <w:p>
      <w:pPr>
        <w:autoSpaceDN w:val="0"/>
        <w:autoSpaceDE w:val="0"/>
        <w:widowControl/>
        <w:spacing w:line="276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активно включаться в коллективную деятельность, взаимодействовать со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сверстниками в достижении общих целей, проявлять лидерские качества в соревновательной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работоспособность в учебно-тренировочном процессе, взаимопомощь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и выполнении физических упражнений;</w:t>
      </w:r>
    </w:p>
    <w:p>
      <w:pPr>
        <w:autoSpaceDN w:val="0"/>
        <w:autoSpaceDE w:val="0"/>
        <w:widowControl/>
        <w:spacing w:line="28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доносить информацию в доступной, яркой, эмоциональной форме в процессе общения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взаимодействия со сверстниками и взрослыми людьми, в том числе при передаче информации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заданную тему по общим сведениям теории физической культуры, методикам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физических упражнений, правилам проведения общеразвивающих подвижных игр и игровых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заданий;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работать над ошибками, в том числе при выполнении физических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слышать замечания и рекомендации педагога, концентрироваться при практическом выполнении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заданий, ставить перед собой задачи гармоничного физического развития.</w:t>
      </w:r>
    </w:p>
    <w:p>
      <w:pPr>
        <w:sectPr>
          <w:pgSz w:w="11900" w:h="16840"/>
          <w:pgMar w:top="286" w:right="712" w:bottom="302" w:left="666" w:header="720" w:footer="720" w:gutter="0"/>
          <w:cols w:space="720" w:num="1" w:equalWidth="0"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«Физическая культура» в 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«Физическая культура» в 1 классе, составляет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99 часов.</w:t>
      </w:r>
    </w:p>
    <w:p>
      <w:pPr>
        <w:sectPr>
          <w:pgSz w:w="11900" w:h="16840"/>
          <w:pgMar w:top="358" w:right="832" w:bottom="1440" w:left="666" w:header="720" w:footer="720" w:gutter="0"/>
          <w:cols w:space="720" w:num="1" w:equalWidth="0"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культура. Культура движения. Гимнастика. Регулярные занятия физической культурой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рамках учебной и внеурочной деятельности. Основные разделы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Исходные положения в физических упражнениях: стойки, упоры, седы, положения лёжа, сидя,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опоры.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поведения на уроках физической культуры. Общие принципы выполнения гимнастических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упражнений. Гимнастический шаг. Гимнастический (мягкий) бег. Основные хореографические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позиции.</w:t>
      </w:r>
    </w:p>
    <w:p>
      <w:pPr>
        <w:autoSpaceDN w:val="0"/>
        <w:autoSpaceDE w:val="0"/>
        <w:widowControl/>
        <w:spacing w:line="274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Место для занятий физическими упражнениями. Спортивное оборудование и инвентарь. Одежда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 физическими упражнениями. Техника безопасности при выполнении физических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упражнений, проведении игр и спортивных эстафет.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Распорядок дня. Личная гигиена. Основные правила личной гигиены.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Самоконтроль. Строевые команды, построение, расчёт.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Физические упражнения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по видам разминки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разминка.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общей разминки. Влияние выполнения упражнений общей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разминки на подготовку мышц тела к выполнению физических упражнений. Освоение техники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выполнения упражнений общей разминки с контролем дыхания: приставные шаги вперёд на полной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стопе (гимнастический шаг), шаги с продвижением вперёд на полупальцах и пятках («казачок»), шаги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продвижением вперёд на полупальцах с выпрямленными коленями и в полуприседе («жираф»),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шаги с продвижением вперёд, сочетаемые с отведением рук назад на горизонтальном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(«конькобежец»). Освоение танцевальных позиций у опоры.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Партерная разминка.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техники выполнения упражнений для формирования 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опорно-двигательного аппарата: упражнения для формирования стопы, укрепления мышц стопы,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гибкости и подвижности суставов («лягушонок»); упражнения для растяжки задней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поверхности мышц бедра и формирования выворотности стоп («крестик»); упражнения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укрепления мышц ног, увеличения подвижности тазобедренных, коленных и голеностопных суставов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(«велосипед»).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для укрепления мышц тела и развития гибкости позвоночника, упражнения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разогревания методом скручивания мышц спины («верёвочка»); упражнения для укрепления мышц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спины и увеличения их эластичности («рыбка»); упражнения для развития гибкости позвоночника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плечевого пояса («мост») из положения лёжа.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Подводящие упражнения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Группировка, кувырок в сторону; освоение подводящих упражнений к выполнению продольных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поперечных шпагатов («ящерка»).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для развития моторики и координации с гимнастическим предметом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Удержание скакалки. Вращение кистью руки скакалки, сложенной вчетверо, — перед собой,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сложенной вдвое — поочерёдно в лицевой, боковой плоскостях. Подскоки через скакалку вперёд,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назад. Прыжки через скакалку вперёд, назад. Игровые задания со скакалкой.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Удержание гимнастического мяча. Баланс мяча на ладони, передача мяча из руки в руку.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Одиночный отбив мяча от пола. Переброска мяча с ладони на тыльную сторону руки и обратно.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Перекат мяча по полу, по рукам. Бросок и ловля мяча. Игровые задания с мячом.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Упражнения для развития координации и развития жизненно важных навыков и умений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Равновесие — колено вперёд попеременно каждой ногой. Равновесие («арабеск») попеременно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каждой ногой. Повороты в обе стороны на сорок пять и девяносто градусов. Прыжки толчком с двух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ног вперёд, назад, с поворотом на сорок пять и девяносто градусов в обе стороны.</w:t>
      </w:r>
    </w:p>
    <w:p>
      <w:pPr>
        <w:sectPr>
          <w:pgSz w:w="11900" w:h="16840"/>
          <w:pgMar w:top="298" w:right="638" w:bottom="290" w:left="666" w:header="720" w:footer="720" w:gutter="0"/>
          <w:cols w:space="720" w:num="1" w:equalWidth="0"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танцевальных шагов: «буратино», «ковырялочка», «верёвочка».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Бег, сочетаемый с круговыми движениями руками.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Игрыиигровыезадания, спортивныеэстафеты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Музыкально-сценические игры. Игровые задания. Спортивные эстафеты с мячом, со скакалкой.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Спортивные игры с элементами единоборства.</w:t>
      </w:r>
    </w:p>
    <w:p>
      <w:pPr>
        <w:autoSpaceDN w:val="0"/>
        <w:autoSpaceDE w:val="0"/>
        <w:widowControl/>
        <w:spacing w:line="262" w:lineRule="auto" w:before="70" w:after="0"/>
        <w:ind w:left="180" w:right="216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Организующиекомандыиприёмы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универсальных умений при выполнении организующих команд.</w:t>
      </w:r>
    </w:p>
    <w:p>
      <w:pPr>
        <w:sectPr>
          <w:pgSz w:w="11900" w:h="16840"/>
          <w:pgMar w:top="316" w:right="1156" w:bottom="1440" w:left="666" w:header="720" w:footer="720" w:gutter="0"/>
          <w:cols w:space="720" w:num="1" w:equalWidth="0"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71" w:lineRule="auto" w:before="34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требованиями к результатам освоения основных образовательных программ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ФГОС программа направлена на достижение обучающимися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личностных, метапредметных и предметных результатов по физической культуре.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начального общего образования достигаются в ходе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физической культуре в единстве учебной и воспитательной деятельности организации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традиционными российскими социокультурными и духовно-нравственными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ценностями, принятыми в обществе правилами и нормами поведения и способствуют процессам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самопознания, саморазвития и социализации обучающихся.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предмета «Физическая культура» в начальной школе отражают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ценностями и приобретение первоначального опыта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на их основе.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Патриотическое воспитание:</w:t>
      </w:r>
    </w:p>
    <w:p>
      <w:pPr>
        <w:autoSpaceDN w:val="0"/>
        <w:autoSpaceDE w:val="0"/>
        <w:widowControl/>
        <w:spacing w:line="28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ценностное отношение к отечественному спортивному, культурному, историческому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научному наследию, понимание значения физической культуры в жизни современного общества,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владеть достоверной информацией о спортивных достижениях сборных команд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видам спорта на международной спортивной арене, основных мировых и отечественных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тенденциях развития физической культуры для блага человека, заинтересованность в научных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знаниях о человеке.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Гражданское воспитание:</w:t>
      </w:r>
    </w:p>
    <w:p>
      <w:pPr>
        <w:autoSpaceDN w:val="0"/>
        <w:autoSpaceDE w:val="0"/>
        <w:widowControl/>
        <w:spacing w:line="28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представление о социальных нормах и правилах межличностных отношений в коллективе,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разнообразной совместной деятельности при выполнении учебных, познавательных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задач, освоение и выполнение физических упражнений, создание учебных проектов, стремление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взаимопониманию и взаимопомощи в процессе этой учебной деятельности;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своё поведение и поступки своих товарищей с позиции нравственных и правовых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осознания последствий поступков; оказание посильной помощи и моральной поддержки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 при выполнении учебных заданий, доброжелательное и уважительное отношение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 объяснении ошибок и способов их устранения.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62" w:lineRule="auto" w:before="18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знание истории развития представлений о физическом развитии и воспитании человека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культурно-педагогической традиции;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мотивы, направленные на получение новых знаний по физической культуре,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необходимых для формирования здоровья и здоровых привычек,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физического совершенствования;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познавательная и информационная культура, в том числе навыки самостоятельной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учебными текстами, справочной литературой, доступными техническими средствами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информационных технологий;</w:t>
      </w:r>
    </w:p>
    <w:p>
      <w:pPr>
        <w:autoSpaceDN w:val="0"/>
        <w:autoSpaceDE w:val="0"/>
        <w:widowControl/>
        <w:spacing w:line="271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интерес к обучению и познанию, любознательность, готовность и способность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самообразованию, исследовательской деятельности, к осознанному выбору направленности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уровня обучения в дальнейшем.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Формирование культуры здоровья: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своего здоровья для себя, общества, государства; ответственное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отношение к регулярным занятиям физической культурой, в том числе освоению гимнастических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упражнений и плавания как важных жизнеобеспечивающих умений; установка на здоровый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 жизни, необходимость соблюдения правил безопасности при занятиях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культурой и спортом.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экологически целесообразное отношение к природе, внимательное отношение к человеку,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потребностям в жизнеобеспечивающих двигательных действиях; ответственное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собственному физическому и психическому здоровью, осознание ценности соблюдения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безопасного поведения в ситуациях, угрожающих здоровью и жизни людей;</w:t>
      </w:r>
    </w:p>
    <w:p>
      <w:pPr>
        <w:autoSpaceDN w:val="0"/>
        <w:autoSpaceDE w:val="0"/>
        <w:widowControl/>
        <w:spacing w:line="262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экологическое мышление, умение руководствоваться им в познавательной, коммуникативной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социальной практике.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образовательной программы по физической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отражают овладение универсальными познавательными действиями.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составе метапредметных результатов выделяют такие значимые для формирования мировоззрения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формы научного познания, как научный факт, гипотеза, теория, закон, понятие, проблема, идея,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категория, которые используются в естественно-научных учебных предметах и позволяют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знаний из этих предметов формировать представление о целостной научной картине мира,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 (познавательные, коммуникативные, регулятивные),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обеспечивают формирование готовности к самостоятельному планированию и осуществлению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образовательной программы по физической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овладение универсальными учебными действиями, в 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Познавательные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отражающие методы познания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окружающего мира: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терминах и понятиях, используемых в физической культуре (в пределах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изученного), применять изученную терминологию в своих устных и письменных высказываниях;</w:t>
      </w:r>
    </w:p>
    <w:p>
      <w:pPr>
        <w:autoSpaceDN w:val="0"/>
        <w:autoSpaceDE w:val="0"/>
        <w:widowControl/>
        <w:spacing w:line="262" w:lineRule="auto" w:before="24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признаки положительного влияния занятий физической культурой на работу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организма, сохранение его здоровья и эмоционального благополучия;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моделировать правила безопасного поведения при освоении физических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плавании;</w:t>
      </w:r>
    </w:p>
    <w:p>
      <w:pPr>
        <w:autoSpaceDN w:val="0"/>
        <w:autoSpaceDE w:val="0"/>
        <w:widowControl/>
        <w:spacing w:line="262" w:lineRule="auto" w:before="238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связь между физическими упражнениями и их влиянием на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физических качеств;</w:t>
      </w:r>
    </w:p>
    <w:p>
      <w:pPr>
        <w:autoSpaceDN w:val="0"/>
        <w:autoSpaceDE w:val="0"/>
        <w:widowControl/>
        <w:spacing w:line="276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классифицировать виды физических упражнений в соответствии с определённым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классификационным признаком: по признаку исторически сложившихся систем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воспитания, по преимущественной целевой направленности их использования,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преимущественному воздействию на развитие отдельных качеств (способностей) человека;</w:t>
      </w:r>
    </w:p>
    <w:p>
      <w:pPr>
        <w:autoSpaceDN w:val="0"/>
        <w:autoSpaceDE w:val="0"/>
        <w:widowControl/>
        <w:spacing w:line="271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и осуществлять демонстрацию гимнастических упражнений,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плавания, ходьбы на лыжах (при условии наличия снежного покрова), упражнений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подготовки по виду спорта (по выбору), туристических физических упражнений;</w:t>
      </w:r>
    </w:p>
    <w:p>
      <w:pPr>
        <w:sectPr>
          <w:pgSz w:w="11900" w:h="16840"/>
          <w:pgMar w:top="328" w:right="658" w:bottom="398" w:left="666" w:header="720" w:footer="720" w:gutter="0"/>
          <w:cols w:space="720" w:num="1" w:equalWidth="0"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(или в совместной деятельности) составлять комбинацию упражнений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утренней гимнастики с индивидуальным дозированием физических упражнений;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формировать умение понимать причины успеха / неуспеха учебной деятельности,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целей эффективного развития физических качеств и способностей в соответствии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сенситивными периодами развития, способности конструктивно находить решение и действовать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даже в ситуациях неуспеха;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овладевать базовыми предметными и межпредметными понятиями, отражающими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существенные связи и отношения между объектами и процессами; использовать знания и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области культуры движения, эстетического восприятия в учебной деятельности иных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предметов;</w:t>
      </w:r>
    </w:p>
    <w:p>
      <w:pPr>
        <w:autoSpaceDN w:val="0"/>
        <w:autoSpaceDE w:val="0"/>
        <w:widowControl/>
        <w:spacing w:line="271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информацию, полученную посредством наблюдений, просмотра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видеоматериалов, иллюстраций, для эффективного физического развития, в том числе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гимнастических, игровых, спортивных, туристических физических упражнений;</w:t>
      </w:r>
    </w:p>
    <w:p>
      <w:pPr>
        <w:autoSpaceDN w:val="0"/>
        <w:autoSpaceDE w:val="0"/>
        <w:widowControl/>
        <w:spacing w:line="276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средства информационно-коммуникационных технологий для решения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практических задач (в том числе Интернет с контролируемым выходом), оценивать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объективность информации и возможности её использования для решения конкретных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задач.</w:t>
      </w:r>
    </w:p>
    <w:p>
      <w:pPr>
        <w:autoSpaceDN w:val="0"/>
        <w:autoSpaceDE w:val="0"/>
        <w:widowControl/>
        <w:spacing w:line="276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Коммуникативные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отражающие способность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 осуществлять коммуникативную деятельность, использовать правила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конкретных учебных и внеучебных ситуациях; самостоятельную организацию речевой деятельности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устной и письменной форме:</w:t>
      </w:r>
    </w:p>
    <w:p>
      <w:pPr>
        <w:autoSpaceDN w:val="0"/>
        <w:autoSpaceDE w:val="0"/>
        <w:widowControl/>
        <w:spacing w:line="271" w:lineRule="auto" w:before="17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вступать в диалог, задавать собеседнику вопросы, использовать реплики-уточнения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дополнения; формулировать собственное мнение и идеи, аргументированно их излагать;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выслушивать разные мнения, учитывать их в диалоге;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влияние физической культуры на здоровье и эмоциональное благополучие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человека;</w:t>
      </w:r>
    </w:p>
    <w:p>
      <w:pPr>
        <w:autoSpaceDN w:val="0"/>
        <w:autoSpaceDE w:val="0"/>
        <w:widowControl/>
        <w:spacing w:line="262" w:lineRule="auto" w:before="238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строить гипотезы о возможных отрицательных последствиях нарушения правил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выполнении физических движений, в играх и игровых заданиях, спортивных эстафетах;</w:t>
      </w:r>
    </w:p>
    <w:p>
      <w:pPr>
        <w:autoSpaceDN w:val="0"/>
        <w:autoSpaceDE w:val="0"/>
        <w:widowControl/>
        <w:spacing w:line="276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организовывать (при содействии взрослого или самостоятельно) игры, спортивные эстафеты,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физических упражнений в коллективе, включая обсуждение цели общей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распределение ролей, выполнение функциональных обязанностей, осуществление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действий для достижения результата;</w:t>
      </w:r>
    </w:p>
    <w:p>
      <w:pPr>
        <w:autoSpaceDN w:val="0"/>
        <w:autoSpaceDE w:val="0"/>
        <w:widowControl/>
        <w:spacing w:line="271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интерес к работе товарищей; в доброжелательной форме комментировать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их достижения, высказывать свои предложения и пожелания; оказывать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необходимости помощь;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продуктивно сотрудничать (общение, взаимодействие) со сверстниками при решении задач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выполнения физических упражнений, игровых заданий и игр на уроках, во внеурочной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внешкольной физкультурной деятельности;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конструктивно разрешать конфликты посредством учёта интересов сторон и сотрудничества.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Регулятивные универсальные учебные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 отражающие способности обучающегося</w:t>
      </w:r>
    </w:p>
    <w:p>
      <w:pPr>
        <w:sectPr>
          <w:pgSz w:w="11900" w:h="16840"/>
          <w:pgMar w:top="292" w:right="666" w:bottom="438" w:left="666" w:header="720" w:footer="720" w:gutter="0"/>
          <w:cols w:space="720" w:num="1" w:equalWidth="0"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учебно-познавательную деятельность, учитывая все её компоненты (цель, мотив, прогноз,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средства, контроль, оценка):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влияние занятий физической подготовкой на состояние своего организма (снятие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утомляемости, улучшение настроения, уменьшение частоты простудных заболеваний);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контролировать состояние организма на уроках физической культуры и в самостоятельной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повседневной физической деятельности по показателям частоты пульса и самочувствия;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предусматривать возникновение возможных ситуаций, опасных для здоровья и жизни;</w:t>
      </w:r>
    </w:p>
    <w:p>
      <w:pPr>
        <w:autoSpaceDN w:val="0"/>
        <w:autoSpaceDE w:val="0"/>
        <w:widowControl/>
        <w:spacing w:line="274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волевую саморегуляцию при планировании и выполнении намеченных планов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организации своей жизнедеятельности; проявлять стремление к успешной образовательной,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физкультурно-спортивной, деятельности; анализировать свои ошибки;</w:t>
      </w:r>
    </w:p>
    <w:p>
      <w:pPr>
        <w:autoSpaceDN w:val="0"/>
        <w:autoSpaceDE w:val="0"/>
        <w:widowControl/>
        <w:spacing w:line="262" w:lineRule="auto" w:before="238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информационную, познавательную и практическую деятельность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различных средств информации и коммуникации.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изучения учебного предмета «Физическая культура» отражают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учащихся в физкультурной деятельности.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составе предметных результатов по освоению обязательного содержания, установленного данной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программой, выделяются: полученные знания, освоенные обучающимися; умения и способы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действий, специфические для предметной области «Физическая культура» периода развития детей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 начальной школы; виды деятельности по получению новых знаний, их интерпретации,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преобразованию и применению в различных учебных и новых ситуациях.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состав предметных результатов по освоению обязательного содержания включены физические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гимнастические упражнения, характеризующиеся многообразием искусственно созданных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движений и действий, эффективность которых оценивается избирательностью воздействия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строение и функции организма, а также правильностью, красотой и координационной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сложностью всех движений;</w:t>
      </w:r>
    </w:p>
    <w:p>
      <w:pPr>
        <w:autoSpaceDN w:val="0"/>
        <w:autoSpaceDE w:val="0"/>
        <w:widowControl/>
        <w:spacing w:line="28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игровые упражнения, состоящие из естественных видов действий (элементарных движений,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бега, бросков и т. п.), которые выполняются в разнообразных вариантах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изменяющейся игровой ситуацией и оцениваются по эффективности влияния на организм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целом и по конечному результату действия (точнее бросить, быстрее добежать, выполнить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предлагаемой техникой выполнения или конечным результатом задания и т. п.);</w:t>
      </w:r>
    </w:p>
    <w:p>
      <w:pPr>
        <w:autoSpaceDN w:val="0"/>
        <w:autoSpaceDE w:val="0"/>
        <w:widowControl/>
        <w:spacing w:line="276" w:lineRule="auto" w:before="23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туристические физические упражнения, включающие ходьбу, бег, прыжки, преодоление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препятствий, ходьбу на лыжах, езду на велосипеде, эффективность которых оценивается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комплексным воздействием на организм и результативностью преодоления расстояния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препятствий на местности;</w:t>
      </w:r>
    </w:p>
    <w:p>
      <w:pPr>
        <w:autoSpaceDN w:val="0"/>
        <w:autoSpaceDE w:val="0"/>
        <w:widowControl/>
        <w:spacing w:line="28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спортивные упражнения объединяют ту группу действий, исполнение которых искусственно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стандартизировано в соответствии с Единой всесоюзной спортивной классификацией и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предметом специализации для достижения максимальных спортивных результатов. К последней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 в программе условно относятся некоторые физические упражнения первых трёх трупп,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если им присущи перечисленные признаки (спортивные гимнастические упражнения,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спортивные игровые упражнения, спортивные туристические упражнения).</w:t>
      </w:r>
    </w:p>
    <w:p>
      <w:pPr>
        <w:sectPr>
          <w:pgSz w:w="11900" w:h="16840"/>
          <w:pgMar w:top="286" w:right="706" w:bottom="408" w:left="666" w:header="720" w:footer="720" w:gutter="0"/>
          <w:cols w:space="720" w:num="1" w:equalWidth="0"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сформированность у обучающихся определённых умений.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1) Знания о физической культуре: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основные предметные области физической культуры (гимнастика, игры, туризм,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спорт);</w:t>
      </w:r>
    </w:p>
    <w:p>
      <w:pPr>
        <w:autoSpaceDN w:val="0"/>
        <w:autoSpaceDE w:val="0"/>
        <w:widowControl/>
        <w:spacing w:line="276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правила составления распорядка дня с использованием знаний принципов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личной гигиены, требований к одежде и обуви для занятий физическими упражнениями в зале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улице; иметь представление о здоровом образе жизни, о важности ведения активного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жизни;</w:t>
      </w:r>
    </w:p>
    <w:p>
      <w:pPr>
        <w:autoSpaceDN w:val="0"/>
        <w:autoSpaceDE w:val="0"/>
        <w:widowControl/>
        <w:spacing w:line="262" w:lineRule="auto" w:before="24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формулировать основные правила безопасного поведения в местах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физическими упражнениями (в спортивном зале, на спортивной площадке, в бассейне);</w:t>
      </w:r>
    </w:p>
    <w:p>
      <w:pPr>
        <w:autoSpaceDN w:val="0"/>
        <w:autoSpaceDE w:val="0"/>
        <w:widowControl/>
        <w:spacing w:line="281" w:lineRule="auto" w:before="24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формулировать простейшие правила закаливания и организации самостоятельных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 физическими упражнениями, уметь применять их в повседневной жизни; понимать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раскрывать значение регулярного выполнения гимнастических упражнений для гармоничного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знать и описывать формы наблюдения за динамикой развития гибкости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координационных способностей;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знать основные виды разминки.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78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2) Способы физкультурной деятельности: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Самостоятельные занятия общеразвивающими и здоровьеформирующими физическими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упражнениями: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гимнастические упражнения для формирования стопы, осанки в положении стоя,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сидя и при ходьбе; упражнения для развития гибкости и координации;</w:t>
      </w:r>
    </w:p>
    <w:p>
      <w:pPr>
        <w:autoSpaceDN w:val="0"/>
        <w:autoSpaceDE w:val="0"/>
        <w:widowControl/>
        <w:spacing w:line="276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и выполнять индивидуальный распорядок дня с включением утренней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гимнастики, физкультминуток, выполнения упражнений гимнастики; измерять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в записи индивидуальные показатели длины и массы тела, сравнивать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значения с рекомендуемыми для гармоничного развития значениями.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Самостоятельные развивающие, подвижные игры и спортивные эстафеты, строевые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упражнения:</w:t>
      </w:r>
    </w:p>
    <w:p>
      <w:pPr>
        <w:autoSpaceDN w:val="0"/>
        <w:autoSpaceDE w:val="0"/>
        <w:widowControl/>
        <w:spacing w:line="281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спортивных эстафетах, развивающих подвижных играх, в том числе ролевых,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заданиями на выполнение движений под музыку и с использованием танцевальных шагов;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игровые задания для знакомства с видами спорта, плаванием, основами туристической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общаться и взаимодействовать в игровой деятельности; выполнять команды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строевые упражнения.</w:t>
      </w:r>
    </w:p>
    <w:p>
      <w:pPr>
        <w:autoSpaceDN w:val="0"/>
        <w:autoSpaceDE w:val="0"/>
        <w:widowControl/>
        <w:spacing w:line="262" w:lineRule="auto" w:before="178" w:after="0"/>
        <w:ind w:left="180" w:right="532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3) Физическое совершенствование: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Физкультурно-оздоровительная деятельность:</w:t>
      </w:r>
    </w:p>
    <w:p>
      <w:pPr>
        <w:autoSpaceDN w:val="0"/>
        <w:autoSpaceDE w:val="0"/>
        <w:widowControl/>
        <w:spacing w:line="262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осваивать технику выполнения гимнастических упражнений для формирования опорно-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двигательного аппарата, включая гимнастический шаг, мягкий бег;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упражнения основной гимнастики на развитие физических качеств (гибкость, координация),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эффективность развития которых приходится на возрастной период начальной школы,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развития силы, основанной на удержании собственного веса;</w:t>
      </w:r>
    </w:p>
    <w:p>
      <w:pPr>
        <w:autoSpaceDN w:val="0"/>
        <w:autoSpaceDE w:val="0"/>
        <w:widowControl/>
        <w:spacing w:line="262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гимнастические упражнения на развитие моторики, координационно-скоростных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способностей, в том числе с использованием гимнастических предметов (скакалка, мяч);</w:t>
      </w:r>
    </w:p>
    <w:p>
      <w:pPr>
        <w:sectPr>
          <w:pgSz w:w="11900" w:h="16840"/>
          <w:pgMar w:top="298" w:right="710" w:bottom="302" w:left="666" w:header="720" w:footer="720" w:gutter="0"/>
          <w:cols w:space="720" w:num="1" w:equalWidth="0"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6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гимнастические упражнения, направленные на развитие жизненно важных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умений (группировка, кувырки; повороты в обе стороны; равновесие на каждой ноге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попеременно; прыжки толчком с двух ног вперёд, назад, с поворотом в обе стороны;</w:t>
      </w:r>
    </w:p>
    <w:p>
      <w:pPr>
        <w:autoSpaceDN w:val="0"/>
        <w:autoSpaceDE w:val="0"/>
        <w:widowControl/>
        <w:spacing w:line="230" w:lineRule="auto" w:before="23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осваивать способы игровой деятельности.</w:t>
      </w:r>
    </w:p>
    <w:p>
      <w:pPr>
        <w:sectPr>
          <w:pgSz w:w="11900" w:h="16840"/>
          <w:pgMar w:top="388" w:right="754" w:bottom="1440" w:left="1086" w:header="720" w:footer="720" w:gutter="0"/>
          <w:cols w:space="720" w:num="1" w:equalWidth="0"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116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6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890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Знания о физической культуре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116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Физическая культура: Гимнастика. Игры. Туризм. Спорт. Важность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регулярных занятий физической культурой в рамках учебной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внеурочной деятельности. Основные разделы урока. ГТО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6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05.09.2022</w:t>
            </w:r>
          </w:p>
        </w:tc>
        <w:tc>
          <w:tcPr>
            <w:tcW w:type="dxa" w:w="3890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необходимую информацию по темам: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Гимнастика. Игры. Туризм. Спорт;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511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поведения на уроках физической культуры. Общие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принципы выполнения физических упражнений. Гимнастический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шаг. Гимнастический (мягкий) бег. Основные хореографические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позиции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389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необходимую информацию по темам: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Гимнастика. Игры. Туризм. Спорт;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511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Место для занятий физическими упражнениями. Спортивное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оборудование и инвентарь. Одежда для занятий физическими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упражнениями. Техника безопасности при выполнении физических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упражнений, проведении игр и спортивных эстафет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389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Уметь составлять распорядок дня;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511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Распорядок дня. Личная гигиена. Основные правила личной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гигиены. Закаливание.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389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общие принципы выполнения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гимнастических упражнений;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</w:t>
            </w:r>
          </w:p>
        </w:tc>
        <w:tc>
          <w:tcPr>
            <w:tcW w:type="dxa" w:w="5116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Строевые команды, виды построения, расчёта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23.09.2022</w:t>
            </w:r>
          </w:p>
        </w:tc>
        <w:tc>
          <w:tcPr>
            <w:tcW w:type="dxa" w:w="389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и кратко характеризовать понятие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«Здоровый образ жизни»;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Понимать и формулировать задачи «ГТО»;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51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946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6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Способы физкультурной деятельности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116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Самостоятельные занятия общеразвивающими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здоровьеформирующими физическими упражнениями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30.09.2022</w:t>
            </w:r>
          </w:p>
        </w:tc>
        <w:tc>
          <w:tcPr>
            <w:tcW w:type="dxa" w:w="389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Называть основные правила личной гигиены.;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116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Самостоятельные развивающие подвижные игры и спортивные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эстафеты, строевые упражнения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389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Проводить общеразвивающие (музыкально-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сценические), ролевые подвижные игры и спортивные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эстафеты с элементами соревновательной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деятельности;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116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Самоконтроль. Строевые команды и построения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17.10.2022</w:t>
            </w:r>
          </w:p>
        </w:tc>
        <w:tc>
          <w:tcPr>
            <w:tcW w:type="dxa" w:w="389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рекомендации по дыханию и технике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физических упражнений;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50"/>
        </w:trPr>
        <w:tc>
          <w:tcPr>
            <w:tcW w:type="dxa" w:w="551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946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Физкультурно-оздоровительная деятельность</w:t>
            </w:r>
          </w:p>
        </w:tc>
      </w:tr>
      <w:tr>
        <w:trPr>
          <w:trHeight w:hRule="exact" w:val="109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11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Освоение упражнений основной гимнастики: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— для формирования и развития опорно-двигательного аппарата;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— для развития координации, моторики и жизненно важных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навыков и умений.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Контроль величины нагрузки и дыхания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20.01.2023</w:t>
            </w:r>
          </w:p>
        </w:tc>
        <w:tc>
          <w:tcPr>
            <w:tcW w:type="dxa" w:w="389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контролировать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дыхание во время выполнения гимнастических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упражнений;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544" w:left="666" w:header="720" w:footer="720" w:gutter="0"/>
          <w:cols w:space="720" w:num="1" w:equalWidth="0"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11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Игры и игровые задания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17.03.2023</w:t>
            </w:r>
          </w:p>
        </w:tc>
        <w:tc>
          <w:tcPr>
            <w:tcW w:type="dxa" w:w="389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Музыкально-сценические игры. Игровые задания.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Спортивные эстафеты с мячом, со скакалкой;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11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Организующие команды и приемы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05.04.2023</w:t>
            </w:r>
          </w:p>
        </w:tc>
        <w:tc>
          <w:tcPr>
            <w:tcW w:type="dxa" w:w="389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при выполнении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организующих команд: «Становись!», «Равняйсь!»,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«Смирно!», «Вольно!»,«Отставить!», «Разойдись», «По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порядку рассчитайсь!», «На первый—второй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рассчитайсь!», «На первый—третий рассчитайсь!»;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512"/>
            <w:gridSpan w:val="2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56</w:t>
            </w:r>
          </w:p>
        </w:tc>
        <w:tc>
          <w:tcPr>
            <w:tcW w:type="dxa" w:w="9462"/>
            <w:gridSpan w:val="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Спортивно-оздоровительная деятельность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11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Освоение физических упражнений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</w:t>
            </w:r>
          </w:p>
        </w:tc>
        <w:tc>
          <w:tcPr>
            <w:tcW w:type="dxa" w:w="86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29.05.2023</w:t>
            </w:r>
          </w:p>
        </w:tc>
        <w:tc>
          <w:tcPr>
            <w:tcW w:type="dxa" w:w="389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универсальных умений по самостоятельному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выполнению подводящих упражнений — продольных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поперечных шпагатов («ящерка»), группировка;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551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</w:t>
            </w:r>
          </w:p>
        </w:tc>
        <w:tc>
          <w:tcPr>
            <w:tcW w:type="dxa" w:w="946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551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99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358"/>
            <w:gridSpan w:val="5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93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96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00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 физической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культуры в школе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поведения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уроке физической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культуры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96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История Олимпийских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игр. Олимпийские игры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Место для занятий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физическими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упражнениями.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Спортивное оборудование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инвентарь. Одежда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занятий физическими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упражнениями.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Техника безопасности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выполнении физических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упражнений, проведении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 и спортивных эстафет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Физические упражнения: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исходные положения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2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Организующие команды: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«Стройся», «Смирно», «На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первый, второй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рассчитайсь», «Вольно»,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«Шагом марш», «На месте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стой, раз, два»,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«Равняйсь», «В две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шеренги становись»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организующих команд: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«Стройся», «Смирно», «На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первый, второй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рассчитайсь», «Вольно»,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«Шагом марш», «На месте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стой, раз, два»,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«Равняйсь», «В две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шеренги становись»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б щ и е п р и н ц и п 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ы п о л н е н и я г и м н 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 и ч е с к и х у п р а ж н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 и й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Исходные положения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физических упражнениях.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техники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общей разминки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контролем дыхания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разминки: приставные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шаги вперёд на полной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стопе (гимнастический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приставных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шагов вперёд на полной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стопе (гимнастический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шаг)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разминки: шаги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полупальцах и пятках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(«казачок»)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шагов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полупальцах и пятках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(«казачок»)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6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общей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разминки: шаги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полупальцах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выпрямленными коленями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в полуприседе («жир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шагов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продвижением вперёд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полупальцах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выпрямленными коленями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в полуприседе («жираф»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т р о е в ы е у п р а ж н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 и я: построение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перестрое н и е в о д н у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 в е ш е р е н г и с т о я н 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 е с т е.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Строевые упражнения: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повороты направо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налево.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Строевые упражнения: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построение и перестроение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одну и две шеренги стоя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месте. Строевые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упражнения: повороты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направо и на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Строевые упражнения: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передвижение в колонне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одному с равномерной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скоростью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Строевые упражнения: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передвижение в колонне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одному с равномерной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скоростью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Строевые упражнения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Размыкания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перестроения. Повороты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мес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1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Строевой шаг на месте 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движении.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Общеразвивающие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месте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(ОРУ)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Движение строевым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шагом. ОРУ в кругу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выполнения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общей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разминки.Перестроение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две шеренги. ОРУ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движени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Обобщающий урок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итогам обучения в 1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четверти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танцевальные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позиции у опоры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основных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танцевальных позиций 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опоры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"Веселю свою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игрушку":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передвижения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"Веселю свою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игрушку": 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организации и проведения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96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сценическаяигра "Танцуем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сказку".Спосбоы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передвижения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"Танцуем сказку".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организации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проведения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Передача мяча двумя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руками. Игра «Быстро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местам»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1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Передача мяча 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рукой. Челночный бег.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«Весёлые ребята»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Эстафеты с предметами.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Прыжки с места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Ведение мяча рукой. Игра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 своим флажкам».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Прыжки с места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Передачи мяча ногой.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 с предметами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Броски мяча в цель. Игра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«Два мороза». Прыжковые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«Змейка».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Челночный бег Передача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 двумя руками.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«Два мороза».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 с предметами.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тела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развития гибкости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позвоночника, упражнения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разогревания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(скручивания) мышц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спины («верёвочка»)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упражнения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укрепления мышц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спины и увеличения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эластичности («рыбка»)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укрепления мышц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спины и увеличения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эластичности («рыбка»)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гибкости позвоночника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плечевого пояса («мост»)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 положения лёжа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1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развития гибкости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позвоночника и плечевого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пояса («мост»)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положения лёжа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Партерная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разминка:упражнения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укрепления мышц ног,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увеличения подвижности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тазобедренных, коленных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голеностопных суставов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(«велосипед»).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Группировка, кувырок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сторону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группировки,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кувырка в сторону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Обобщающий урок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итогам 2 четверти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личнойгигиены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о м п л е к с у п р а ж н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 и й у т р е н н е й г и м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 с т и к 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 упражнений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утренней гимнастики: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гимнастической палк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комплекса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утренней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гимнастики 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8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со скакалкой: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вращение кистью руки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скакалки, сложенной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вчетверо, — перед собой,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сложенной вдвое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поочерёдно в лицевой,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боковой плоскост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 скакалкой: вращение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кистью руки скакалки,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сложенной вчетверо,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 собой, сложенной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вдвое — поочерёдно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лицевой, боковой плоско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Подскоки через скакалку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вперёд, назад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подскоков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скакалку впер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 через скакалку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вперёд, назад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прыжков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через скакалку вперёд,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наза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выполение упражнен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Гимнастические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упражнения: упражнения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гимнастическим мячом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гимнастической скакалкой.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Подвижные игры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скакалкой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Гимнастические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упражнения: упражнения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гимнастическим мячом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гимнастической скакалкой.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"Танцуем вместе".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Способы передвижения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 упражнений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предметами. Упражнения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мячом.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Музыкально​сценическая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"Танцуем вместе"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20.02.2023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Удержание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гимнастического мяча.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Баланс мяча на ладони,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передача мяча из руки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руку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удержания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гимнастического мяча.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Баланс мяча на ладони,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передача мяча из руки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руку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Одиночный отбив мяча 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пола. Переброска мяча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ладони на тыльную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сторону руки и обратно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одиночногой отбива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 пола, переброски мяча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ладони на тыльную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сторону руки и обратно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Перекат мяча по полу,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рукам. Эстафета "Передал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садись"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переката мяча по полу,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рукам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 р о с о к и л о в л я м я 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П е р е д а ч а м я ч а д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 м я р у к а м и о т г р у 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броска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ловли мяча. Передача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 снизу. Эстафеты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упражнений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мячом. Ведение мяча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Игровые задания с мячом.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Ведение мяча.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Обобщающий урок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итогам 3 четверт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20.03.2023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"Музыкальный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паровозик":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"Музыкальный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паровозик": 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организации и прове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 и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жизненно важных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умений. Равновесие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(«эшапе») — колено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вперёд попеременно каждо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упражнения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равновесие («эшапе»)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колено вперёд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попеременно каждой но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 и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жизненно важных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умений. Равновесие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(«арабеск») попеременно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каждой ног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координации и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жизненно важных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умений. Повороты в обе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стороны на 45°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296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Танцевальные шаги: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«полечка» 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танцевальных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шагов «полечка»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Танцевальные шаги: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«ковырялочка». Отработка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выполения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танцевальных шагов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«ковырялочка»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21.04.2023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Отработка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выполения танцевальных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шагов «ковырялочка»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техники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танцевальных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шагов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бег.</w:t>
            </w:r>
          </w:p>
          <w:p>
            <w:pPr>
              <w:autoSpaceDN w:val="0"/>
              <w:autoSpaceDE w:val="0"/>
              <w:widowControl/>
              <w:spacing w:line="278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Считалки для проведения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совместных подвижных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Челночный бег. Игры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совершенствование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бега,ходьбы.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в чередовании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ходьбой. Прыжки с места.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Прыжки со скакалкой.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 без предметов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Ходьба и бег. Различные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ходьбы. Бег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изменен направления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Равномерный бег до 6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минут. Прыжки со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скакалкой. Подвижная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«Зайцы в огороде».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Бег на 30 метров.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Челночный бег.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 на низкой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перекладине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Прыжки. Прыжок в длину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места. Подтягивание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высокой перекладине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15.05.2023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60 метров. Подвижная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"Заяц без домика".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теннисного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дальность. Подвижная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"Лапта"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Метание в вертикальную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цель. Подвижная игра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"Охотники и утки"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0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Игры на закрепление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совершенствование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развития скоростных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способностей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Музыкально-сценические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подвижные игры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выбору учащихся.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Обобщающий урок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итогам 1 класса.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Контрольные задания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0"/>
        </w:trPr>
        <w:tc>
          <w:tcPr>
            <w:tcW w:type="dxa" w:w="3470"/>
            <w:gridSpan w:val="2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4730"/>
            <w:gridSpan w:val="3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9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культура. Гимнастика (в 2 частях);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1-4 класс/Винер И.А.;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Горбулина Н.М.;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Цыганкова О.Д.; под редакцией Винер И.А.;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Акционерное общество «Издательство «Просвещение»; Физическая культура;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1-4 класс/Лях В.И.;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Акционерное общество «Издательство «Просвещение»; Физическая культура;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 класс/Матвеев А.П.;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Акционерное общество «Издательство «Просвещение»; Физическая культура;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1-2 класс/Петрова Т.В.;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Копылов Ю.А.;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Полянская Н.В. и другие;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с ограниченной ответственностью «Издательский центр ВЕНТАНА-ГРАФ»; Акционерное;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общество;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«Издательство 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1-2 класс/Погадаев Г.И.;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ООО «ДРОФА»; АО «Издательство Просвещение»; Физическая культура;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1-2 класс/Шишкина А.В.;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Алимпиева О.П.;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Брехов Л.В.;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Издательство;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«Академкнига/Учебник»;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 класс/Лисицкая Т.С.;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Новикова Л.А.;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ООО «ДРОФА»; АО «Издательство Просвещение».;;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8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культура, 1-4 класс/Лях В.И.,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Физическая культура, 1 класс/Матвеев А.П., Акционерное общество «Издательство «Просвещение»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6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Российская электронная школа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Раздел сайта корпорации «Российский учебник» «Начальное образование»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https://rosuchebnik.ru/metodicheskaja-pomosch/nachalnoe-obrazovanie/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«Открытый урок. Первое сентября» https://urok.1sept.ru/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«Начальная школа» http://www.nachalka.com/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Азбука в картинках http://bomoonlight.ru/azbuka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«Раскраски онлайн»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Детские игры | Раскраски онлайн (teremoc.ru) Детский портал «Солнышко» http://www.solnet.ee/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Детский онлайн-конкурс «Интернешка» http://interneshka.net/index.phtml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«Умники и умницы» http://www.umniki.ru/ eSchool Eschool.pro</w:t>
      </w:r>
    </w:p>
    <w:p>
      <w:pPr>
        <w:sectPr>
          <w:pgSz w:w="11900" w:h="16840"/>
          <w:pgMar w:top="298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Шахматы онлайн https://levico.ru/</w:t>
      </w:r>
    </w:p>
    <w:p>
      <w:pPr>
        <w:sectPr>
          <w:pgSz w:w="11900" w:h="16840"/>
          <w:pgMar w:top="316" w:right="1440" w:bottom="1440" w:left="666" w:header="720" w:footer="720" w:gutter="0"/>
          <w:cols w:space="720" w:num="1" w:equalWidth="0">
            <w:col w:w="979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Стадион, спортивный зал, мишени для метания, волейбольная сетка, Баскетбольный щит, Разметка</w:t>
      </w:r>
    </w:p>
    <w:p>
      <w:pPr>
        <w:autoSpaceDN w:val="0"/>
        <w:autoSpaceDE w:val="0"/>
        <w:widowControl/>
        <w:spacing w:line="302" w:lineRule="auto" w:before="262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Спортивный инвентарь: Свисток, секундомер, линейка, эстафетные палочки, мячи, кубики, кольца.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979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059" w:space="0"/>
            <w:col w:w="10524" w:space="0"/>
            <w:col w:w="10528" w:space="0"/>
            <w:col w:w="10568" w:space="0"/>
            <w:col w:w="10576" w:space="0"/>
            <w:col w:w="10584" w:space="0"/>
            <w:col w:w="10078" w:space="0"/>
            <w:col w:w="10596" w:space="0"/>
            <w:col w:w="10402" w:space="0"/>
            <w:col w:w="10522" w:space="0"/>
            <w:col w:w="10566" w:space="0"/>
            <w:col w:w="10554" w:space="0"/>
            <w:col w:w="10568" w:space="0"/>
            <w:col w:w="10568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979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059" w:space="0"/>
        <w:col w:w="10524" w:space="0"/>
        <w:col w:w="10528" w:space="0"/>
        <w:col w:w="10568" w:space="0"/>
        <w:col w:w="10576" w:space="0"/>
        <w:col w:w="10584" w:space="0"/>
        <w:col w:w="10078" w:space="0"/>
        <w:col w:w="10596" w:space="0"/>
        <w:col w:w="10402" w:space="0"/>
        <w:col w:w="10522" w:space="0"/>
        <w:col w:w="10566" w:space="0"/>
        <w:col w:w="10554" w:space="0"/>
        <w:col w:w="10568" w:space="0"/>
        <w:col w:w="10568" w:space="0"/>
        <w:col w:w="10600" w:space="0"/>
        <w:col w:w="9684" w:space="0"/>
        <w:col w:w="6040" w:space="0"/>
        <w:col w:w="3644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