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792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МИНИСТЕРСТВО ПРОСВЕЩЕНИЯ РОССИЙСКОЙ ФЕДЕРАЦИИ</w:t>
      </w:r>
    </w:p>
    <w:p>
      <w:pPr>
        <w:autoSpaceDN w:val="0"/>
        <w:autoSpaceDE w:val="0"/>
        <w:widowControl/>
        <w:spacing w:line="230" w:lineRule="auto" w:before="670" w:after="0"/>
        <w:ind w:left="1638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Министерство образования и науки Республики Дагестан</w:t>
      </w:r>
    </w:p>
    <w:p>
      <w:pPr>
        <w:autoSpaceDN w:val="0"/>
        <w:autoSpaceDE w:val="0"/>
        <w:widowControl/>
        <w:spacing w:line="230" w:lineRule="auto" w:before="670" w:after="0"/>
        <w:ind w:left="0" w:right="4112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Акушинский район</w:t>
      </w:r>
    </w:p>
    <w:p>
      <w:pPr>
        <w:autoSpaceDN w:val="0"/>
        <w:autoSpaceDE w:val="0"/>
        <w:widowControl/>
        <w:spacing w:line="230" w:lineRule="auto" w:before="670" w:after="1436"/>
        <w:ind w:left="0" w:right="3306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МКОУ "Аметеркмахинская СОШ"</w:t>
      </w:r>
    </w:p>
    <w:p>
      <w:pPr>
        <w:sectPr>
          <w:pgSz w:w="11900" w:h="16840"/>
          <w:pgMar w:top="298" w:right="776" w:bottom="398" w:left="1440" w:header="720" w:footer="720" w:gutter="0"/>
          <w:cols w:space="720" w:num="1" w:equalWidth="0">
            <w:col w:w="9684" w:space="0"/>
          </w:cols>
          <w:docGrid w:linePitch="360"/>
        </w:sectPr>
      </w:pPr>
    </w:p>
    <w:p>
      <w:pPr>
        <w:autoSpaceDN w:val="0"/>
        <w:autoSpaceDE w:val="0"/>
        <w:widowControl/>
        <w:spacing w:line="245" w:lineRule="auto" w:before="0" w:after="0"/>
        <w:ind w:left="2816" w:right="432" w:firstLine="0"/>
        <w:jc w:val="left"/>
      </w:pPr>
      <w:r>
        <w:rPr>
          <w:w w:val="102.02845573425292"/>
          <w:rFonts w:ascii="Times New Roman" w:hAnsi="Times New Roman" w:eastAsia="Times New Roman"/>
          <w:b w:val="0"/>
          <w:i w:val="0"/>
          <w:color w:val="000000"/>
          <w:sz w:val="20"/>
        </w:rPr>
        <w:t xml:space="preserve">СОГЛАСОВАНО </w:t>
      </w:r>
      <w:r>
        <w:br/>
      </w:r>
      <w:r>
        <w:rPr>
          <w:w w:val="102.02845573425292"/>
          <w:rFonts w:ascii="Times New Roman" w:hAnsi="Times New Roman" w:eastAsia="Times New Roman"/>
          <w:b w:val="0"/>
          <w:i w:val="0"/>
          <w:color w:val="000000"/>
          <w:sz w:val="20"/>
        </w:rPr>
        <w:t>Заместитель директора по УВР</w:t>
      </w:r>
    </w:p>
    <w:p>
      <w:pPr>
        <w:autoSpaceDN w:val="0"/>
        <w:autoSpaceDE w:val="0"/>
        <w:widowControl/>
        <w:spacing w:line="230" w:lineRule="auto" w:before="182" w:after="0"/>
        <w:ind w:left="0" w:right="292" w:firstLine="0"/>
        <w:jc w:val="right"/>
      </w:pPr>
      <w:r>
        <w:rPr>
          <w:w w:val="102.02845573425292"/>
          <w:rFonts w:ascii="Times New Roman" w:hAnsi="Times New Roman" w:eastAsia="Times New Roman"/>
          <w:b w:val="0"/>
          <w:i w:val="0"/>
          <w:color w:val="000000"/>
          <w:sz w:val="20"/>
        </w:rPr>
        <w:t>______________Магомедова Э.И.</w:t>
      </w:r>
    </w:p>
    <w:p>
      <w:pPr>
        <w:sectPr>
          <w:type w:val="continuous"/>
          <w:pgSz w:w="11900" w:h="16840"/>
          <w:pgMar w:top="298" w:right="776" w:bottom="398" w:left="1440" w:header="720" w:footer="720" w:gutter="0"/>
          <w:cols w:space="720" w:num="2" w:equalWidth="0">
            <w:col w:w="6040" w:space="0"/>
            <w:col w:w="3644" w:space="0"/>
            <w:col w:w="9684" w:space="0"/>
          </w:cols>
          <w:docGrid w:linePitch="360"/>
        </w:sectPr>
      </w:pPr>
    </w:p>
    <w:p>
      <w:pPr>
        <w:autoSpaceDN w:val="0"/>
        <w:autoSpaceDE w:val="0"/>
        <w:widowControl/>
        <w:spacing w:line="245" w:lineRule="auto" w:before="0" w:after="0"/>
        <w:ind w:left="292" w:right="1872" w:firstLine="0"/>
        <w:jc w:val="left"/>
      </w:pPr>
      <w:r>
        <w:rPr>
          <w:w w:val="102.02845573425292"/>
          <w:rFonts w:ascii="Times New Roman" w:hAnsi="Times New Roman" w:eastAsia="Times New Roman"/>
          <w:b w:val="0"/>
          <w:i w:val="0"/>
          <w:color w:val="000000"/>
          <w:sz w:val="20"/>
        </w:rPr>
        <w:t xml:space="preserve">УТВЕРЖДЕНО </w:t>
      </w:r>
      <w:r>
        <w:br/>
      </w:r>
      <w:r>
        <w:rPr>
          <w:w w:val="102.02845573425292"/>
          <w:rFonts w:ascii="Times New Roman" w:hAnsi="Times New Roman" w:eastAsia="Times New Roman"/>
          <w:b w:val="0"/>
          <w:i w:val="0"/>
          <w:color w:val="000000"/>
          <w:sz w:val="20"/>
        </w:rPr>
        <w:t>Врио директора</w:t>
      </w:r>
    </w:p>
    <w:p>
      <w:pPr>
        <w:autoSpaceDN w:val="0"/>
        <w:autoSpaceDE w:val="0"/>
        <w:widowControl/>
        <w:spacing w:line="230" w:lineRule="auto" w:before="182" w:after="182"/>
        <w:ind w:left="292" w:right="0" w:firstLine="0"/>
        <w:jc w:val="left"/>
      </w:pPr>
      <w:r>
        <w:rPr>
          <w:w w:val="102.02845573425292"/>
          <w:rFonts w:ascii="Times New Roman" w:hAnsi="Times New Roman" w:eastAsia="Times New Roman"/>
          <w:b w:val="0"/>
          <w:i w:val="0"/>
          <w:color w:val="000000"/>
          <w:sz w:val="20"/>
        </w:rPr>
        <w:t>______________Магомеданваров А.К.</w:t>
      </w:r>
    </w:p>
    <w:p>
      <w:pPr>
        <w:sectPr>
          <w:type w:val="nextColumn"/>
          <w:pgSz w:w="11900" w:h="16840"/>
          <w:pgMar w:top="298" w:right="776" w:bottom="398" w:left="1440" w:header="720" w:footer="720" w:gutter="0"/>
          <w:cols w:space="720" w:num="2" w:equalWidth="0">
            <w:col w:w="6040" w:space="0"/>
            <w:col w:w="3644" w:space="0"/>
            <w:col w:w="9684" w:space="0"/>
          </w:cols>
          <w:docGrid w:linePitch="360"/>
        </w:sectPr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1400.0" w:type="dxa"/>
      </w:tblPr>
      <w:tblGrid>
        <w:gridCol w:w="4842"/>
        <w:gridCol w:w="4842"/>
      </w:tblGrid>
      <w:tr>
        <w:trPr>
          <w:trHeight w:hRule="exact" w:val="490"/>
        </w:trPr>
        <w:tc>
          <w:tcPr>
            <w:tcW w:type="dxa" w:w="394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0" w:after="0"/>
              <w:ind w:left="1416" w:right="864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 xml:space="preserve">Протокол №1 </w:t>
            </w:r>
            <w:r>
              <w:br/>
            </w: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от "29" 07  2022 г.</w:t>
            </w:r>
          </w:p>
        </w:tc>
        <w:tc>
          <w:tcPr>
            <w:tcW w:type="dxa" w:w="342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0" w:after="0"/>
              <w:ind w:left="992" w:right="864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 xml:space="preserve">Приказ №1 </w:t>
            </w:r>
            <w:r>
              <w:br/>
            </w: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от "29" 07 2022 г.</w:t>
            </w:r>
          </w:p>
        </w:tc>
      </w:tr>
    </w:tbl>
    <w:p>
      <w:pPr>
        <w:autoSpaceDN w:val="0"/>
        <w:autoSpaceDE w:val="0"/>
        <w:widowControl/>
        <w:spacing w:line="262" w:lineRule="auto" w:before="978" w:after="0"/>
        <w:ind w:left="3024" w:right="3600" w:firstLine="0"/>
        <w:jc w:val="center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РАБОЧАЯ ПРОГРАММА </w:t>
      </w:r>
      <w:r>
        <w:br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(ID 2302758)</w:t>
      </w:r>
    </w:p>
    <w:p>
      <w:pPr>
        <w:autoSpaceDN w:val="0"/>
        <w:autoSpaceDE w:val="0"/>
        <w:widowControl/>
        <w:spacing w:line="262" w:lineRule="auto" w:before="166" w:after="0"/>
        <w:ind w:left="3600" w:right="4032" w:firstLine="0"/>
        <w:jc w:val="center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учебного предмета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«Математика»</w:t>
      </w:r>
    </w:p>
    <w:p>
      <w:pPr>
        <w:autoSpaceDN w:val="0"/>
        <w:autoSpaceDE w:val="0"/>
        <w:widowControl/>
        <w:spacing w:line="262" w:lineRule="auto" w:before="670" w:after="0"/>
        <w:ind w:left="2160" w:right="2736" w:firstLine="0"/>
        <w:jc w:val="center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для 1 класса начального общего образования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на 2022-2023  учебный год</w:t>
      </w:r>
    </w:p>
    <w:p>
      <w:pPr>
        <w:autoSpaceDN w:val="0"/>
        <w:autoSpaceDE w:val="0"/>
        <w:widowControl/>
        <w:spacing w:line="262" w:lineRule="auto" w:before="2112" w:after="0"/>
        <w:ind w:left="6680" w:right="0" w:hanging="3144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Составитель: Магомеданварова Кусум Магомедкамиловна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Учитель начальных классов</w:t>
      </w:r>
    </w:p>
    <w:p>
      <w:pPr>
        <w:autoSpaceDN w:val="0"/>
        <w:autoSpaceDE w:val="0"/>
        <w:widowControl/>
        <w:spacing w:line="230" w:lineRule="auto" w:before="2830" w:after="0"/>
        <w:ind w:left="0" w:right="3892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село Аметеркмахи 2022</w:t>
      </w:r>
    </w:p>
    <w:p>
      <w:pPr>
        <w:sectPr>
          <w:type w:val="continuous"/>
          <w:pgSz w:w="11900" w:h="16840"/>
          <w:pgMar w:top="298" w:right="776" w:bottom="398" w:left="1440" w:header="720" w:footer="720" w:gutter="0"/>
          <w:cols w:space="720" w:num="1" w:equalWidth="0">
            <w:col w:w="9684" w:space="0"/>
            <w:col w:w="6040" w:space="0"/>
            <w:col w:w="3644" w:space="0"/>
            <w:col w:w="9684" w:space="0"/>
          </w:cols>
          <w:docGrid w:linePitch="360"/>
        </w:sectPr>
      </w:pPr>
    </w:p>
    <w:p>
      <w:pPr>
        <w:sectPr>
          <w:pgSz w:w="11900" w:h="16840"/>
          <w:pgMar w:top="1440" w:right="1440" w:bottom="1440" w:left="1440" w:header="720" w:footer="720" w:gutter="0"/>
          <w:cols w:space="720" w:num="1" w:equalWidth="0">
            <w:col w:w="9684" w:space="0"/>
            <w:col w:w="6040" w:space="0"/>
            <w:col w:w="3644" w:space="0"/>
            <w:col w:w="96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ПОЯСНИТЕЛЬНАЯ ЗАПИСКА</w:t>
      </w:r>
    </w:p>
    <w:p>
      <w:pPr>
        <w:autoSpaceDN w:val="0"/>
        <w:autoSpaceDE w:val="0"/>
        <w:widowControl/>
        <w:spacing w:line="276" w:lineRule="auto" w:before="346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Рабочая программа по предмету «Математика» для обучающихся 1 класса составлена на основе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Требований к результатам освоения основной образовательной программы начального общего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образования, представленных в Федеральном государственном образовательном стандарте начального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общего образования, а также Примерной программы воспитания.</w:t>
      </w:r>
    </w:p>
    <w:p>
      <w:pPr>
        <w:autoSpaceDN w:val="0"/>
        <w:autoSpaceDE w:val="0"/>
        <w:widowControl/>
        <w:spacing w:line="230" w:lineRule="auto" w:before="19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 начальной школе изучение математики имеет особое значение в развитии младшего школьника.</w:t>
      </w:r>
    </w:p>
    <w:p>
      <w:pPr>
        <w:autoSpaceDN w:val="0"/>
        <w:autoSpaceDE w:val="0"/>
        <w:widowControl/>
        <w:spacing w:line="271" w:lineRule="auto" w:before="70" w:after="0"/>
        <w:ind w:left="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Приобретённые им знания, опыт выполнения предметных и универсальных действий на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математическом материале, первоначальное овладение математическим языком станут фундаментом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обучения в основном звене школы, а также будут востребованы в жизни.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192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Изучение математики в начальной школе направлено на достижение следующих образовательных,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развивающих целей, а также целей воспитания:</w:t>
      </w:r>
    </w:p>
    <w:p>
      <w:pPr>
        <w:autoSpaceDN w:val="0"/>
        <w:autoSpaceDE w:val="0"/>
        <w:widowControl/>
        <w:spacing w:line="276" w:lineRule="auto" w:before="178" w:after="0"/>
        <w:ind w:left="420" w:right="28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Освоение начальных математических знаний - понимание значения величин и способов их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измерения; использование арифметических способов для разрешения сюжетных ситуаций;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формирование умения решать учебные и практические задачи средствами математики; работа с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алгоритмами выполнения арифметических действий. </w:t>
      </w:r>
    </w:p>
    <w:p>
      <w:pPr>
        <w:autoSpaceDN w:val="0"/>
        <w:autoSpaceDE w:val="0"/>
        <w:widowControl/>
        <w:spacing w:line="281" w:lineRule="auto" w:before="190" w:after="0"/>
        <w:ind w:left="42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Формирование функциональной математической грамотности младшего школьника, которая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характеризуется наличием у него опыта решения учебно-познавательных и учебно-практических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задач, построенных на понимании и применении математических отношений («часть-целое»,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«больше-меньше», «равно-неравно», «порядок»), смысла арифметических действий,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зависимостей (работа, движение, продолжительность события). </w:t>
      </w:r>
    </w:p>
    <w:p>
      <w:pPr>
        <w:autoSpaceDN w:val="0"/>
        <w:autoSpaceDE w:val="0"/>
        <w:widowControl/>
        <w:spacing w:line="281" w:lineRule="auto" w:before="190" w:after="0"/>
        <w:ind w:left="42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Обеспечение математического развития младшего школьника - формирование способности к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интеллектуальной деятельности, пространственного воображения, математической речи; умение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строить рассуждения, выбирать аргументацию,  различать верные (истинные) и неверные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(ложные) утверждения, вести поиск информации (примеров, оснований для упорядочения,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вариантов и др.). </w:t>
      </w:r>
    </w:p>
    <w:p>
      <w:pPr>
        <w:autoSpaceDN w:val="0"/>
        <w:autoSpaceDE w:val="0"/>
        <w:widowControl/>
        <w:spacing w:line="281" w:lineRule="auto" w:before="190" w:after="0"/>
        <w:ind w:left="42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Становление учебно-познавательных мотивов и интереса к изучению математики и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умственному труду; важнейших качеств интеллектуальной деятельности: теоретического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пространственного мышления, воображения, математической речи, ориентировки в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математических терминах и понятиях; прочных  навыков использования математических знаний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 повседневной жизни.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300" w:after="0"/>
        <w:ind w:left="0" w:right="72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основе конструирования содержания и отбора планируемых результатов лежат следующие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ценности математики, коррелирующие со становлением личности младшего школьника:</w:t>
      </w:r>
    </w:p>
    <w:p>
      <w:pPr>
        <w:autoSpaceDN w:val="0"/>
        <w:autoSpaceDE w:val="0"/>
        <w:widowControl/>
        <w:spacing w:line="276" w:lineRule="auto" w:before="178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понимание математических отношений выступает средством познания закономерностей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 существования   окружающего мира, фактов, процессов  и  явлений,  происходящих  в  природе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обществе (хронология событий, протяжённость по времени, образование целого из частей,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изменение формы, размера и т.д.); </w:t>
      </w:r>
    </w:p>
    <w:p>
      <w:pPr>
        <w:autoSpaceDN w:val="0"/>
        <w:autoSpaceDE w:val="0"/>
        <w:widowControl/>
        <w:spacing w:line="271" w:lineRule="auto" w:before="190" w:after="0"/>
        <w:ind w:left="420" w:right="72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математические представления о числах, величинах, геометрических фигурах являются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условием целостного восприятия творений природы и человека (памятники архитектуры,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сокровища искусства и культуры, объекты природы); </w:t>
      </w:r>
    </w:p>
    <w:p>
      <w:pPr>
        <w:autoSpaceDN w:val="0"/>
        <w:autoSpaceDE w:val="0"/>
        <w:widowControl/>
        <w:spacing w:line="271" w:lineRule="auto" w:before="19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владение математическим языком, элементами алгоритмического мышления позволяет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ученику совершенствовать коммуникативную деятельность (аргументировать свою точку зрения,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строить логические цепочки рассуждений; опровергать или подтверждать истинность</w:t>
      </w:r>
    </w:p>
    <w:p>
      <w:pPr>
        <w:sectPr>
          <w:pgSz w:w="11900" w:h="16840"/>
          <w:pgMar w:top="298" w:right="634" w:bottom="320" w:left="666" w:header="720" w:footer="720" w:gutter="0"/>
          <w:cols w:space="720" w:num="1" w:equalWidth="0">
            <w:col w:w="10600" w:space="0"/>
            <w:col w:w="9684" w:space="0"/>
            <w:col w:w="6040" w:space="0"/>
            <w:col w:w="3644" w:space="0"/>
            <w:col w:w="96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предположения).</w:t>
      </w:r>
    </w:p>
    <w:p>
      <w:pPr>
        <w:autoSpaceDN w:val="0"/>
        <w:autoSpaceDE w:val="0"/>
        <w:widowControl/>
        <w:spacing w:line="281" w:lineRule="auto" w:before="178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Младшие школьники проявляют интерес к математической сущности предметов и явлений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окружающей жизни - возможности их измерить, определить величину, форму, выявить зависимости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  закономерности  их  расположения  во  времени  и в пространстве. Осознанию младшим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школьником многих математических явлений помогает его тяга к моделированию, что облегчает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освоение общего способа решения учебной задачи, а также работу с разными средствами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информации, в том числе и графическими (таблица, диаграмма, схема).</w:t>
      </w:r>
    </w:p>
    <w:p>
      <w:pPr>
        <w:autoSpaceDN w:val="0"/>
        <w:autoSpaceDE w:val="0"/>
        <w:widowControl/>
        <w:spacing w:line="286" w:lineRule="auto" w:before="70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начальной школе математические знания и умения применяются школьником при изучении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других учебных предметов (количественные и пространственные характеристики, оценки, расчёты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прикидка, использование графических форм представления информации). Приобретённые учеником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умения строить алгоритмы, выбирать рациональные способы устных и письменных арифметических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вычислений, приёмы проверки правильности выполнения действий, а также различение, называние,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изображение геометрических фигур, нахождение геометрических величин (длина, периметр,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площадь) становятся показателями сформированной функциональной грамотности младшего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школьника и предпосылкой успешного дальнейшего обучения в основном звене школы.</w:t>
      </w:r>
    </w:p>
    <w:p>
      <w:pPr>
        <w:autoSpaceDN w:val="0"/>
        <w:autoSpaceDE w:val="0"/>
        <w:widowControl/>
        <w:spacing w:line="230" w:lineRule="auto" w:before="19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На изучение математики в 1 классе отводится 4 часа в неделю, всего 132 часа.</w:t>
      </w:r>
    </w:p>
    <w:p>
      <w:pPr>
        <w:sectPr>
          <w:pgSz w:w="11900" w:h="16840"/>
          <w:pgMar w:top="286" w:right="828" w:bottom="1440" w:left="666" w:header="720" w:footer="720" w:gutter="0"/>
          <w:cols w:space="720" w:num="1" w:equalWidth="0">
            <w:col w:w="10406" w:space="0"/>
            <w:col w:w="10600" w:space="0"/>
            <w:col w:w="9684" w:space="0"/>
            <w:col w:w="6040" w:space="0"/>
            <w:col w:w="3644" w:space="0"/>
            <w:col w:w="96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СОДЕРЖАНИЕ УЧЕБНОГО ПРЕДМЕТА </w:t>
      </w:r>
    </w:p>
    <w:p>
      <w:pPr>
        <w:autoSpaceDN w:val="0"/>
        <w:autoSpaceDE w:val="0"/>
        <w:widowControl/>
        <w:spacing w:line="271" w:lineRule="auto" w:before="346" w:after="0"/>
        <w:ind w:left="0" w:right="144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Основное содержание обучения в программе представлено разделами: «Числа и величины»,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«Арифметические действия», «Текстовые задачи», «Пространственные отношения и геометрические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фигуры», «Математическая информация».</w:t>
      </w:r>
    </w:p>
    <w:p>
      <w:pPr>
        <w:autoSpaceDN w:val="0"/>
        <w:tabs>
          <w:tab w:pos="180" w:val="left"/>
        </w:tabs>
        <w:autoSpaceDE w:val="0"/>
        <w:widowControl/>
        <w:spacing w:line="271" w:lineRule="auto" w:before="190" w:after="0"/>
        <w:ind w:left="0" w:right="720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Числа и величины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Числа от 1 до 9: различение, чтение, запись. Единица счёта. Десяток. Счёт предметов, запись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результата цифрами. Число и цифра 0 при измерении, вычислении.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432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Числа в пределах 20: чтение, запись, сравнение.  Однозначные и двузначные числа. Увеличение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(уменьшение) числа на несколько единиц.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2" w:after="0"/>
        <w:ind w:left="0" w:right="432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Длина и её измерение. Единицы длины: сантиметр, дециметр; установление соотношения между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ними.</w:t>
      </w:r>
    </w:p>
    <w:p>
      <w:pPr>
        <w:autoSpaceDN w:val="0"/>
        <w:tabs>
          <w:tab w:pos="180" w:val="left"/>
        </w:tabs>
        <w:autoSpaceDE w:val="0"/>
        <w:widowControl/>
        <w:spacing w:line="271" w:lineRule="auto" w:before="19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Арифметические действия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Сложение и вычитание чисел в пределах 20. Названия компонентов действий, результатов действий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сложения, вычитания. Вычитание как действие, обратное сложению.</w:t>
      </w:r>
    </w:p>
    <w:p>
      <w:pPr>
        <w:autoSpaceDN w:val="0"/>
        <w:tabs>
          <w:tab w:pos="180" w:val="left"/>
        </w:tabs>
        <w:autoSpaceDE w:val="0"/>
        <w:widowControl/>
        <w:spacing w:line="271" w:lineRule="auto" w:before="190" w:after="0"/>
        <w:ind w:left="0" w:right="288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Текстовые задачи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Текстовая задача: структурные элементы, составление текстовой задачи по образцу. Зависимость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между данными и искомой величиной в текстовой задаче. Решение задач в одно действие.</w:t>
      </w:r>
    </w:p>
    <w:p>
      <w:pPr>
        <w:autoSpaceDN w:val="0"/>
        <w:tabs>
          <w:tab w:pos="180" w:val="left"/>
        </w:tabs>
        <w:autoSpaceDE w:val="0"/>
        <w:widowControl/>
        <w:spacing w:line="271" w:lineRule="auto" w:before="190" w:after="0"/>
        <w:ind w:left="0" w:right="576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Пространственные отношения и геометрические фигуры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Расположение предметов и объектов на плоскости, в пространстве: слева/справа, сверху/снизу,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между; установление пространственных отношений.</w:t>
      </w:r>
    </w:p>
    <w:p>
      <w:pPr>
        <w:autoSpaceDN w:val="0"/>
        <w:autoSpaceDE w:val="0"/>
        <w:widowControl/>
        <w:spacing w:line="271" w:lineRule="auto" w:before="70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Геометрические фигуры: распознавание круга, треугольника, прямоугольника, отрезка. Построение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отрезка, квадрата, треугольника с помощью линейки на листе в клетку; измерение длины отрезка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сантиметрах.</w:t>
      </w:r>
    </w:p>
    <w:p>
      <w:pPr>
        <w:autoSpaceDN w:val="0"/>
        <w:tabs>
          <w:tab w:pos="180" w:val="left"/>
        </w:tabs>
        <w:autoSpaceDE w:val="0"/>
        <w:widowControl/>
        <w:spacing w:line="271" w:lineRule="auto" w:before="19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Математическая информация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Сбор данных об объекте по образцу. Характеристики объекта, группы объектов (количество, форма,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размер). Группировка объектов по заданному признаку.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Закономерность в ряду заданных объектов: её обнаружение, продолжение ряда.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576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Верные (истинные) и неверные (ложные) предложения, составленные относительно заданного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набора математических объектов.</w:t>
      </w:r>
    </w:p>
    <w:p>
      <w:pPr>
        <w:autoSpaceDN w:val="0"/>
        <w:autoSpaceDE w:val="0"/>
        <w:widowControl/>
        <w:spacing w:line="271" w:lineRule="auto" w:before="72" w:after="0"/>
        <w:ind w:left="0" w:right="144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Чтение таблицы (содержащей не более 4-х данных); извлечение данного из строки, столбца;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внесение одного-двух данных в таблицу. Чтение рисунка, схемы с одним-двумя числовыми данными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(значениями данных величин).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72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Двух-трёхшаговые инструкции, связанные с вычислением, измерением длины, изображением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геометрической фигуры.</w:t>
      </w:r>
    </w:p>
    <w:p>
      <w:pPr>
        <w:autoSpaceDN w:val="0"/>
        <w:autoSpaceDE w:val="0"/>
        <w:widowControl/>
        <w:spacing w:line="230" w:lineRule="auto" w:before="190" w:after="0"/>
        <w:ind w:left="18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Универсальные учебные действия (пропедевтический уровень)</w:t>
      </w:r>
    </w:p>
    <w:p>
      <w:pPr>
        <w:autoSpaceDN w:val="0"/>
        <w:autoSpaceDE w:val="0"/>
        <w:widowControl/>
        <w:spacing w:line="230" w:lineRule="auto" w:before="19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/>
          <w:color w:val="000000"/>
          <w:sz w:val="24"/>
        </w:rPr>
        <w:t>Универсальные познавательные учебные действия:</w:t>
      </w:r>
    </w:p>
    <w:p>
      <w:pPr>
        <w:autoSpaceDN w:val="0"/>
        <w:autoSpaceDE w:val="0"/>
        <w:widowControl/>
        <w:spacing w:line="230" w:lineRule="auto" w:before="178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наблюдать математические объекты (числа, величины) в окружающем мире; </w:t>
      </w:r>
    </w:p>
    <w:p>
      <w:pPr>
        <w:autoSpaceDN w:val="0"/>
        <w:autoSpaceDE w:val="0"/>
        <w:widowControl/>
        <w:spacing w:line="230" w:lineRule="auto" w:before="19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обнаруживать общее и различное в записи арифметических действий; </w:t>
      </w:r>
    </w:p>
    <w:p>
      <w:pPr>
        <w:autoSpaceDN w:val="0"/>
        <w:autoSpaceDE w:val="0"/>
        <w:widowControl/>
        <w:spacing w:line="230" w:lineRule="auto" w:before="19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понимать назначение и необходимость использования величин в жизни; </w:t>
      </w:r>
    </w:p>
    <w:p>
      <w:pPr>
        <w:autoSpaceDN w:val="0"/>
        <w:autoSpaceDE w:val="0"/>
        <w:widowControl/>
        <w:spacing w:line="230" w:lineRule="auto" w:before="19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наблюдать действие измерительных приборов; </w:t>
      </w:r>
    </w:p>
    <w:p>
      <w:pPr>
        <w:autoSpaceDN w:val="0"/>
        <w:autoSpaceDE w:val="0"/>
        <w:widowControl/>
        <w:spacing w:line="230" w:lineRule="auto" w:before="19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сравнивать два объекта, два числа; распределять объекты на группы по заданному</w:t>
      </w:r>
    </w:p>
    <w:p>
      <w:pPr>
        <w:sectPr>
          <w:pgSz w:w="11900" w:h="16840"/>
          <w:pgMar w:top="298" w:right="650" w:bottom="416" w:left="666" w:header="720" w:footer="720" w:gutter="0"/>
          <w:cols w:space="720" w:num="1" w:equalWidth="0">
            <w:col w:w="10584" w:space="0"/>
            <w:col w:w="10406" w:space="0"/>
            <w:col w:w="10600" w:space="0"/>
            <w:col w:w="9684" w:space="0"/>
            <w:col w:w="6040" w:space="0"/>
            <w:col w:w="3644" w:space="0"/>
            <w:col w:w="96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p>
      <w:pPr>
        <w:autoSpaceDN w:val="0"/>
        <w:autoSpaceDE w:val="0"/>
        <w:widowControl/>
        <w:spacing w:line="329" w:lineRule="auto" w:before="0" w:after="0"/>
        <w:ind w:left="240" w:right="72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основанию;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копировать изученные фигуры, рисовать от руки по собственному замыслу; приводить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примеры чисел, геометрических фигур;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вести порядковый и количественный счет (соблюдать последовательность).</w:t>
      </w:r>
    </w:p>
    <w:p>
      <w:pPr>
        <w:autoSpaceDN w:val="0"/>
        <w:autoSpaceDE w:val="0"/>
        <w:widowControl/>
        <w:spacing w:line="326" w:lineRule="auto" w:before="178" w:after="0"/>
        <w:ind w:left="240" w:right="0" w:hanging="240"/>
        <w:jc w:val="left"/>
      </w:pPr>
      <w:r>
        <w:rPr>
          <w:rFonts w:ascii="Times New Roman" w:hAnsi="Times New Roman" w:eastAsia="Times New Roman"/>
          <w:b w:val="0"/>
          <w:i/>
          <w:color w:val="000000"/>
          <w:sz w:val="24"/>
        </w:rPr>
        <w:t>Работа с информацией: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понимать, что математические явления могут быть представлены с помощью разных средств: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текст, числовая запись, таблица, рисунок, схема;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читать таблицу, извлекать информацию, представленную в табличной форме.</w:t>
      </w:r>
    </w:p>
    <w:p>
      <w:pPr>
        <w:autoSpaceDN w:val="0"/>
        <w:autoSpaceDE w:val="0"/>
        <w:widowControl/>
        <w:spacing w:line="336" w:lineRule="auto" w:before="180" w:after="0"/>
        <w:ind w:left="240" w:right="288" w:hanging="240"/>
        <w:jc w:val="left"/>
      </w:pPr>
      <w:r>
        <w:rPr>
          <w:rFonts w:ascii="Times New Roman" w:hAnsi="Times New Roman" w:eastAsia="Times New Roman"/>
          <w:b w:val="0"/>
          <w:i/>
          <w:color w:val="000000"/>
          <w:sz w:val="24"/>
        </w:rPr>
        <w:t>Универсальные коммуникативные учебные действия: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характеризовать (описывать) число, геометрическую фигуру, последовательность из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нескольких чисел, записанных по порядку;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комментировать ход сравнения двух объектов; описывать своими словами сюжетную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ситуацию и математическое отношение, представленное в задаче;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описывать положение предмета в пространстве различать и использовать математические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знаки;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строить предложения относительно заданного набора объектов.</w:t>
      </w:r>
    </w:p>
    <w:p>
      <w:pPr>
        <w:autoSpaceDN w:val="0"/>
        <w:autoSpaceDE w:val="0"/>
        <w:widowControl/>
        <w:spacing w:line="350" w:lineRule="auto" w:before="178" w:after="0"/>
        <w:ind w:left="240" w:right="576" w:hanging="240"/>
        <w:jc w:val="left"/>
      </w:pPr>
      <w:r>
        <w:rPr>
          <w:rFonts w:ascii="Times New Roman" w:hAnsi="Times New Roman" w:eastAsia="Times New Roman"/>
          <w:b w:val="0"/>
          <w:i/>
          <w:color w:val="000000"/>
          <w:sz w:val="24"/>
        </w:rPr>
        <w:t>Универсальные регулятивные учебные действия: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принимать учебную задачу, удерживать её в процессе деятельности;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действовать в соответствии с предложенным образцом, инструкцией;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проявлять интерес к проверке результатов решения учебной задачи, с помощью учителя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устанавливать причину возникшей ошибки и трудности;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проверять правильность вычисления с помощью другого приёма выполнения действия.</w:t>
      </w:r>
    </w:p>
    <w:p>
      <w:pPr>
        <w:autoSpaceDN w:val="0"/>
        <w:autoSpaceDE w:val="0"/>
        <w:widowControl/>
        <w:spacing w:line="326" w:lineRule="auto" w:before="178" w:after="0"/>
        <w:ind w:left="240" w:right="0" w:hanging="240"/>
        <w:jc w:val="left"/>
      </w:pPr>
      <w:r>
        <w:rPr>
          <w:rFonts w:ascii="Times New Roman" w:hAnsi="Times New Roman" w:eastAsia="Times New Roman"/>
          <w:b w:val="0"/>
          <w:i/>
          <w:color w:val="000000"/>
          <w:sz w:val="24"/>
        </w:rPr>
        <w:t>Совместная деятельность: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участвовать в парной работе с математическим материалом;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выполнять правила совместной деятельности: договариваться, считаться с мнением партнёра,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спокойно и мирно разрешать конфликты.</w:t>
      </w:r>
    </w:p>
    <w:p>
      <w:pPr>
        <w:sectPr>
          <w:pgSz w:w="11900" w:h="16840"/>
          <w:pgMar w:top="286" w:right="786" w:bottom="1440" w:left="846" w:header="720" w:footer="720" w:gutter="0"/>
          <w:cols w:space="720" w:num="1" w:equalWidth="0">
            <w:col w:w="10268" w:space="0"/>
            <w:col w:w="10584" w:space="0"/>
            <w:col w:w="10406" w:space="0"/>
            <w:col w:w="10600" w:space="0"/>
            <w:col w:w="9684" w:space="0"/>
            <w:col w:w="6040" w:space="0"/>
            <w:col w:w="3644" w:space="0"/>
            <w:col w:w="96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ПЛАНИРУЕМЫЕ ОБРАЗОВАТЕЛЬНЫЕ РЕЗУЛЬТАТЫ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346" w:after="0"/>
        <w:ind w:left="0" w:right="1152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Изучение математики в 1 классе направлено на достижение обучающимися личностных,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метапредметных и предметных результатов освоения учебного предмета.</w:t>
      </w:r>
    </w:p>
    <w:p>
      <w:pPr>
        <w:autoSpaceDN w:val="0"/>
        <w:autoSpaceDE w:val="0"/>
        <w:widowControl/>
        <w:spacing w:line="230" w:lineRule="auto" w:before="262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ЛИЧНОСТНЫЕ РЕЗУЛЬТАТЫ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166" w:after="0"/>
        <w:ind w:left="0" w:right="288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результате изучения предмета «Математика» у обучающегося будут сформированы следующие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личностные результаты:</w:t>
      </w:r>
    </w:p>
    <w:p>
      <w:pPr>
        <w:autoSpaceDN w:val="0"/>
        <w:autoSpaceDE w:val="0"/>
        <w:widowControl/>
        <w:spacing w:line="262" w:lineRule="auto" w:before="178" w:after="0"/>
        <w:ind w:left="42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осознавать необходимость изучения математики для адаптации к жизненным ситуациям, для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развития общей культуры человека; </w:t>
      </w:r>
    </w:p>
    <w:p>
      <w:pPr>
        <w:autoSpaceDN w:val="0"/>
        <w:autoSpaceDE w:val="0"/>
        <w:widowControl/>
        <w:spacing w:line="262" w:lineRule="auto" w:before="192" w:after="0"/>
        <w:ind w:left="420" w:right="576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развития способности мыслить, рассуждать, выдвигать предположения и доказывать или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опровергать их; </w:t>
      </w:r>
    </w:p>
    <w:p>
      <w:pPr>
        <w:autoSpaceDN w:val="0"/>
        <w:autoSpaceDE w:val="0"/>
        <w:widowControl/>
        <w:spacing w:line="271" w:lineRule="auto" w:before="190" w:after="0"/>
        <w:ind w:left="420" w:right="86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применять правила совместной деятельности со сверстниками, проявлять способность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договариваться, лидировать, следовать указаниям, осознавать личную ответственность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объективно оценивать свой вклад в общий результат;</w:t>
      </w:r>
    </w:p>
    <w:p>
      <w:pPr>
        <w:autoSpaceDN w:val="0"/>
        <w:autoSpaceDE w:val="0"/>
        <w:widowControl/>
        <w:spacing w:line="230" w:lineRule="auto" w:before="19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осваивать навыки организации безопасного поведения в информационной среде; </w:t>
      </w:r>
    </w:p>
    <w:p>
      <w:pPr>
        <w:autoSpaceDN w:val="0"/>
        <w:autoSpaceDE w:val="0"/>
        <w:widowControl/>
        <w:spacing w:line="262" w:lineRule="auto" w:before="190" w:after="0"/>
        <w:ind w:left="42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применять математику для решения практических задач в повседневной жизни, в том числе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 оказании помощи одноклассникам, детям младшего возраста, взрослым и пожилым людям; </w:t>
      </w:r>
    </w:p>
    <w:p>
      <w:pPr>
        <w:autoSpaceDN w:val="0"/>
        <w:autoSpaceDE w:val="0"/>
        <w:widowControl/>
        <w:spacing w:line="271" w:lineRule="auto" w:before="190" w:after="0"/>
        <w:ind w:left="420" w:right="28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работать в ситуациях, расширяющих опыт применения математических отношений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реальной жизни, повышающих интерес к интеллектуальному труду и уверенность своих силах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 решении поставленных задач, умение преодолевать трудности; </w:t>
      </w:r>
    </w:p>
    <w:p>
      <w:pPr>
        <w:autoSpaceDN w:val="0"/>
        <w:autoSpaceDE w:val="0"/>
        <w:widowControl/>
        <w:spacing w:line="262" w:lineRule="auto" w:before="190" w:after="0"/>
        <w:ind w:left="420" w:right="86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оценивать практические и учебные ситуации с точки зрения возможности применения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математики для рационального и эффективного решения учебных и жизненных проблем; </w:t>
      </w:r>
    </w:p>
    <w:p>
      <w:pPr>
        <w:autoSpaceDN w:val="0"/>
        <w:autoSpaceDE w:val="0"/>
        <w:widowControl/>
        <w:spacing w:line="230" w:lineRule="auto" w:before="19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оценивать свои успехи в изучении математики, намечать пути устранения трудностей; </w:t>
      </w:r>
    </w:p>
    <w:p>
      <w:pPr>
        <w:autoSpaceDN w:val="0"/>
        <w:autoSpaceDE w:val="0"/>
        <w:widowControl/>
        <w:spacing w:line="271" w:lineRule="auto" w:before="190" w:after="0"/>
        <w:ind w:left="420" w:right="28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стремиться углублять свои математические знания и умения; пользоваться разнообразными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информационными средствами для решения предложенных и самостоятельно выбранных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учебных проблем, задач.</w:t>
      </w:r>
    </w:p>
    <w:p>
      <w:pPr>
        <w:autoSpaceDN w:val="0"/>
        <w:autoSpaceDE w:val="0"/>
        <w:widowControl/>
        <w:spacing w:line="230" w:lineRule="auto" w:before="324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МЕТАПРЕДМЕТНЫЕ РЕЗУЛЬТАТЫ</w:t>
      </w:r>
    </w:p>
    <w:p>
      <w:pPr>
        <w:autoSpaceDN w:val="0"/>
        <w:autoSpaceDE w:val="0"/>
        <w:widowControl/>
        <w:spacing w:line="230" w:lineRule="auto" w:before="168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К концу обучения у обучающегося формируются следующие универсальные учебные действия.</w:t>
      </w:r>
    </w:p>
    <w:p>
      <w:pPr>
        <w:autoSpaceDN w:val="0"/>
        <w:autoSpaceDE w:val="0"/>
        <w:widowControl/>
        <w:spacing w:line="230" w:lineRule="auto" w:before="192" w:after="0"/>
        <w:ind w:left="18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Универсальные  познавательные учебные действия:</w:t>
      </w:r>
    </w:p>
    <w:p>
      <w:pPr>
        <w:autoSpaceDN w:val="0"/>
        <w:autoSpaceDE w:val="0"/>
        <w:widowControl/>
        <w:spacing w:line="230" w:lineRule="auto" w:before="19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/>
          <w:color w:val="000000"/>
          <w:sz w:val="24"/>
        </w:rPr>
        <w:t>1)  Базовые логические действия:</w:t>
      </w:r>
    </w:p>
    <w:p>
      <w:pPr>
        <w:autoSpaceDN w:val="0"/>
        <w:autoSpaceDE w:val="0"/>
        <w:widowControl/>
        <w:spacing w:line="262" w:lineRule="auto" w:before="178" w:after="0"/>
        <w:ind w:left="420" w:right="100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устанавливать связи и зависимости между математическими объектами (часть-целое;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причина-следствие; протяжённость); </w:t>
      </w:r>
    </w:p>
    <w:p>
      <w:pPr>
        <w:autoSpaceDN w:val="0"/>
        <w:autoSpaceDE w:val="0"/>
        <w:widowControl/>
        <w:spacing w:line="262" w:lineRule="auto" w:before="190" w:after="0"/>
        <w:ind w:left="420" w:right="28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применять базовые логические универсальные действия: сравнение, анализ, классификация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(группировка), обобщение;</w:t>
      </w:r>
    </w:p>
    <w:p>
      <w:pPr>
        <w:autoSpaceDN w:val="0"/>
        <w:autoSpaceDE w:val="0"/>
        <w:widowControl/>
        <w:spacing w:line="262" w:lineRule="auto" w:before="190" w:after="0"/>
        <w:ind w:left="420" w:right="432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приобретать практические графические и измерительные навыки для успешного решения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учебных и житейских задач;</w:t>
      </w:r>
    </w:p>
    <w:p>
      <w:pPr>
        <w:autoSpaceDN w:val="0"/>
        <w:autoSpaceDE w:val="0"/>
        <w:widowControl/>
        <w:spacing w:line="262" w:lineRule="auto" w:before="190" w:after="0"/>
        <w:ind w:left="420" w:right="28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представлять текстовую задачу, её решение в виде модели, схемы, арифметической записи,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текста в соответствии с предложенной учебной проблемой.</w:t>
      </w:r>
    </w:p>
    <w:p>
      <w:pPr>
        <w:autoSpaceDN w:val="0"/>
        <w:autoSpaceDE w:val="0"/>
        <w:widowControl/>
        <w:spacing w:line="230" w:lineRule="auto" w:before="178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/>
          <w:color w:val="000000"/>
          <w:sz w:val="24"/>
        </w:rPr>
        <w:t>2)  Базовые исследовательские действия:</w:t>
      </w:r>
    </w:p>
    <w:p>
      <w:pPr>
        <w:sectPr>
          <w:pgSz w:w="11900" w:h="16840"/>
          <w:pgMar w:top="298" w:right="650" w:bottom="372" w:left="666" w:header="720" w:footer="720" w:gutter="0"/>
          <w:cols w:space="720" w:num="1" w:equalWidth="0">
            <w:col w:w="10584" w:space="0"/>
            <w:col w:w="10268" w:space="0"/>
            <w:col w:w="10584" w:space="0"/>
            <w:col w:w="10406" w:space="0"/>
            <w:col w:w="10600" w:space="0"/>
            <w:col w:w="9684" w:space="0"/>
            <w:col w:w="6040" w:space="0"/>
            <w:col w:w="3644" w:space="0"/>
            <w:col w:w="96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132"/>
        <w:ind w:left="0" w:right="0"/>
      </w:pPr>
    </w:p>
    <w:p>
      <w:pPr>
        <w:autoSpaceDN w:val="0"/>
        <w:autoSpaceDE w:val="0"/>
        <w:widowControl/>
        <w:spacing w:line="262" w:lineRule="auto" w:before="0" w:after="0"/>
        <w:ind w:left="240" w:right="86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проявлять способность ориентироваться в учебном материале разных разделов курса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математики; </w:t>
      </w:r>
    </w:p>
    <w:p>
      <w:pPr>
        <w:autoSpaceDN w:val="0"/>
        <w:autoSpaceDE w:val="0"/>
        <w:widowControl/>
        <w:spacing w:line="262" w:lineRule="auto" w:before="190" w:after="0"/>
        <w:ind w:left="240" w:right="144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понимать и адекватно использовать математическую терминологию: различать,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характеризовать, использовать для решения учебных и практических задач; </w:t>
      </w:r>
    </w:p>
    <w:p>
      <w:pPr>
        <w:autoSpaceDN w:val="0"/>
        <w:autoSpaceDE w:val="0"/>
        <w:widowControl/>
        <w:spacing w:line="230" w:lineRule="auto" w:before="190" w:after="0"/>
        <w:ind w:left="24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применять изученные методы познания (измерение, моделирование, перебор вариантов)</w:t>
      </w:r>
    </w:p>
    <w:p>
      <w:pPr>
        <w:autoSpaceDN w:val="0"/>
        <w:autoSpaceDE w:val="0"/>
        <w:widowControl/>
        <w:spacing w:line="230" w:lineRule="auto" w:before="178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3)  Работа с информацией:</w:t>
      </w:r>
    </w:p>
    <w:p>
      <w:pPr>
        <w:autoSpaceDN w:val="0"/>
        <w:autoSpaceDE w:val="0"/>
        <w:widowControl/>
        <w:spacing w:line="262" w:lineRule="auto" w:before="178" w:after="0"/>
        <w:ind w:left="24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находить и использовать для решения учебных задач текстовую, графическую информацию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разных источниках информационной среды; </w:t>
      </w:r>
    </w:p>
    <w:p>
      <w:pPr>
        <w:autoSpaceDN w:val="0"/>
        <w:autoSpaceDE w:val="0"/>
        <w:widowControl/>
        <w:spacing w:line="262" w:lineRule="auto" w:before="192" w:after="0"/>
        <w:ind w:left="240" w:right="86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читать, интерпретировать графически представленную информацию (схему, таблицу,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диаграмму, другую модель); </w:t>
      </w:r>
    </w:p>
    <w:p>
      <w:pPr>
        <w:autoSpaceDN w:val="0"/>
        <w:autoSpaceDE w:val="0"/>
        <w:widowControl/>
        <w:spacing w:line="262" w:lineRule="auto" w:before="190" w:after="0"/>
        <w:ind w:left="240" w:right="432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представлять информацию в заданной форме (дополнять таблицу, текст), формулировать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утверждение по образцу, в соответствии с требованиями учебной задачи; </w:t>
      </w:r>
    </w:p>
    <w:p>
      <w:pPr>
        <w:autoSpaceDN w:val="0"/>
        <w:autoSpaceDE w:val="0"/>
        <w:widowControl/>
        <w:spacing w:line="262" w:lineRule="auto" w:before="190" w:after="0"/>
        <w:ind w:left="24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принимать правила, безопасно использовать предлагаемые электронные средства и источники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информации.</w:t>
      </w:r>
    </w:p>
    <w:p>
      <w:pPr>
        <w:autoSpaceDN w:val="0"/>
        <w:autoSpaceDE w:val="0"/>
        <w:widowControl/>
        <w:spacing w:line="230" w:lineRule="auto" w:before="178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Универсальные коммуникативные учебные действия:</w:t>
      </w:r>
    </w:p>
    <w:p>
      <w:pPr>
        <w:autoSpaceDN w:val="0"/>
        <w:autoSpaceDE w:val="0"/>
        <w:widowControl/>
        <w:spacing w:line="230" w:lineRule="auto" w:before="298" w:after="0"/>
        <w:ind w:left="24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конструировать утверждения, проверять их истинность;</w:t>
      </w:r>
    </w:p>
    <w:p>
      <w:pPr>
        <w:autoSpaceDN w:val="0"/>
        <w:autoSpaceDE w:val="0"/>
        <w:widowControl/>
        <w:spacing w:line="230" w:lineRule="auto" w:before="238" w:after="0"/>
        <w:ind w:left="24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строить логическое рассуждение;</w:t>
      </w:r>
    </w:p>
    <w:p>
      <w:pPr>
        <w:autoSpaceDN w:val="0"/>
        <w:autoSpaceDE w:val="0"/>
        <w:widowControl/>
        <w:spacing w:line="230" w:lineRule="auto" w:before="238" w:after="0"/>
        <w:ind w:left="0" w:right="0" w:firstLine="0"/>
        <w:jc w:val="center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использовать текст задания для объяснения способа и хода решения математической задачи;</w:t>
      </w:r>
    </w:p>
    <w:p>
      <w:pPr>
        <w:autoSpaceDN w:val="0"/>
        <w:autoSpaceDE w:val="0"/>
        <w:widowControl/>
        <w:spacing w:line="230" w:lineRule="auto" w:before="238" w:after="0"/>
        <w:ind w:left="24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формулировать ответ;</w:t>
      </w:r>
    </w:p>
    <w:p>
      <w:pPr>
        <w:autoSpaceDN w:val="0"/>
        <w:autoSpaceDE w:val="0"/>
        <w:widowControl/>
        <w:spacing w:line="262" w:lineRule="auto" w:before="238" w:after="0"/>
        <w:ind w:left="240" w:right="28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комментировать процесс вычисления, построения, решения; объяснять полученный ответ с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использованием изученной терминологии;</w:t>
      </w:r>
    </w:p>
    <w:p>
      <w:pPr>
        <w:autoSpaceDN w:val="0"/>
        <w:autoSpaceDE w:val="0"/>
        <w:widowControl/>
        <w:spacing w:line="271" w:lineRule="auto" w:before="238" w:after="0"/>
        <w:ind w:left="24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в процессе диалогов по обсуждению изученного материала — задавать вопросы, высказывать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суждения, оценивать выступления участников, приводить доказательства своей правоты,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проявлять этику общения;</w:t>
      </w:r>
    </w:p>
    <w:p>
      <w:pPr>
        <w:autoSpaceDN w:val="0"/>
        <w:autoSpaceDE w:val="0"/>
        <w:widowControl/>
        <w:spacing w:line="271" w:lineRule="auto" w:before="240" w:after="0"/>
        <w:ind w:left="24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создавать в соответствии с учебной задачей тексты разного вида - описание (например,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геометрической фигуры), рассуждение (к примеру, при решении задачи), инструкция (например,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измерение длины отрезка);</w:t>
      </w:r>
    </w:p>
    <w:p>
      <w:pPr>
        <w:autoSpaceDN w:val="0"/>
        <w:autoSpaceDE w:val="0"/>
        <w:widowControl/>
        <w:spacing w:line="230" w:lineRule="auto" w:before="238" w:after="0"/>
        <w:ind w:left="24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ориентироваться в алгоритмах: воспроизводить, дополнять, исправлять деформированные;</w:t>
      </w:r>
    </w:p>
    <w:p>
      <w:pPr>
        <w:autoSpaceDN w:val="0"/>
        <w:autoSpaceDE w:val="0"/>
        <w:widowControl/>
        <w:spacing w:line="262" w:lineRule="auto" w:before="238" w:after="0"/>
        <w:ind w:left="24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составлять по аналогии; . самостоятельно составлять тексты заданий, аналогичные типовым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изученным.</w:t>
      </w:r>
    </w:p>
    <w:p>
      <w:pPr>
        <w:autoSpaceDN w:val="0"/>
        <w:autoSpaceDE w:val="0"/>
        <w:widowControl/>
        <w:spacing w:line="230" w:lineRule="auto" w:before="178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Универсальные регулятивные учебные действия:</w:t>
      </w:r>
    </w:p>
    <w:p>
      <w:pPr>
        <w:autoSpaceDN w:val="0"/>
        <w:autoSpaceDE w:val="0"/>
        <w:widowControl/>
        <w:spacing w:line="230" w:lineRule="auto" w:before="19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/>
          <w:color w:val="000000"/>
          <w:sz w:val="24"/>
        </w:rPr>
        <w:t>1)  Самоорганизация:</w:t>
      </w:r>
    </w:p>
    <w:p>
      <w:pPr>
        <w:autoSpaceDN w:val="0"/>
        <w:autoSpaceDE w:val="0"/>
        <w:widowControl/>
        <w:spacing w:line="230" w:lineRule="auto" w:before="178" w:after="0"/>
        <w:ind w:left="24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планировать этапы предстоящей работы, определять последовательность учебных действий; </w:t>
      </w:r>
    </w:p>
    <w:p>
      <w:pPr>
        <w:autoSpaceDN w:val="0"/>
        <w:autoSpaceDE w:val="0"/>
        <w:widowControl/>
        <w:spacing w:line="262" w:lineRule="auto" w:before="190" w:after="0"/>
        <w:ind w:left="240" w:right="86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выполнять правила безопасного использования электронных средств, предлагаемых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процессе обучения.</w:t>
      </w:r>
    </w:p>
    <w:p>
      <w:pPr>
        <w:autoSpaceDN w:val="0"/>
        <w:autoSpaceDE w:val="0"/>
        <w:widowControl/>
        <w:spacing w:line="230" w:lineRule="auto" w:before="178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/>
          <w:color w:val="000000"/>
          <w:sz w:val="24"/>
        </w:rPr>
        <w:t>2)  Самоконтроль:</w:t>
      </w:r>
    </w:p>
    <w:p>
      <w:pPr>
        <w:autoSpaceDN w:val="0"/>
        <w:autoSpaceDE w:val="0"/>
        <w:widowControl/>
        <w:spacing w:line="230" w:lineRule="auto" w:before="178" w:after="0"/>
        <w:ind w:left="24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осуществлять контроль процесса и результата своей деятельности, объективно оценивать их; </w:t>
      </w:r>
    </w:p>
    <w:p>
      <w:pPr>
        <w:sectPr>
          <w:pgSz w:w="11900" w:h="16840"/>
          <w:pgMar w:top="352" w:right="722" w:bottom="302" w:left="846" w:header="720" w:footer="720" w:gutter="0"/>
          <w:cols w:space="720" w:num="1" w:equalWidth="0">
            <w:col w:w="10332" w:space="0"/>
            <w:col w:w="10584" w:space="0"/>
            <w:col w:w="10268" w:space="0"/>
            <w:col w:w="10584" w:space="0"/>
            <w:col w:w="10406" w:space="0"/>
            <w:col w:w="10600" w:space="0"/>
            <w:col w:w="9684" w:space="0"/>
            <w:col w:w="6040" w:space="0"/>
            <w:col w:w="3644" w:space="0"/>
            <w:col w:w="96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144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выбирать и при необходимости корректировать способы действий; </w:t>
      </w:r>
    </w:p>
    <w:p>
      <w:pPr>
        <w:autoSpaceDN w:val="0"/>
        <w:autoSpaceDE w:val="0"/>
        <w:widowControl/>
        <w:spacing w:line="262" w:lineRule="auto" w:before="19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находить ошибки в своей работе, устанавливать их причины, вести поиск путей преодоления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ошибок.</w:t>
      </w:r>
    </w:p>
    <w:p>
      <w:pPr>
        <w:autoSpaceDN w:val="0"/>
        <w:autoSpaceDE w:val="0"/>
        <w:widowControl/>
        <w:spacing w:line="230" w:lineRule="auto" w:before="178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/>
          <w:color w:val="000000"/>
          <w:sz w:val="24"/>
        </w:rPr>
        <w:t>3)  Самооценка:</w:t>
      </w:r>
    </w:p>
    <w:p>
      <w:pPr>
        <w:autoSpaceDN w:val="0"/>
        <w:autoSpaceDE w:val="0"/>
        <w:widowControl/>
        <w:spacing w:line="271" w:lineRule="auto" w:before="178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предвидеть возможность возникновения трудностей и ошибок, предусматривать способы их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предупреждения (формулирование вопросов, обращение к учебнику, дополнительным средствам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обучения, в том числе электронным); </w:t>
      </w:r>
    </w:p>
    <w:p>
      <w:pPr>
        <w:autoSpaceDN w:val="0"/>
        <w:autoSpaceDE w:val="0"/>
        <w:widowControl/>
        <w:spacing w:line="230" w:lineRule="auto" w:before="19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оценивать рациональность своих действий, давать им качественную характеристику.</w:t>
      </w:r>
    </w:p>
    <w:p>
      <w:pPr>
        <w:autoSpaceDN w:val="0"/>
        <w:autoSpaceDE w:val="0"/>
        <w:widowControl/>
        <w:spacing w:line="230" w:lineRule="auto" w:before="180" w:after="0"/>
        <w:ind w:left="18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Совместная деятельность:</w:t>
      </w:r>
    </w:p>
    <w:p>
      <w:pPr>
        <w:autoSpaceDN w:val="0"/>
        <w:autoSpaceDE w:val="0"/>
        <w:widowControl/>
        <w:spacing w:line="271" w:lineRule="auto" w:before="180" w:after="0"/>
        <w:ind w:left="420" w:right="576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участвовать в совместной деятельности: распределять работу между членами группы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(например, в случае решения задач, требующих перебора большого количества вариантов,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приведения примеров и контрпримеров); </w:t>
      </w:r>
    </w:p>
    <w:p>
      <w:pPr>
        <w:autoSpaceDN w:val="0"/>
        <w:autoSpaceDE w:val="0"/>
        <w:widowControl/>
        <w:spacing w:line="262" w:lineRule="auto" w:before="19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согласовывать  мнения в ходе поиска доказательств, выбора рационального способа, анализа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информации;</w:t>
      </w:r>
    </w:p>
    <w:p>
      <w:pPr>
        <w:autoSpaceDN w:val="0"/>
        <w:autoSpaceDE w:val="0"/>
        <w:widowControl/>
        <w:spacing w:line="262" w:lineRule="auto" w:before="190" w:after="0"/>
        <w:ind w:left="42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осуществлять совместный контроль и оценку выполняемых действий, предвидеть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возможность возникновения ошибок и трудностей, предусматривать пути их предупреждения.</w:t>
      </w:r>
    </w:p>
    <w:p>
      <w:pPr>
        <w:autoSpaceDN w:val="0"/>
        <w:autoSpaceDE w:val="0"/>
        <w:widowControl/>
        <w:spacing w:line="230" w:lineRule="auto" w:before="322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ПРЕДМЕТНЫЕ РЕЗУЛЬТАТЫ</w:t>
      </w:r>
    </w:p>
    <w:p>
      <w:pPr>
        <w:autoSpaceDN w:val="0"/>
        <w:autoSpaceDE w:val="0"/>
        <w:widowControl/>
        <w:spacing w:line="230" w:lineRule="auto" w:before="166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К концу обучения в 1 классе обучающийся научится:</w:t>
      </w:r>
    </w:p>
    <w:p>
      <w:pPr>
        <w:autoSpaceDN w:val="0"/>
        <w:autoSpaceDE w:val="0"/>
        <w:widowControl/>
        <w:spacing w:line="230" w:lineRule="auto" w:before="178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читать, записывать, сравнивать,  упорядочивать  числа  от  0 до 20; </w:t>
      </w:r>
    </w:p>
    <w:p>
      <w:pPr>
        <w:autoSpaceDN w:val="0"/>
        <w:autoSpaceDE w:val="0"/>
        <w:widowControl/>
        <w:spacing w:line="230" w:lineRule="auto" w:before="19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пересчитывать различные объекты, устанавливать порядковый номер объекта; </w:t>
      </w:r>
    </w:p>
    <w:p>
      <w:pPr>
        <w:autoSpaceDN w:val="0"/>
        <w:autoSpaceDE w:val="0"/>
        <w:widowControl/>
        <w:spacing w:line="230" w:lineRule="auto" w:before="19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находить числа, большие/меньшие данного числа на заданное число; </w:t>
      </w:r>
    </w:p>
    <w:p>
      <w:pPr>
        <w:autoSpaceDN w:val="0"/>
        <w:autoSpaceDE w:val="0"/>
        <w:widowControl/>
        <w:spacing w:line="271" w:lineRule="auto" w:before="190" w:after="0"/>
        <w:ind w:left="420" w:right="28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выполнять арифметические действия сложения и вычитания в пределах 20 (устно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письменно) без перехода через десяток; называть и различать компоненты действий сложения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(слагаемые, сумма) и вычитания (уменьшаемое, вычитаемое, разность); </w:t>
      </w:r>
    </w:p>
    <w:p>
      <w:pPr>
        <w:autoSpaceDN w:val="0"/>
        <w:autoSpaceDE w:val="0"/>
        <w:widowControl/>
        <w:spacing w:line="262" w:lineRule="auto" w:before="190" w:after="0"/>
        <w:ind w:left="420" w:right="432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решать текстовые задачи в одно действие на сложение и вычитание: выделять условие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требование (вопрос); </w:t>
      </w:r>
    </w:p>
    <w:p>
      <w:pPr>
        <w:autoSpaceDN w:val="0"/>
        <w:autoSpaceDE w:val="0"/>
        <w:widowControl/>
        <w:spacing w:line="262" w:lineRule="auto" w:before="192" w:after="0"/>
        <w:ind w:left="420" w:right="72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сравнивать объекты по длине, устанавливая между ними соотношение длиннее/короче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(выше/ниже, шире/уже); </w:t>
      </w:r>
    </w:p>
    <w:p>
      <w:pPr>
        <w:autoSpaceDN w:val="0"/>
        <w:autoSpaceDE w:val="0"/>
        <w:widowControl/>
        <w:spacing w:line="262" w:lineRule="auto" w:before="19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знать и использовать единицу длины — сантиметр; измерять длину отрезка, чертить отрезок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заданной длины (в см); </w:t>
      </w:r>
    </w:p>
    <w:p>
      <w:pPr>
        <w:autoSpaceDN w:val="0"/>
        <w:autoSpaceDE w:val="0"/>
        <w:widowControl/>
        <w:spacing w:line="262" w:lineRule="auto" w:before="190" w:after="0"/>
        <w:ind w:left="420" w:right="100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различать число и цифру; распознавать геометрические фигуры: круг, треугольник,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прямоугольник (квадрат), отрезок; </w:t>
      </w:r>
    </w:p>
    <w:p>
      <w:pPr>
        <w:autoSpaceDN w:val="0"/>
        <w:autoSpaceDE w:val="0"/>
        <w:widowControl/>
        <w:spacing w:line="262" w:lineRule="auto" w:before="19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устанавливать между объектами соотношения: слева/справа, дальше/ближе, между, перед/за,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над/под; </w:t>
      </w:r>
    </w:p>
    <w:p>
      <w:pPr>
        <w:autoSpaceDN w:val="0"/>
        <w:autoSpaceDE w:val="0"/>
        <w:widowControl/>
        <w:spacing w:line="262" w:lineRule="auto" w:before="19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распознавать верные (истинные) и неверные (ложные) утверждения относительно заданного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набора объектов/предметов; </w:t>
      </w:r>
    </w:p>
    <w:p>
      <w:pPr>
        <w:autoSpaceDN w:val="0"/>
        <w:autoSpaceDE w:val="0"/>
        <w:widowControl/>
        <w:spacing w:line="262" w:lineRule="auto" w:before="190" w:after="0"/>
        <w:ind w:left="42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группировать объекты по заданному признаку; находить и называть закономерности в ряду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объектов повседневной жизни; </w:t>
      </w:r>
    </w:p>
    <w:p>
      <w:pPr>
        <w:sectPr>
          <w:pgSz w:w="11900" w:h="16840"/>
          <w:pgMar w:top="364" w:right="790" w:bottom="422" w:left="666" w:header="720" w:footer="720" w:gutter="0"/>
          <w:cols w:space="720" w:num="1" w:equalWidth="0">
            <w:col w:w="10444" w:space="0"/>
            <w:col w:w="10332" w:space="0"/>
            <w:col w:w="10584" w:space="0"/>
            <w:col w:w="10268" w:space="0"/>
            <w:col w:w="10584" w:space="0"/>
            <w:col w:w="10406" w:space="0"/>
            <w:col w:w="10600" w:space="0"/>
            <w:col w:w="9684" w:space="0"/>
            <w:col w:w="6040" w:space="0"/>
            <w:col w:w="3644" w:space="0"/>
            <w:col w:w="96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108"/>
        <w:ind w:left="0" w:right="0"/>
      </w:pPr>
    </w:p>
    <w:p>
      <w:pPr>
        <w:autoSpaceDN w:val="0"/>
        <w:autoSpaceDE w:val="0"/>
        <w:widowControl/>
        <w:spacing w:line="262" w:lineRule="auto" w:before="0" w:after="0"/>
        <w:ind w:left="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различать строки и столбцы таблицы, вносить данное в таблицу, извлекать данное/данные из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таблицы; </w:t>
      </w:r>
    </w:p>
    <w:p>
      <w:pPr>
        <w:autoSpaceDN w:val="0"/>
        <w:autoSpaceDE w:val="0"/>
        <w:widowControl/>
        <w:spacing w:line="262" w:lineRule="auto" w:before="19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сравнивать два объекта (числа, геометрические фигуры); распределять объекты на две группы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по заданному основанию.</w:t>
      </w:r>
    </w:p>
    <w:p>
      <w:pPr>
        <w:sectPr>
          <w:pgSz w:w="11900" w:h="16840"/>
          <w:pgMar w:top="328" w:right="730" w:bottom="1440" w:left="1086" w:header="720" w:footer="720" w:gutter="0"/>
          <w:cols w:space="720" w:num="1" w:equalWidth="0">
            <w:col w:w="10084" w:space="0"/>
            <w:col w:w="10444" w:space="0"/>
            <w:col w:w="10332" w:space="0"/>
            <w:col w:w="10584" w:space="0"/>
            <w:col w:w="10268" w:space="0"/>
            <w:col w:w="10584" w:space="0"/>
            <w:col w:w="10406" w:space="0"/>
            <w:col w:w="10600" w:space="0"/>
            <w:col w:w="9684" w:space="0"/>
            <w:col w:w="6040" w:space="0"/>
            <w:col w:w="3644" w:space="0"/>
            <w:col w:w="96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4"/>
        <w:ind w:left="0" w:right="0"/>
      </w:pPr>
    </w:p>
    <w:p>
      <w:pPr>
        <w:autoSpaceDN w:val="0"/>
        <w:autoSpaceDE w:val="0"/>
        <w:widowControl/>
        <w:spacing w:line="233" w:lineRule="auto" w:before="0" w:after="666"/>
        <w:ind w:left="0" w:right="0" w:firstLine="0"/>
        <w:jc w:val="left"/>
      </w:pPr>
      <w:r>
        <w:rPr>
          <w:w w:val="101.11057883814763"/>
          <w:rFonts w:ascii="Times New Roman" w:hAnsi="Times New Roman" w:eastAsia="Times New Roman"/>
          <w:b/>
          <w:i w:val="0"/>
          <w:color w:val="000000"/>
          <w:sz w:val="19"/>
        </w:rPr>
        <w:t xml:space="preserve">ТЕМАТИЧЕСКОЕ ПЛАНИРОВАНИЕ </w:t>
      </w: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726"/>
        <w:gridCol w:w="1726"/>
        <w:gridCol w:w="1726"/>
        <w:gridCol w:w="1726"/>
        <w:gridCol w:w="1726"/>
        <w:gridCol w:w="1726"/>
        <w:gridCol w:w="1726"/>
        <w:gridCol w:w="1726"/>
        <w:gridCol w:w="1726"/>
      </w:tblGrid>
      <w:tr>
        <w:trPr>
          <w:trHeight w:hRule="exact" w:val="348"/>
        </w:trPr>
        <w:tc>
          <w:tcPr>
            <w:tcW w:type="dxa" w:w="396"/>
            <w:vMerge w:val="restart"/>
            <w:tcBorders>
              <w:start w:sz="4.800000000000011" w:val="single" w:color="#000000"/>
              <w:top w:sz="4.800000000000068" w:val="single" w:color="#000000"/>
              <w:end w:sz="4.800000000000011" w:val="single" w:color="#000000"/>
              <w:bottom w:sz="5.600000000000023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№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п/п</w:t>
            </w:r>
          </w:p>
        </w:tc>
        <w:tc>
          <w:tcPr>
            <w:tcW w:type="dxa" w:w="4600"/>
            <w:vMerge w:val="restart"/>
            <w:tcBorders>
              <w:start w:sz="4.800000000000011" w:val="single" w:color="#000000"/>
              <w:top w:sz="4.800000000000068" w:val="single" w:color="#000000"/>
              <w:end w:sz="4.0" w:val="single" w:color="#000000"/>
              <w:bottom w:sz="5.600000000000023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Наименование разделов и тем программы</w:t>
            </w:r>
          </w:p>
        </w:tc>
        <w:tc>
          <w:tcPr>
            <w:tcW w:type="dxa" w:w="2772"/>
            <w:gridSpan w:val="3"/>
            <w:tcBorders>
              <w:start w:sz="4.0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Количество часов</w:t>
            </w:r>
          </w:p>
        </w:tc>
        <w:tc>
          <w:tcPr>
            <w:tcW w:type="dxa" w:w="864"/>
            <w:vMerge w:val="restart"/>
            <w:tcBorders>
              <w:start w:sz="4.800000000000182" w:val="single" w:color="#000000"/>
              <w:top w:sz="4.800000000000068" w:val="single" w:color="#000000"/>
              <w:end w:sz="5.600000000000364" w:val="single" w:color="#000000"/>
              <w:bottom w:sz="5.600000000000023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Дата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изучения</w:t>
            </w:r>
          </w:p>
        </w:tc>
        <w:tc>
          <w:tcPr>
            <w:tcW w:type="dxa" w:w="4252"/>
            <w:vMerge w:val="restart"/>
            <w:tcBorders>
              <w:start w:sz="5.600000000000364" w:val="single" w:color="#000000"/>
              <w:top w:sz="4.800000000000068" w:val="single" w:color="#000000"/>
              <w:end w:sz="4.800000000000182" w:val="single" w:color="#000000"/>
              <w:bottom w:sz="5.600000000000023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Виды деятельности</w:t>
            </w:r>
          </w:p>
        </w:tc>
        <w:tc>
          <w:tcPr>
            <w:tcW w:type="dxa" w:w="1236"/>
            <w:vMerge w:val="restart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5.600000000000023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Виды, формы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контроля</w:t>
            </w:r>
          </w:p>
        </w:tc>
        <w:tc>
          <w:tcPr>
            <w:tcW w:type="dxa" w:w="1382"/>
            <w:vMerge w:val="restart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5.600000000000023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Электронные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(цифровые)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образовательные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ресурсы</w:t>
            </w:r>
          </w:p>
        </w:tc>
      </w:tr>
      <w:tr>
        <w:trPr>
          <w:trHeight w:hRule="exact" w:val="576"/>
        </w:trPr>
        <w:tc>
          <w:tcPr>
            <w:tcW w:type="dxa" w:w="1726"/>
            <w:vMerge/>
            <w:tcBorders>
              <w:start w:sz="4.800000000000011" w:val="single" w:color="#000000"/>
              <w:top w:sz="4.800000000000068" w:val="single" w:color="#000000"/>
              <w:end w:sz="4.800000000000011" w:val="single" w:color="#000000"/>
              <w:bottom w:sz="5.600000000000023" w:val="single" w:color="#000000"/>
            </w:tcBorders>
          </w:tcPr>
          <w:p/>
        </w:tc>
        <w:tc>
          <w:tcPr>
            <w:tcW w:type="dxa" w:w="1726"/>
            <w:vMerge/>
            <w:tcBorders>
              <w:start w:sz="4.800000000000011" w:val="single" w:color="#000000"/>
              <w:top w:sz="4.800000000000068" w:val="single" w:color="#000000"/>
              <w:end w:sz="4.0" w:val="single" w:color="#000000"/>
              <w:bottom w:sz="5.600000000000023" w:val="single" w:color="#000000"/>
            </w:tcBorders>
          </w:tcPr>
          <w:p/>
        </w:tc>
        <w:tc>
          <w:tcPr>
            <w:tcW w:type="dxa" w:w="528"/>
            <w:tcBorders>
              <w:start w:sz="4.0" w:val="single" w:color="#000000"/>
              <w:top w:sz="4.7999999999999545" w:val="single" w:color="#000000"/>
              <w:end w:sz="4.800000000000182" w:val="single" w:color="#000000"/>
              <w:bottom w:sz="5.600000000000023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всего</w:t>
            </w:r>
          </w:p>
        </w:tc>
        <w:tc>
          <w:tcPr>
            <w:tcW w:type="dxa" w:w="110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5.600000000000023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контрольные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работы</w:t>
            </w:r>
          </w:p>
        </w:tc>
        <w:tc>
          <w:tcPr>
            <w:tcW w:type="dxa" w:w="114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5.600000000000023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практические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работы</w:t>
            </w:r>
          </w:p>
        </w:tc>
        <w:tc>
          <w:tcPr>
            <w:tcW w:type="dxa" w:w="1726"/>
            <w:vMerge/>
            <w:tcBorders>
              <w:start w:sz="4.800000000000182" w:val="single" w:color="#000000"/>
              <w:top w:sz="4.800000000000068" w:val="single" w:color="#000000"/>
              <w:end w:sz="5.600000000000364" w:val="single" w:color="#000000"/>
              <w:bottom w:sz="5.600000000000023" w:val="single" w:color="#000000"/>
            </w:tcBorders>
          </w:tcPr>
          <w:p/>
        </w:tc>
        <w:tc>
          <w:tcPr>
            <w:tcW w:type="dxa" w:w="1726"/>
            <w:vMerge/>
            <w:tcBorders>
              <w:start w:sz="5.600000000000364" w:val="single" w:color="#000000"/>
              <w:top w:sz="4.800000000000068" w:val="single" w:color="#000000"/>
              <w:end w:sz="4.800000000000182" w:val="single" w:color="#000000"/>
              <w:bottom w:sz="5.600000000000023" w:val="single" w:color="#000000"/>
            </w:tcBorders>
          </w:tcPr>
          <w:p/>
        </w:tc>
        <w:tc>
          <w:tcPr>
            <w:tcW w:type="dxa" w:w="1726"/>
            <w:vMerge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5.600000000000023" w:val="single" w:color="#000000"/>
            </w:tcBorders>
          </w:tcPr>
          <w:p/>
        </w:tc>
        <w:tc>
          <w:tcPr>
            <w:tcW w:type="dxa" w:w="1726"/>
            <w:vMerge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5.600000000000023" w:val="single" w:color="#000000"/>
            </w:tcBorders>
          </w:tcPr>
          <w:p/>
        </w:tc>
      </w:tr>
      <w:tr>
        <w:trPr>
          <w:trHeight w:hRule="exact" w:val="350"/>
        </w:trPr>
        <w:tc>
          <w:tcPr>
            <w:tcW w:type="dxa" w:w="15502"/>
            <w:gridSpan w:val="9"/>
            <w:tcBorders>
              <w:start w:sz="4.800000000000011" w:val="single" w:color="#000000"/>
              <w:top w:sz="5.600000000000023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Раздел 1.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 Числа</w:t>
            </w:r>
          </w:p>
        </w:tc>
      </w:tr>
      <w:tr>
        <w:trPr>
          <w:trHeight w:hRule="exact" w:val="732"/>
        </w:trPr>
        <w:tc>
          <w:tcPr>
            <w:tcW w:type="dxa" w:w="39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1.1.</w:t>
            </w:r>
          </w:p>
        </w:tc>
        <w:tc>
          <w:tcPr>
            <w:tcW w:type="dxa" w:w="4600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64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Числа от 1 до 9: различение, чтение, запись.</w:t>
            </w:r>
          </w:p>
        </w:tc>
        <w:tc>
          <w:tcPr>
            <w:tcW w:type="dxa" w:w="528"/>
            <w:tcBorders>
              <w:start w:sz="4.0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</w:t>
            </w:r>
          </w:p>
        </w:tc>
        <w:tc>
          <w:tcPr>
            <w:tcW w:type="dxa" w:w="110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800000000000182" w:val="single" w:color="#000000"/>
              <w:top w:sz="4.7999999999999545" w:val="single" w:color="#000000"/>
              <w:end w:sz="5.600000000000364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01.09.2022</w:t>
            </w:r>
          </w:p>
        </w:tc>
        <w:tc>
          <w:tcPr>
            <w:tcW w:type="dxa" w:w="4252"/>
            <w:tcBorders>
              <w:start w:sz="5.600000000000364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Игровые упражнения по различению количества предметов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(зрительно, на слух, установлением соответствия), числа 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цифры, представлению чисел словесно и письменно;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опрос;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контроль;</w:t>
            </w:r>
          </w:p>
        </w:tc>
        <w:tc>
          <w:tcPr>
            <w:tcW w:type="dxa" w:w="138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Учи.ру,РЭШ</w:t>
            </w:r>
          </w:p>
        </w:tc>
      </w:tr>
      <w:tr>
        <w:trPr>
          <w:trHeight w:hRule="exact" w:val="732"/>
        </w:trPr>
        <w:tc>
          <w:tcPr>
            <w:tcW w:type="dxa" w:w="39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1.2.</w:t>
            </w:r>
          </w:p>
        </w:tc>
        <w:tc>
          <w:tcPr>
            <w:tcW w:type="dxa" w:w="4600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Единица счёта. Десяток.</w:t>
            </w:r>
          </w:p>
        </w:tc>
        <w:tc>
          <w:tcPr>
            <w:tcW w:type="dxa" w:w="528"/>
            <w:tcBorders>
              <w:start w:sz="4.0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800000000000182" w:val="single" w:color="#000000"/>
              <w:top w:sz="4.7999999999999545" w:val="single" w:color="#000000"/>
              <w:end w:sz="5.600000000000364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06.09.2022</w:t>
            </w:r>
          </w:p>
        </w:tc>
        <w:tc>
          <w:tcPr>
            <w:tcW w:type="dxa" w:w="4252"/>
            <w:tcBorders>
              <w:start w:sz="5.600000000000364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Обсуждение: назначение знаков в математике, обобщение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представлений;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опрос;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контроль;</w:t>
            </w:r>
          </w:p>
        </w:tc>
        <w:tc>
          <w:tcPr>
            <w:tcW w:type="dxa" w:w="138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Учи.ру,РЭШ</w:t>
            </w:r>
          </w:p>
        </w:tc>
      </w:tr>
      <w:tr>
        <w:trPr>
          <w:trHeight w:hRule="exact" w:val="732"/>
        </w:trPr>
        <w:tc>
          <w:tcPr>
            <w:tcW w:type="dxa" w:w="39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1.3.</w:t>
            </w:r>
          </w:p>
        </w:tc>
        <w:tc>
          <w:tcPr>
            <w:tcW w:type="dxa" w:w="4600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Счёт предметов, запись результата цифрами.</w:t>
            </w:r>
          </w:p>
        </w:tc>
        <w:tc>
          <w:tcPr>
            <w:tcW w:type="dxa" w:w="528"/>
            <w:tcBorders>
              <w:start w:sz="4.0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</w:t>
            </w:r>
          </w:p>
        </w:tc>
        <w:tc>
          <w:tcPr>
            <w:tcW w:type="dxa" w:w="110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800000000000182" w:val="single" w:color="#000000"/>
              <w:top w:sz="4.800000000000182" w:val="single" w:color="#000000"/>
              <w:end w:sz="5.600000000000364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08.09.2022</w:t>
            </w:r>
          </w:p>
        </w:tc>
        <w:tc>
          <w:tcPr>
            <w:tcW w:type="dxa" w:w="4252"/>
            <w:tcBorders>
              <w:start w:sz="5.600000000000364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Устная работа: счёт единицами в разном порядке, чтение,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упорядочение однозначных и двузначных чисел; счёт по 2,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по 5;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Тестирование;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Диктант;</w:t>
            </w:r>
          </w:p>
        </w:tc>
        <w:tc>
          <w:tcPr>
            <w:tcW w:type="dxa" w:w="138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Учи.ру,РЭШ</w:t>
            </w:r>
          </w:p>
        </w:tc>
      </w:tr>
      <w:tr>
        <w:trPr>
          <w:trHeight w:hRule="exact" w:val="926"/>
        </w:trPr>
        <w:tc>
          <w:tcPr>
            <w:tcW w:type="dxa" w:w="39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1.4.</w:t>
            </w:r>
          </w:p>
        </w:tc>
        <w:tc>
          <w:tcPr>
            <w:tcW w:type="dxa" w:w="4600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6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Порядковый номер объекта при заданном порядке счёта.</w:t>
            </w:r>
          </w:p>
        </w:tc>
        <w:tc>
          <w:tcPr>
            <w:tcW w:type="dxa" w:w="528"/>
            <w:tcBorders>
              <w:start w:sz="4.0" w:val="single" w:color="#000000"/>
              <w:top w:sz="4.7999999999999545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864"/>
            <w:tcBorders>
              <w:start w:sz="4.800000000000182" w:val="single" w:color="#000000"/>
              <w:top w:sz="4.7999999999999545" w:val="single" w:color="#000000"/>
              <w:end w:sz="5.600000000000364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11.09.2022</w:t>
            </w:r>
          </w:p>
        </w:tc>
        <w:tc>
          <w:tcPr>
            <w:tcW w:type="dxa" w:w="4252"/>
            <w:tcBorders>
              <w:start w:sz="5.600000000000364" w:val="single" w:color="#000000"/>
              <w:top w:sz="4.7999999999999545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144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Словесное описание группы предметов;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ряда;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чисел;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Контрольная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38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Учи.ру,РЭШ</w:t>
            </w:r>
          </w:p>
        </w:tc>
      </w:tr>
      <w:tr>
        <w:trPr>
          <w:trHeight w:hRule="exact" w:val="924"/>
        </w:trPr>
        <w:tc>
          <w:tcPr>
            <w:tcW w:type="dxa" w:w="396"/>
            <w:tcBorders>
              <w:start w:sz="4.800000000000011" w:val="single" w:color="#000000"/>
              <w:top w:sz="4.0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1.5.</w:t>
            </w:r>
          </w:p>
        </w:tc>
        <w:tc>
          <w:tcPr>
            <w:tcW w:type="dxa" w:w="4600"/>
            <w:tcBorders>
              <w:start w:sz="4.800000000000011" w:val="single" w:color="#000000"/>
              <w:top w:sz="4.0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6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Сравнение чисел, сравнение групп предметов по количеству: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больше, меньше, столько же.</w:t>
            </w:r>
          </w:p>
        </w:tc>
        <w:tc>
          <w:tcPr>
            <w:tcW w:type="dxa" w:w="528"/>
            <w:tcBorders>
              <w:start w:sz="4.0" w:val="single" w:color="#000000"/>
              <w:top w:sz="4.0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4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864"/>
            <w:tcBorders>
              <w:start w:sz="4.800000000000182" w:val="single" w:color="#000000"/>
              <w:top w:sz="4.0" w:val="single" w:color="#000000"/>
              <w:end w:sz="5.600000000000364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13.09.2022</w:t>
            </w:r>
          </w:p>
        </w:tc>
        <w:tc>
          <w:tcPr>
            <w:tcW w:type="dxa" w:w="4252"/>
            <w:tcBorders>
              <w:start w:sz="5.600000000000364" w:val="single" w:color="#000000"/>
              <w:top w:sz="4.0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230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Цифры; знаки сравнения;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равенства;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арифметических действий;;</w:t>
            </w:r>
          </w:p>
        </w:tc>
        <w:tc>
          <w:tcPr>
            <w:tcW w:type="dxa" w:w="1236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контроль;</w:t>
            </w:r>
          </w:p>
        </w:tc>
        <w:tc>
          <w:tcPr>
            <w:tcW w:type="dxa" w:w="1382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Учи.ру,РЭШ</w:t>
            </w:r>
          </w:p>
        </w:tc>
      </w:tr>
      <w:tr>
        <w:trPr>
          <w:trHeight w:hRule="exact" w:val="1692"/>
        </w:trPr>
        <w:tc>
          <w:tcPr>
            <w:tcW w:type="dxa" w:w="39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1.6.</w:t>
            </w:r>
          </w:p>
        </w:tc>
        <w:tc>
          <w:tcPr>
            <w:tcW w:type="dxa" w:w="4600"/>
            <w:tcBorders>
              <w:start w:sz="4.800000000000011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Число и цифра 0 при измерении, вычислении.</w:t>
            </w:r>
          </w:p>
        </w:tc>
        <w:tc>
          <w:tcPr>
            <w:tcW w:type="dxa" w:w="528"/>
            <w:tcBorders>
              <w:start w:sz="4.0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4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800000000000182" w:val="single" w:color="#000000"/>
              <w:top w:sz="4.799999999999727" w:val="single" w:color="#000000"/>
              <w:end w:sz="5.600000000000364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14.09.2022</w:t>
            </w:r>
          </w:p>
        </w:tc>
        <w:tc>
          <w:tcPr>
            <w:tcW w:type="dxa" w:w="4252"/>
            <w:tcBorders>
              <w:start w:sz="5.600000000000364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6" w:after="0"/>
              <w:ind w:left="72" w:right="86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Игровые упражнения по различению количества;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предметов (зрительно;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 слух;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установлением;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соответствия);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числа и цифры;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представлению;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чисел словесно и письменно;;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Контрольная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работа;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Зачет;</w:t>
            </w:r>
          </w:p>
        </w:tc>
        <w:tc>
          <w:tcPr>
            <w:tcW w:type="dxa" w:w="1382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Учи.ру,РЭШ</w:t>
            </w:r>
          </w:p>
        </w:tc>
      </w:tr>
      <w:tr>
        <w:trPr>
          <w:trHeight w:hRule="exact" w:val="540"/>
        </w:trPr>
        <w:tc>
          <w:tcPr>
            <w:tcW w:type="dxa" w:w="39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1.7.</w:t>
            </w:r>
          </w:p>
        </w:tc>
        <w:tc>
          <w:tcPr>
            <w:tcW w:type="dxa" w:w="4600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Числа в пределах 20: чтение, запись, сравнение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.</w:t>
            </w:r>
          </w:p>
        </w:tc>
        <w:tc>
          <w:tcPr>
            <w:tcW w:type="dxa" w:w="528"/>
            <w:tcBorders>
              <w:start w:sz="4.0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</w:t>
            </w:r>
          </w:p>
        </w:tc>
        <w:tc>
          <w:tcPr>
            <w:tcW w:type="dxa" w:w="110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4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864"/>
            <w:tcBorders>
              <w:start w:sz="4.800000000000182" w:val="single" w:color="#000000"/>
              <w:top w:sz="4.800000000000182" w:val="single" w:color="#000000"/>
              <w:end w:sz="5.600000000000364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15.09.2022</w:t>
            </w:r>
          </w:p>
        </w:tc>
        <w:tc>
          <w:tcPr>
            <w:tcW w:type="dxa" w:w="4252"/>
            <w:tcBorders>
              <w:start w:sz="5.600000000000364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296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геометрических фигур в заданном и;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самостоятельно установленном порядке;;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38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Учи.ру,РЭШ</w:t>
            </w:r>
          </w:p>
        </w:tc>
      </w:tr>
      <w:tr>
        <w:trPr>
          <w:trHeight w:hRule="exact" w:val="734"/>
        </w:trPr>
        <w:tc>
          <w:tcPr>
            <w:tcW w:type="dxa" w:w="39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1.8.</w:t>
            </w:r>
          </w:p>
        </w:tc>
        <w:tc>
          <w:tcPr>
            <w:tcW w:type="dxa" w:w="4600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Однозначные и двузначные числа.</w:t>
            </w:r>
          </w:p>
        </w:tc>
        <w:tc>
          <w:tcPr>
            <w:tcW w:type="dxa" w:w="528"/>
            <w:tcBorders>
              <w:start w:sz="4.0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864"/>
            <w:tcBorders>
              <w:start w:sz="4.800000000000182" w:val="single" w:color="#000000"/>
              <w:top w:sz="4.800000000000182" w:val="single" w:color="#000000"/>
              <w:end w:sz="5.600000000000364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17.09.2022</w:t>
            </w:r>
          </w:p>
        </w:tc>
        <w:tc>
          <w:tcPr>
            <w:tcW w:type="dxa" w:w="4252"/>
            <w:tcBorders>
              <w:start w:sz="5.600000000000364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100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Чтение и запись по образцу и самостоятельно;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групп чисел;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геометрических фигур;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Устный опрос;</w:t>
            </w:r>
          </w:p>
        </w:tc>
        <w:tc>
          <w:tcPr>
            <w:tcW w:type="dxa" w:w="138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Учи.ру,РЭШ</w:t>
            </w:r>
          </w:p>
        </w:tc>
      </w:tr>
      <w:tr>
        <w:trPr>
          <w:trHeight w:hRule="exact" w:val="1480"/>
        </w:trPr>
        <w:tc>
          <w:tcPr>
            <w:tcW w:type="dxa" w:w="39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1.9.</w:t>
            </w:r>
          </w:p>
        </w:tc>
        <w:tc>
          <w:tcPr>
            <w:tcW w:type="dxa" w:w="4600"/>
            <w:tcBorders>
              <w:start w:sz="4.800000000000011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Увеличение (уменьшение) числа на несколько единиц</w:t>
            </w:r>
          </w:p>
        </w:tc>
        <w:tc>
          <w:tcPr>
            <w:tcW w:type="dxa" w:w="528"/>
            <w:tcBorders>
              <w:start w:sz="4.0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864"/>
            <w:tcBorders>
              <w:start w:sz="4.800000000000182" w:val="single" w:color="#000000"/>
              <w:top w:sz="4.799999999999727" w:val="single" w:color="#000000"/>
              <w:end w:sz="5.600000000000364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19.09.2022</w:t>
            </w:r>
          </w:p>
        </w:tc>
        <w:tc>
          <w:tcPr>
            <w:tcW w:type="dxa" w:w="4252"/>
            <w:tcBorders>
              <w:start w:sz="5.600000000000364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6" w:after="0"/>
              <w:ind w:left="72" w:right="1296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Устная работа: счёт единицами в разном;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порядке;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чтение;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упорядочение однозначных и;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двузначных чисел; счёт по 2;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 5;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;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Самооценка с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использованием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«Оценочного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листа»;</w:t>
            </w:r>
          </w:p>
        </w:tc>
        <w:tc>
          <w:tcPr>
            <w:tcW w:type="dxa" w:w="1382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Учи.ру,РЭШ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2" w:right="640" w:bottom="328" w:left="666" w:header="720" w:footer="720" w:gutter="0"/>
          <w:cols w:space="720" w:num="1" w:equalWidth="0">
            <w:col w:w="15534" w:space="0"/>
            <w:col w:w="10084" w:space="0"/>
            <w:col w:w="10444" w:space="0"/>
            <w:col w:w="10332" w:space="0"/>
            <w:col w:w="10584" w:space="0"/>
            <w:col w:w="10268" w:space="0"/>
            <w:col w:w="10584" w:space="0"/>
            <w:col w:w="10406" w:space="0"/>
            <w:col w:w="10600" w:space="0"/>
            <w:col w:w="9684" w:space="0"/>
            <w:col w:w="6040" w:space="0"/>
            <w:col w:w="3644" w:space="0"/>
            <w:col w:w="96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726"/>
        <w:gridCol w:w="1726"/>
        <w:gridCol w:w="1726"/>
        <w:gridCol w:w="1726"/>
        <w:gridCol w:w="1726"/>
        <w:gridCol w:w="1726"/>
        <w:gridCol w:w="1726"/>
        <w:gridCol w:w="1726"/>
        <w:gridCol w:w="1726"/>
      </w:tblGrid>
      <w:tr>
        <w:trPr>
          <w:trHeight w:hRule="exact" w:val="348"/>
        </w:trPr>
        <w:tc>
          <w:tcPr>
            <w:tcW w:type="dxa" w:w="4996"/>
            <w:gridSpan w:val="2"/>
            <w:tcBorders>
              <w:start w:sz="4.800000000000011" w:val="single" w:color="#000000"/>
              <w:top w:sz="4.800000000000011" w:val="single" w:color="#000000"/>
              <w:end w:sz="4.0" w:val="single" w:color="#000000"/>
              <w:bottom w:sz="4.800000000000011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разделу</w:t>
            </w:r>
          </w:p>
        </w:tc>
        <w:tc>
          <w:tcPr>
            <w:tcW w:type="dxa" w:w="528"/>
            <w:tcBorders>
              <w:start w:sz="4.0" w:val="single" w:color="#000000"/>
              <w:top w:sz="4.800000000000011" w:val="single" w:color="#000000"/>
              <w:end w:sz="4.800000000000182" w:val="single" w:color="#000000"/>
              <w:bottom w:sz="4.800000000000011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21</w:t>
            </w:r>
          </w:p>
        </w:tc>
        <w:tc>
          <w:tcPr>
            <w:tcW w:type="dxa" w:w="9978"/>
            <w:gridSpan w:val="6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11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48"/>
        </w:trPr>
        <w:tc>
          <w:tcPr>
            <w:tcW w:type="dxa" w:w="15502"/>
            <w:gridSpan w:val="9"/>
            <w:tcBorders>
              <w:start w:sz="4.800000000000011" w:val="single" w:color="#000000"/>
              <w:top w:sz="4.800000000000011" w:val="single" w:color="#000000"/>
              <w:end w:sz="4.800000000000182" w:val="single" w:color="#000000"/>
              <w:bottom w:sz="4.800000000000011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Раздел 2.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 Величины</w:t>
            </w:r>
          </w:p>
        </w:tc>
      </w:tr>
      <w:tr>
        <w:trPr>
          <w:trHeight w:hRule="exact" w:val="732"/>
        </w:trPr>
        <w:tc>
          <w:tcPr>
            <w:tcW w:type="dxa" w:w="39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2.1.</w:t>
            </w:r>
          </w:p>
        </w:tc>
        <w:tc>
          <w:tcPr>
            <w:tcW w:type="dxa" w:w="4600"/>
            <w:tcBorders>
              <w:start w:sz="4.800000000000011" w:val="single" w:color="#000000"/>
              <w:top w:sz="4.800000000000011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Длина и её измерение с помощью заданной мерки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.</w:t>
            </w:r>
          </w:p>
        </w:tc>
        <w:tc>
          <w:tcPr>
            <w:tcW w:type="dxa" w:w="528"/>
            <w:tcBorders>
              <w:start w:sz="4.0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864"/>
            <w:tcBorders>
              <w:start w:sz="4.800000000000182" w:val="single" w:color="#000000"/>
              <w:top w:sz="4.800000000000011" w:val="single" w:color="#000000"/>
              <w:end w:sz="5.600000000000364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21.09.2022</w:t>
            </w:r>
          </w:p>
        </w:tc>
        <w:tc>
          <w:tcPr>
            <w:tcW w:type="dxa" w:w="4252"/>
            <w:tcBorders>
              <w:start w:sz="5.600000000000364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244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Знакомство с приборами;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для измерения величин;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опрос;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контроль;</w:t>
            </w:r>
          </w:p>
        </w:tc>
        <w:tc>
          <w:tcPr>
            <w:tcW w:type="dxa" w:w="1382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Учи.ру,РЭШ</w:t>
            </w:r>
          </w:p>
        </w:tc>
      </w:tr>
      <w:tr>
        <w:trPr>
          <w:trHeight w:hRule="exact" w:val="542"/>
        </w:trPr>
        <w:tc>
          <w:tcPr>
            <w:tcW w:type="dxa" w:w="39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2.2.</w:t>
            </w:r>
          </w:p>
        </w:tc>
        <w:tc>
          <w:tcPr>
            <w:tcW w:type="dxa" w:w="4600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66" w:after="0"/>
              <w:ind w:left="0" w:right="432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Сравнение без измерения: выше — ниже, шире — уже,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длиннее — короче, старше — моложе, тяжелее — легче.</w:t>
            </w:r>
          </w:p>
        </w:tc>
        <w:tc>
          <w:tcPr>
            <w:tcW w:type="dxa" w:w="528"/>
            <w:tcBorders>
              <w:start w:sz="4.0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864"/>
            <w:tcBorders>
              <w:start w:sz="4.800000000000182" w:val="single" w:color="#000000"/>
              <w:top w:sz="4.7999999999999545" w:val="single" w:color="#000000"/>
              <w:end w:sz="5.600000000000364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22.09.2022</w:t>
            </w:r>
          </w:p>
        </w:tc>
        <w:tc>
          <w:tcPr>
            <w:tcW w:type="dxa" w:w="4252"/>
            <w:tcBorders>
              <w:start w:sz="5.600000000000364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86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Линейка как простейший инструмент измерения;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длины;;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Тестирование;</w:t>
            </w:r>
          </w:p>
        </w:tc>
        <w:tc>
          <w:tcPr>
            <w:tcW w:type="dxa" w:w="138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Учи.ру,РЭШ</w:t>
            </w:r>
          </w:p>
        </w:tc>
      </w:tr>
      <w:tr>
        <w:trPr>
          <w:trHeight w:hRule="exact" w:val="540"/>
        </w:trPr>
        <w:tc>
          <w:tcPr>
            <w:tcW w:type="dxa" w:w="39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2.3.</w:t>
            </w:r>
          </w:p>
        </w:tc>
        <w:tc>
          <w:tcPr>
            <w:tcW w:type="dxa" w:w="4600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576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Единицы длины: сантиметр, дециметр; установление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соотношения между ними.</w:t>
            </w:r>
          </w:p>
        </w:tc>
        <w:tc>
          <w:tcPr>
            <w:tcW w:type="dxa" w:w="528"/>
            <w:tcBorders>
              <w:start w:sz="4.0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</w:t>
            </w:r>
          </w:p>
        </w:tc>
        <w:tc>
          <w:tcPr>
            <w:tcW w:type="dxa" w:w="110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864"/>
            <w:tcBorders>
              <w:start w:sz="4.800000000000182" w:val="single" w:color="#000000"/>
              <w:top w:sz="4.7999999999999545" w:val="single" w:color="#000000"/>
              <w:end w:sz="5.600000000000364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24.09.2022</w:t>
            </w:r>
          </w:p>
        </w:tc>
        <w:tc>
          <w:tcPr>
            <w:tcW w:type="dxa" w:w="4252"/>
            <w:tcBorders>
              <w:start w:sz="5.600000000000364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1296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Понимание назначения и необходимости;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использования величин в жизни;;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38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Учи.ру,РЭШ</w:t>
            </w:r>
          </w:p>
        </w:tc>
      </w:tr>
      <w:tr>
        <w:trPr>
          <w:trHeight w:hRule="exact" w:val="348"/>
        </w:trPr>
        <w:tc>
          <w:tcPr>
            <w:tcW w:type="dxa" w:w="4996"/>
            <w:gridSpan w:val="2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разделу</w:t>
            </w:r>
          </w:p>
        </w:tc>
        <w:tc>
          <w:tcPr>
            <w:tcW w:type="dxa" w:w="528"/>
            <w:tcBorders>
              <w:start w:sz="4.0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7</w:t>
            </w:r>
          </w:p>
        </w:tc>
        <w:tc>
          <w:tcPr>
            <w:tcW w:type="dxa" w:w="9978"/>
            <w:gridSpan w:val="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48"/>
        </w:trPr>
        <w:tc>
          <w:tcPr>
            <w:tcW w:type="dxa" w:w="15502"/>
            <w:gridSpan w:val="9"/>
            <w:tcBorders>
              <w:start w:sz="4.800000000000011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Раздел 3.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 Арифметические действия</w:t>
            </w:r>
          </w:p>
        </w:tc>
      </w:tr>
      <w:tr>
        <w:trPr>
          <w:trHeight w:hRule="exact" w:val="1116"/>
        </w:trPr>
        <w:tc>
          <w:tcPr>
            <w:tcW w:type="dxa" w:w="39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3.1.</w:t>
            </w:r>
          </w:p>
        </w:tc>
        <w:tc>
          <w:tcPr>
            <w:tcW w:type="dxa" w:w="4600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Сложение и вычитание чисел в пределах 20.</w:t>
            </w:r>
          </w:p>
        </w:tc>
        <w:tc>
          <w:tcPr>
            <w:tcW w:type="dxa" w:w="528"/>
            <w:tcBorders>
              <w:start w:sz="4.0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10</w:t>
            </w:r>
          </w:p>
        </w:tc>
        <w:tc>
          <w:tcPr>
            <w:tcW w:type="dxa" w:w="110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4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4"/>
            <w:tcBorders>
              <w:start w:sz="4.800000000000182" w:val="single" w:color="#000000"/>
              <w:top w:sz="4.7999999999999545" w:val="single" w:color="#000000"/>
              <w:end w:sz="5.600000000000364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25.09.2022</w:t>
            </w:r>
          </w:p>
        </w:tc>
        <w:tc>
          <w:tcPr>
            <w:tcW w:type="dxa" w:w="4252"/>
            <w:tcBorders>
              <w:start w:sz="5.600000000000364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6" w:after="0"/>
              <w:ind w:left="72" w:right="86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работа с числовым выражением:;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запись;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чтение;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приведение примера (с помощью;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учителя или по образцу;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опрос;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контроль;</w:t>
            </w:r>
          </w:p>
        </w:tc>
        <w:tc>
          <w:tcPr>
            <w:tcW w:type="dxa" w:w="138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Учи.ру,РЭШ</w:t>
            </w:r>
          </w:p>
        </w:tc>
      </w:tr>
      <w:tr>
        <w:trPr>
          <w:trHeight w:hRule="exact" w:val="1118"/>
        </w:trPr>
        <w:tc>
          <w:tcPr>
            <w:tcW w:type="dxa" w:w="39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3.2.</w:t>
            </w:r>
          </w:p>
        </w:tc>
        <w:tc>
          <w:tcPr>
            <w:tcW w:type="dxa" w:w="4600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Названия компонентов действий, результатов действий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сложения, вычитания. Знаки сложения и вычитания,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названия компонентов действия. Таблица сложения.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Переместительное свойство сложения.</w:t>
            </w:r>
          </w:p>
        </w:tc>
        <w:tc>
          <w:tcPr>
            <w:tcW w:type="dxa" w:w="528"/>
            <w:tcBorders>
              <w:start w:sz="4.0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9</w:t>
            </w:r>
          </w:p>
        </w:tc>
        <w:tc>
          <w:tcPr>
            <w:tcW w:type="dxa" w:w="110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4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864"/>
            <w:tcBorders>
              <w:start w:sz="4.800000000000182" w:val="single" w:color="#000000"/>
              <w:top w:sz="4.7999999999999545" w:val="single" w:color="#000000"/>
              <w:end w:sz="5.600000000000364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27.09.2022</w:t>
            </w:r>
          </w:p>
        </w:tc>
        <w:tc>
          <w:tcPr>
            <w:tcW w:type="dxa" w:w="4252"/>
            <w:tcBorders>
              <w:start w:sz="5.600000000000364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115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Использование разных способов подсчёта;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суммы и разности;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использование переместительного свойства;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при нахождении суммы;;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контроль;</w:t>
            </w:r>
          </w:p>
        </w:tc>
        <w:tc>
          <w:tcPr>
            <w:tcW w:type="dxa" w:w="138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Учи.ру,РЭШ</w:t>
            </w:r>
          </w:p>
        </w:tc>
      </w:tr>
      <w:tr>
        <w:trPr>
          <w:trHeight w:hRule="exact" w:val="1116"/>
        </w:trPr>
        <w:tc>
          <w:tcPr>
            <w:tcW w:type="dxa" w:w="39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3.3.</w:t>
            </w:r>
          </w:p>
        </w:tc>
        <w:tc>
          <w:tcPr>
            <w:tcW w:type="dxa" w:w="4600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Вычитание как действие, обратное сложению.</w:t>
            </w:r>
          </w:p>
        </w:tc>
        <w:tc>
          <w:tcPr>
            <w:tcW w:type="dxa" w:w="528"/>
            <w:tcBorders>
              <w:start w:sz="4.0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864"/>
            <w:tcBorders>
              <w:start w:sz="4.800000000000182" w:val="single" w:color="#000000"/>
              <w:top w:sz="4.800000000000182" w:val="single" w:color="#000000"/>
              <w:end w:sz="5.600000000000364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28.09.2022</w:t>
            </w:r>
          </w:p>
        </w:tc>
        <w:tc>
          <w:tcPr>
            <w:tcW w:type="dxa" w:w="4252"/>
            <w:tcBorders>
              <w:start w:sz="5.600000000000364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6" w:after="0"/>
              <w:ind w:left="72" w:right="86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работа с числовым выражением:;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запись;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чтение;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приведение примера (с помощью;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учителя или по образцу);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Устный опрос;</w:t>
            </w:r>
          </w:p>
        </w:tc>
        <w:tc>
          <w:tcPr>
            <w:tcW w:type="dxa" w:w="138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Учи.ру,РЭШ</w:t>
            </w:r>
          </w:p>
        </w:tc>
      </w:tr>
      <w:tr>
        <w:trPr>
          <w:trHeight w:hRule="exact" w:val="924"/>
        </w:trPr>
        <w:tc>
          <w:tcPr>
            <w:tcW w:type="dxa" w:w="39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3.4.</w:t>
            </w:r>
          </w:p>
        </w:tc>
        <w:tc>
          <w:tcPr>
            <w:tcW w:type="dxa" w:w="4600"/>
            <w:tcBorders>
              <w:start w:sz="4.800000000000011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Неизвестное слагаемое.</w:t>
            </w:r>
          </w:p>
        </w:tc>
        <w:tc>
          <w:tcPr>
            <w:tcW w:type="dxa" w:w="528"/>
            <w:tcBorders>
              <w:start w:sz="4.0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864"/>
            <w:tcBorders>
              <w:start w:sz="4.800000000000182" w:val="single" w:color="#000000"/>
              <w:top w:sz="4.799999999999727" w:val="single" w:color="#000000"/>
              <w:end w:sz="5.600000000000364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30.09.2022</w:t>
            </w:r>
          </w:p>
        </w:tc>
        <w:tc>
          <w:tcPr>
            <w:tcW w:type="dxa" w:w="4252"/>
            <w:tcBorders>
              <w:start w:sz="5.600000000000364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86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работа с числовым выражением:;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запись;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чтение;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приведение примера ;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Тестирование;</w:t>
            </w:r>
          </w:p>
        </w:tc>
        <w:tc>
          <w:tcPr>
            <w:tcW w:type="dxa" w:w="1382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Учи.ру,РЭШ</w:t>
            </w:r>
          </w:p>
        </w:tc>
      </w:tr>
      <w:tr>
        <w:trPr>
          <w:trHeight w:hRule="exact" w:val="1694"/>
        </w:trPr>
        <w:tc>
          <w:tcPr>
            <w:tcW w:type="dxa" w:w="39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3.5.</w:t>
            </w:r>
          </w:p>
        </w:tc>
        <w:tc>
          <w:tcPr>
            <w:tcW w:type="dxa" w:w="4600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Сложение одинаковых слагаемых. Счёт по 2, по  3, по 5.</w:t>
            </w:r>
          </w:p>
        </w:tc>
        <w:tc>
          <w:tcPr>
            <w:tcW w:type="dxa" w:w="528"/>
            <w:tcBorders>
              <w:start w:sz="4.0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</w:t>
            </w:r>
          </w:p>
        </w:tc>
        <w:tc>
          <w:tcPr>
            <w:tcW w:type="dxa" w:w="110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4"/>
            <w:tcBorders>
              <w:start w:sz="4.800000000000182" w:val="single" w:color="#000000"/>
              <w:top w:sz="4.800000000000182" w:val="single" w:color="#000000"/>
              <w:end w:sz="5.600000000000364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02.10.2022</w:t>
            </w:r>
          </w:p>
        </w:tc>
        <w:tc>
          <w:tcPr>
            <w:tcW w:type="dxa" w:w="4252"/>
            <w:tcBorders>
              <w:start w:sz="5.600000000000364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8" w:after="0"/>
              <w:ind w:left="72" w:right="86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Работа в парах/группах: проверка правильности;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вычисления 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использованием раздаточного материала;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линейки;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модели действия;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 образцу;;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;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Самооценка с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использованием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«Оценочного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листа»;</w:t>
            </w:r>
          </w:p>
        </w:tc>
        <w:tc>
          <w:tcPr>
            <w:tcW w:type="dxa" w:w="138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Учи.ру,РЭШ</w:t>
            </w:r>
          </w:p>
        </w:tc>
      </w:tr>
      <w:tr>
        <w:trPr>
          <w:trHeight w:hRule="exact" w:val="1096"/>
        </w:trPr>
        <w:tc>
          <w:tcPr>
            <w:tcW w:type="dxa" w:w="39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3.6.</w:t>
            </w:r>
          </w:p>
        </w:tc>
        <w:tc>
          <w:tcPr>
            <w:tcW w:type="dxa" w:w="4600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Прибавление и вычитание нуля.</w:t>
            </w:r>
          </w:p>
        </w:tc>
        <w:tc>
          <w:tcPr>
            <w:tcW w:type="dxa" w:w="528"/>
            <w:tcBorders>
              <w:start w:sz="4.0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800000000000182" w:val="single" w:color="#000000"/>
              <w:top w:sz="4.800000000000182" w:val="single" w:color="#000000"/>
              <w:end w:sz="5.600000000000364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04.10.2022</w:t>
            </w:r>
          </w:p>
        </w:tc>
        <w:tc>
          <w:tcPr>
            <w:tcW w:type="dxa" w:w="4252"/>
            <w:tcBorders>
              <w:start w:sz="5.600000000000364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6" w:after="0"/>
              <w:ind w:left="72" w:right="115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Использование разных способов подсчёта;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суммы и разности;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использование переместительного свойства;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при нахождении суммы;;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Зачет;</w:t>
            </w:r>
          </w:p>
        </w:tc>
        <w:tc>
          <w:tcPr>
            <w:tcW w:type="dxa" w:w="138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Учи.ру,РЭШ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4" w:right="640" w:bottom="514" w:left="666" w:header="720" w:footer="720" w:gutter="0"/>
          <w:cols w:space="720" w:num="1" w:equalWidth="0">
            <w:col w:w="15534" w:space="0"/>
            <w:col w:w="15534" w:space="0"/>
            <w:col w:w="10084" w:space="0"/>
            <w:col w:w="10444" w:space="0"/>
            <w:col w:w="10332" w:space="0"/>
            <w:col w:w="10584" w:space="0"/>
            <w:col w:w="10268" w:space="0"/>
            <w:col w:w="10584" w:space="0"/>
            <w:col w:w="10406" w:space="0"/>
            <w:col w:w="10600" w:space="0"/>
            <w:col w:w="9684" w:space="0"/>
            <w:col w:w="6040" w:space="0"/>
            <w:col w:w="3644" w:space="0"/>
            <w:col w:w="96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726"/>
        <w:gridCol w:w="1726"/>
        <w:gridCol w:w="1726"/>
        <w:gridCol w:w="1726"/>
        <w:gridCol w:w="1726"/>
        <w:gridCol w:w="1726"/>
        <w:gridCol w:w="1726"/>
        <w:gridCol w:w="1726"/>
        <w:gridCol w:w="1726"/>
      </w:tblGrid>
      <w:tr>
        <w:trPr>
          <w:trHeight w:hRule="exact" w:val="924"/>
        </w:trPr>
        <w:tc>
          <w:tcPr>
            <w:tcW w:type="dxa" w:w="39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3.7.</w:t>
            </w:r>
          </w:p>
        </w:tc>
        <w:tc>
          <w:tcPr>
            <w:tcW w:type="dxa" w:w="4600"/>
            <w:tcBorders>
              <w:start w:sz="4.800000000000011" w:val="single" w:color="#000000"/>
              <w:top w:sz="4.800000000000011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Сложение и вычитание чисел без перехода и с  переходом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через десяток.</w:t>
            </w:r>
          </w:p>
        </w:tc>
        <w:tc>
          <w:tcPr>
            <w:tcW w:type="dxa" w:w="528"/>
            <w:tcBorders>
              <w:start w:sz="4.0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11</w:t>
            </w:r>
          </w:p>
        </w:tc>
        <w:tc>
          <w:tcPr>
            <w:tcW w:type="dxa" w:w="110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4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864"/>
            <w:tcBorders>
              <w:start w:sz="4.800000000000182" w:val="single" w:color="#000000"/>
              <w:top w:sz="4.800000000000011" w:val="single" w:color="#000000"/>
              <w:end w:sz="5.600000000000364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05.10.2022</w:t>
            </w:r>
          </w:p>
        </w:tc>
        <w:tc>
          <w:tcPr>
            <w:tcW w:type="dxa" w:w="4252"/>
            <w:tcBorders>
              <w:start w:sz="5.600000000000364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115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Моделирование. Иллюстрация с помощью;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предметной модели;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переместительного свойства сложения;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способа ;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опрос;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контроль;</w:t>
            </w:r>
          </w:p>
        </w:tc>
        <w:tc>
          <w:tcPr>
            <w:tcW w:type="dxa" w:w="1382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Учи.ру,РЭШ</w:t>
            </w:r>
          </w:p>
        </w:tc>
      </w:tr>
      <w:tr>
        <w:trPr>
          <w:trHeight w:hRule="exact" w:val="1514"/>
        </w:trPr>
        <w:tc>
          <w:tcPr>
            <w:tcW w:type="dxa" w:w="39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3.8.</w:t>
            </w:r>
          </w:p>
        </w:tc>
        <w:tc>
          <w:tcPr>
            <w:tcW w:type="dxa" w:w="4600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Вычисление суммы, разности трёх чисел.</w:t>
            </w:r>
          </w:p>
        </w:tc>
        <w:tc>
          <w:tcPr>
            <w:tcW w:type="dxa" w:w="528"/>
            <w:tcBorders>
              <w:start w:sz="4.0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800000000000182" w:val="single" w:color="#000000"/>
              <w:top w:sz="4.7999999999999545" w:val="single" w:color="#000000"/>
              <w:end w:sz="5.600000000000364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07.10.2022</w:t>
            </w:r>
          </w:p>
        </w:tc>
        <w:tc>
          <w:tcPr>
            <w:tcW w:type="dxa" w:w="4252"/>
            <w:tcBorders>
              <w:start w:sz="5.600000000000364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8" w:after="0"/>
              <w:ind w:left="72" w:right="86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Работа в парах/группах: проверка правильности;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вычисления 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использованием раздаточного материала;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линейки;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модели действия;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по образцу; ;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Контрольная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38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Учи.ру,РЭШ</w:t>
            </w:r>
          </w:p>
        </w:tc>
      </w:tr>
      <w:tr>
        <w:trPr>
          <w:trHeight w:hRule="exact" w:val="348"/>
        </w:trPr>
        <w:tc>
          <w:tcPr>
            <w:tcW w:type="dxa" w:w="4996"/>
            <w:gridSpan w:val="2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разделу</w:t>
            </w:r>
          </w:p>
        </w:tc>
        <w:tc>
          <w:tcPr>
            <w:tcW w:type="dxa" w:w="528"/>
            <w:tcBorders>
              <w:start w:sz="4.0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41</w:t>
            </w:r>
          </w:p>
        </w:tc>
        <w:tc>
          <w:tcPr>
            <w:tcW w:type="dxa" w:w="9978"/>
            <w:gridSpan w:val="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48"/>
        </w:trPr>
        <w:tc>
          <w:tcPr>
            <w:tcW w:type="dxa" w:w="15502"/>
            <w:gridSpan w:val="9"/>
            <w:tcBorders>
              <w:start w:sz="4.800000000000011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Раздел 4.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 Текстовые задачи</w:t>
            </w:r>
          </w:p>
        </w:tc>
      </w:tr>
      <w:tr>
        <w:trPr>
          <w:trHeight w:hRule="exact" w:val="1692"/>
        </w:trPr>
        <w:tc>
          <w:tcPr>
            <w:tcW w:type="dxa" w:w="39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4.1.</w:t>
            </w:r>
          </w:p>
        </w:tc>
        <w:tc>
          <w:tcPr>
            <w:tcW w:type="dxa" w:w="4600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576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Текстовая задача: структурные элементы, составление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текстовой задачи по  образцу.</w:t>
            </w:r>
          </w:p>
        </w:tc>
        <w:tc>
          <w:tcPr>
            <w:tcW w:type="dxa" w:w="528"/>
            <w:tcBorders>
              <w:start w:sz="4.0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800000000000182" w:val="single" w:color="#000000"/>
              <w:top w:sz="4.800000000000182" w:val="single" w:color="#000000"/>
              <w:end w:sz="5.600000000000364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09.10.2022</w:t>
            </w:r>
          </w:p>
        </w:tc>
        <w:tc>
          <w:tcPr>
            <w:tcW w:type="dxa" w:w="4252"/>
            <w:tcBorders>
              <w:start w:sz="5.600000000000364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6" w:after="0"/>
              <w:ind w:left="72" w:right="115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Коллективное обсуждение: анализ реальной;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ситуации;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представленной с помощью рисунка;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иллюстрации;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текста;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таблицы;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;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опрос;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контроль;</w:t>
            </w:r>
          </w:p>
        </w:tc>
        <w:tc>
          <w:tcPr>
            <w:tcW w:type="dxa" w:w="138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Учи.ру,РЭШ</w:t>
            </w:r>
          </w:p>
        </w:tc>
      </w:tr>
      <w:tr>
        <w:trPr>
          <w:trHeight w:hRule="exact" w:val="926"/>
        </w:trPr>
        <w:tc>
          <w:tcPr>
            <w:tcW w:type="dxa" w:w="39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4.2.</w:t>
            </w:r>
          </w:p>
        </w:tc>
        <w:tc>
          <w:tcPr>
            <w:tcW w:type="dxa" w:w="4600"/>
            <w:tcBorders>
              <w:start w:sz="4.800000000000011" w:val="single" w:color="#000000"/>
              <w:top w:sz="4.799999999999727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72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Зависимость между данными и искомой величиной в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текстовой задаче.</w:t>
            </w:r>
          </w:p>
        </w:tc>
        <w:tc>
          <w:tcPr>
            <w:tcW w:type="dxa" w:w="528"/>
            <w:tcBorders>
              <w:start w:sz="4.0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800000000000182" w:val="single" w:color="#000000"/>
              <w:top w:sz="4.799999999999727" w:val="single" w:color="#000000"/>
              <w:end w:sz="5.600000000000364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11.10.2022</w:t>
            </w:r>
          </w:p>
        </w:tc>
        <w:tc>
          <w:tcPr>
            <w:tcW w:type="dxa" w:w="4252"/>
            <w:tcBorders>
              <w:start w:sz="5.600000000000364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86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Обобщение представлений о текстовых задачах;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решаемых с помощью действий сложения и;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вычитания ;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Тестирование;</w:t>
            </w:r>
          </w:p>
        </w:tc>
        <w:tc>
          <w:tcPr>
            <w:tcW w:type="dxa" w:w="1382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Учи.ру,РЭШ</w:t>
            </w:r>
          </w:p>
        </w:tc>
      </w:tr>
      <w:tr>
        <w:trPr>
          <w:trHeight w:hRule="exact" w:val="540"/>
        </w:trPr>
        <w:tc>
          <w:tcPr>
            <w:tcW w:type="dxa" w:w="39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4.3.</w:t>
            </w:r>
          </w:p>
        </w:tc>
        <w:tc>
          <w:tcPr>
            <w:tcW w:type="dxa" w:w="4600"/>
            <w:tcBorders>
              <w:start w:sz="4.800000000000011" w:val="single" w:color="#000000"/>
              <w:top w:sz="4.799999999999727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Выбор и запись арифметического действия для получения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ответа на вопрос.</w:t>
            </w:r>
          </w:p>
        </w:tc>
        <w:tc>
          <w:tcPr>
            <w:tcW w:type="dxa" w:w="528"/>
            <w:tcBorders>
              <w:start w:sz="4.0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</w:t>
            </w:r>
          </w:p>
        </w:tc>
        <w:tc>
          <w:tcPr>
            <w:tcW w:type="dxa" w:w="110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800000000000182" w:val="single" w:color="#000000"/>
              <w:top w:sz="4.799999999999727" w:val="single" w:color="#000000"/>
              <w:end w:sz="5.600000000000364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13.10.2022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14.10.2022</w:t>
            </w:r>
          </w:p>
        </w:tc>
        <w:tc>
          <w:tcPr>
            <w:tcW w:type="dxa" w:w="4252"/>
            <w:tcBorders>
              <w:start w:sz="5.600000000000364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Соотношение текста задачи и ее модели;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контроль;</w:t>
            </w:r>
          </w:p>
        </w:tc>
        <w:tc>
          <w:tcPr>
            <w:tcW w:type="dxa" w:w="1382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Учи.ру,РЭШ</w:t>
            </w:r>
          </w:p>
        </w:tc>
      </w:tr>
      <w:tr>
        <w:trPr>
          <w:trHeight w:hRule="exact" w:val="924"/>
        </w:trPr>
        <w:tc>
          <w:tcPr>
            <w:tcW w:type="dxa" w:w="39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4.4.</w:t>
            </w:r>
          </w:p>
        </w:tc>
        <w:tc>
          <w:tcPr>
            <w:tcW w:type="dxa" w:w="4600"/>
            <w:tcBorders>
              <w:start w:sz="4.800000000000011" w:val="single" w:color="#000000"/>
              <w:top w:sz="4.799999999999727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Текстовая сюжетная задача в одно действие: запись решения,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ответа задачи.</w:t>
            </w:r>
          </w:p>
        </w:tc>
        <w:tc>
          <w:tcPr>
            <w:tcW w:type="dxa" w:w="528"/>
            <w:tcBorders>
              <w:start w:sz="4.0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6</w:t>
            </w:r>
          </w:p>
        </w:tc>
        <w:tc>
          <w:tcPr>
            <w:tcW w:type="dxa" w:w="110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4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800000000000182" w:val="single" w:color="#000000"/>
              <w:top w:sz="4.799999999999727" w:val="single" w:color="#000000"/>
              <w:end w:sz="5.600000000000364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16.10.2022</w:t>
            </w:r>
          </w:p>
        </w:tc>
        <w:tc>
          <w:tcPr>
            <w:tcW w:type="dxa" w:w="4252"/>
            <w:tcBorders>
              <w:start w:sz="5.600000000000364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86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Обобщение представлений о текстовых задачах;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решаемых с помощью действий сложения и;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вычитания;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Устный опрос;</w:t>
            </w:r>
          </w:p>
        </w:tc>
        <w:tc>
          <w:tcPr>
            <w:tcW w:type="dxa" w:w="1382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Учи.ру,РЭШ</w:t>
            </w:r>
          </w:p>
        </w:tc>
      </w:tr>
      <w:tr>
        <w:trPr>
          <w:trHeight w:hRule="exact" w:val="732"/>
        </w:trPr>
        <w:tc>
          <w:tcPr>
            <w:tcW w:type="dxa" w:w="39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4.5.</w:t>
            </w:r>
          </w:p>
        </w:tc>
        <w:tc>
          <w:tcPr>
            <w:tcW w:type="dxa" w:w="4600"/>
            <w:tcBorders>
              <w:start w:sz="4.800000000000011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Обнаружение недостающего элемента задачи, дополнение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текста задачи числовыми данными (по  иллюстрации, смыслу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задачи, её решению).</w:t>
            </w:r>
          </w:p>
        </w:tc>
        <w:tc>
          <w:tcPr>
            <w:tcW w:type="dxa" w:w="528"/>
            <w:tcBorders>
              <w:start w:sz="4.0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</w:t>
            </w:r>
          </w:p>
        </w:tc>
        <w:tc>
          <w:tcPr>
            <w:tcW w:type="dxa" w:w="110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800000000000182" w:val="single" w:color="#000000"/>
              <w:top w:sz="4.799999999999727" w:val="single" w:color="#000000"/>
              <w:end w:sz="5.600000000000364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18.10.2022</w:t>
            </w:r>
          </w:p>
        </w:tc>
        <w:tc>
          <w:tcPr>
            <w:tcW w:type="dxa" w:w="4252"/>
            <w:tcBorders>
              <w:start w:sz="5.600000000000364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72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Моделирование: описание словами и с помощью;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предметной модели сюжетной ситуации и;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математическогоотношения;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Контрольная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382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Учи.ру,РЭШ</w:t>
            </w:r>
          </w:p>
        </w:tc>
      </w:tr>
      <w:tr>
        <w:trPr>
          <w:trHeight w:hRule="exact" w:val="348"/>
        </w:trPr>
        <w:tc>
          <w:tcPr>
            <w:tcW w:type="dxa" w:w="4996"/>
            <w:gridSpan w:val="2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разделу</w:t>
            </w:r>
          </w:p>
        </w:tc>
        <w:tc>
          <w:tcPr>
            <w:tcW w:type="dxa" w:w="528"/>
            <w:tcBorders>
              <w:start w:sz="4.0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17</w:t>
            </w:r>
          </w:p>
        </w:tc>
        <w:tc>
          <w:tcPr>
            <w:tcW w:type="dxa" w:w="9978"/>
            <w:gridSpan w:val="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50"/>
        </w:trPr>
        <w:tc>
          <w:tcPr>
            <w:tcW w:type="dxa" w:w="15502"/>
            <w:gridSpan w:val="9"/>
            <w:tcBorders>
              <w:start w:sz="4.800000000000011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Раздел 5.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 Пространственные отношения и  геометрические фигуры</w:t>
            </w:r>
          </w:p>
        </w:tc>
      </w:tr>
      <w:tr>
        <w:trPr>
          <w:trHeight w:hRule="exact" w:val="924"/>
        </w:trPr>
        <w:tc>
          <w:tcPr>
            <w:tcW w:type="dxa" w:w="39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5.1.</w:t>
            </w:r>
          </w:p>
        </w:tc>
        <w:tc>
          <w:tcPr>
            <w:tcW w:type="dxa" w:w="4600"/>
            <w:tcBorders>
              <w:start w:sz="4.800000000000011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576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Расположение предметов и  объектов на плоскости, в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пространстве: слева/справа, сверху/снизу, между;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установление пространственных отношений.</w:t>
            </w:r>
          </w:p>
        </w:tc>
        <w:tc>
          <w:tcPr>
            <w:tcW w:type="dxa" w:w="528"/>
            <w:tcBorders>
              <w:start w:sz="4.0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4"/>
            <w:tcBorders>
              <w:start w:sz="4.800000000000182" w:val="single" w:color="#000000"/>
              <w:top w:sz="4.799999999999727" w:val="single" w:color="#000000"/>
              <w:end w:sz="5.600000000000364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20.10.2022</w:t>
            </w:r>
          </w:p>
        </w:tc>
        <w:tc>
          <w:tcPr>
            <w:tcW w:type="dxa" w:w="4252"/>
            <w:tcBorders>
              <w:start w:sz="5.600000000000364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144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Распознавание и называние известных;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геометрических фигур;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обнаружение в;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окружающем мире их моделей;;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Устный опрос;</w:t>
            </w:r>
          </w:p>
        </w:tc>
        <w:tc>
          <w:tcPr>
            <w:tcW w:type="dxa" w:w="1382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Учи.ру,РЭШ</w:t>
            </w:r>
          </w:p>
        </w:tc>
      </w:tr>
      <w:tr>
        <w:trPr>
          <w:trHeight w:hRule="exact" w:val="1096"/>
        </w:trPr>
        <w:tc>
          <w:tcPr>
            <w:tcW w:type="dxa" w:w="39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5.2.</w:t>
            </w:r>
          </w:p>
        </w:tc>
        <w:tc>
          <w:tcPr>
            <w:tcW w:type="dxa" w:w="4600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Распознавание объекта и его отражения.</w:t>
            </w:r>
          </w:p>
        </w:tc>
        <w:tc>
          <w:tcPr>
            <w:tcW w:type="dxa" w:w="528"/>
            <w:tcBorders>
              <w:start w:sz="4.0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800000000000182" w:val="single" w:color="#000000"/>
              <w:top w:sz="4.800000000000182" w:val="single" w:color="#000000"/>
              <w:end w:sz="5.600000000000364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22.10.2022</w:t>
            </w:r>
          </w:p>
        </w:tc>
        <w:tc>
          <w:tcPr>
            <w:tcW w:type="dxa" w:w="4252"/>
            <w:tcBorders>
              <w:start w:sz="5.600000000000364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6" w:after="0"/>
              <w:ind w:left="72" w:right="1296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Игровые упражнения: «Угадай фигуру по;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описанию»;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«Расположи фигуры в заданном;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порядке»;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«Найди модели фигур в классе» и т. п.;;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Контрольная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38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Учи.ру,РЭШ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4" w:right="640" w:bottom="316" w:left="666" w:header="720" w:footer="720" w:gutter="0"/>
          <w:cols w:space="720" w:num="1" w:equalWidth="0">
            <w:col w:w="15534" w:space="0"/>
            <w:col w:w="15534" w:space="0"/>
            <w:col w:w="15534" w:space="0"/>
            <w:col w:w="10084" w:space="0"/>
            <w:col w:w="10444" w:space="0"/>
            <w:col w:w="10332" w:space="0"/>
            <w:col w:w="10584" w:space="0"/>
            <w:col w:w="10268" w:space="0"/>
            <w:col w:w="10584" w:space="0"/>
            <w:col w:w="10406" w:space="0"/>
            <w:col w:w="10600" w:space="0"/>
            <w:col w:w="9684" w:space="0"/>
            <w:col w:w="6040" w:space="0"/>
            <w:col w:w="3644" w:space="0"/>
            <w:col w:w="96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726"/>
        <w:gridCol w:w="1726"/>
        <w:gridCol w:w="1726"/>
        <w:gridCol w:w="1726"/>
        <w:gridCol w:w="1726"/>
        <w:gridCol w:w="1726"/>
        <w:gridCol w:w="1726"/>
        <w:gridCol w:w="1726"/>
        <w:gridCol w:w="1726"/>
      </w:tblGrid>
      <w:tr>
        <w:trPr>
          <w:trHeight w:hRule="exact" w:val="1116"/>
        </w:trPr>
        <w:tc>
          <w:tcPr>
            <w:tcW w:type="dxa" w:w="39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5.3.</w:t>
            </w:r>
          </w:p>
        </w:tc>
        <w:tc>
          <w:tcPr>
            <w:tcW w:type="dxa" w:w="4600"/>
            <w:tcBorders>
              <w:start w:sz="4.800000000000011" w:val="single" w:color="#000000"/>
              <w:top w:sz="4.800000000000011" w:val="single" w:color="#000000"/>
              <w:end w:sz="4.0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Геометрические фигуры: распознавание круга, треугольника,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прямоугольника, отрезка.</w:t>
            </w:r>
          </w:p>
        </w:tc>
        <w:tc>
          <w:tcPr>
            <w:tcW w:type="dxa" w:w="528"/>
            <w:tcBorders>
              <w:start w:sz="4.0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</w:t>
            </w:r>
          </w:p>
        </w:tc>
        <w:tc>
          <w:tcPr>
            <w:tcW w:type="dxa" w:w="110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4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4"/>
            <w:tcBorders>
              <w:start w:sz="4.800000000000182" w:val="single" w:color="#000000"/>
              <w:top w:sz="4.800000000000011" w:val="single" w:color="#000000"/>
              <w:end w:sz="5.600000000000364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24.10.2022</w:t>
            </w:r>
          </w:p>
        </w:tc>
        <w:tc>
          <w:tcPr>
            <w:tcW w:type="dxa" w:w="4252"/>
            <w:tcBorders>
              <w:start w:sz="5.600000000000364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216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Анализ изображения (узора;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геометрической;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фигуры);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называние элементов узора;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;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опрос;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контроль;</w:t>
            </w:r>
          </w:p>
        </w:tc>
        <w:tc>
          <w:tcPr>
            <w:tcW w:type="dxa" w:w="1382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Учи.ру,РЭШ</w:t>
            </w:r>
          </w:p>
        </w:tc>
      </w:tr>
      <w:tr>
        <w:trPr>
          <w:trHeight w:hRule="exact" w:val="1118"/>
        </w:trPr>
        <w:tc>
          <w:tcPr>
            <w:tcW w:type="dxa" w:w="396"/>
            <w:tcBorders>
              <w:start w:sz="4.800000000000011" w:val="single" w:color="#000000"/>
              <w:top w:sz="4.800000000000068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5.4.</w:t>
            </w:r>
          </w:p>
        </w:tc>
        <w:tc>
          <w:tcPr>
            <w:tcW w:type="dxa" w:w="4600"/>
            <w:tcBorders>
              <w:start w:sz="4.800000000000011" w:val="single" w:color="#000000"/>
              <w:top w:sz="4.800000000000068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Построение отрезка, квадрата, треугольника с помощью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линейки; измерение длины отрезка в сантиметрах.</w:t>
            </w:r>
          </w:p>
        </w:tc>
        <w:tc>
          <w:tcPr>
            <w:tcW w:type="dxa" w:w="528"/>
            <w:tcBorders>
              <w:start w:sz="4.0" w:val="single" w:color="#000000"/>
              <w:top w:sz="4.800000000000068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</w:t>
            </w:r>
          </w:p>
        </w:tc>
        <w:tc>
          <w:tcPr>
            <w:tcW w:type="dxa" w:w="1104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4"/>
            <w:tcBorders>
              <w:start w:sz="4.800000000000182" w:val="single" w:color="#000000"/>
              <w:top w:sz="4.800000000000068" w:val="single" w:color="#000000"/>
              <w:end w:sz="5.600000000000364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26.10.2022</w:t>
            </w:r>
          </w:p>
        </w:tc>
        <w:tc>
          <w:tcPr>
            <w:tcW w:type="dxa" w:w="4252"/>
            <w:tcBorders>
              <w:start w:sz="5.600000000000364" w:val="single" w:color="#000000"/>
              <w:top w:sz="4.800000000000068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216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Анализ изображения (узора;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геометрической;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фигуры);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называние элементов узора;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;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опрос;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Контрольная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382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Учи.ру,РЭШ</w:t>
            </w:r>
          </w:p>
        </w:tc>
      </w:tr>
      <w:tr>
        <w:trPr>
          <w:trHeight w:hRule="exact" w:val="1308"/>
        </w:trPr>
        <w:tc>
          <w:tcPr>
            <w:tcW w:type="dxa" w:w="39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5.5.</w:t>
            </w:r>
          </w:p>
        </w:tc>
        <w:tc>
          <w:tcPr>
            <w:tcW w:type="dxa" w:w="4600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Длина стороны прямоугольника, квадрата, треугольника.</w:t>
            </w:r>
          </w:p>
        </w:tc>
        <w:tc>
          <w:tcPr>
            <w:tcW w:type="dxa" w:w="528"/>
            <w:tcBorders>
              <w:start w:sz="4.0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</w:t>
            </w:r>
          </w:p>
        </w:tc>
        <w:tc>
          <w:tcPr>
            <w:tcW w:type="dxa" w:w="110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4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800000000000182" w:val="single" w:color="#000000"/>
              <w:top w:sz="4.800000000000182" w:val="single" w:color="#000000"/>
              <w:end w:sz="5.600000000000364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28.10.2022</w:t>
            </w:r>
          </w:p>
        </w:tc>
        <w:tc>
          <w:tcPr>
            <w:tcW w:type="dxa" w:w="4252"/>
            <w:tcBorders>
              <w:start w:sz="5.600000000000364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6" w:after="0"/>
              <w:ind w:left="72" w:right="86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Практические работы: измерение длины отрезка;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ломаной;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длины стороны квадрата;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сторон;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прямоугольника. ;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6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Контрольная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работа;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Зачет;</w:t>
            </w:r>
          </w:p>
        </w:tc>
        <w:tc>
          <w:tcPr>
            <w:tcW w:type="dxa" w:w="138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Учи.ру,РЭШ</w:t>
            </w:r>
          </w:p>
        </w:tc>
      </w:tr>
      <w:tr>
        <w:trPr>
          <w:trHeight w:hRule="exact" w:val="1308"/>
        </w:trPr>
        <w:tc>
          <w:tcPr>
            <w:tcW w:type="dxa" w:w="39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5.6.</w:t>
            </w:r>
          </w:p>
        </w:tc>
        <w:tc>
          <w:tcPr>
            <w:tcW w:type="dxa" w:w="4600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Изображение прямоугольника, квадрата, треугольника.</w:t>
            </w:r>
          </w:p>
        </w:tc>
        <w:tc>
          <w:tcPr>
            <w:tcW w:type="dxa" w:w="528"/>
            <w:tcBorders>
              <w:start w:sz="4.0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</w:t>
            </w:r>
          </w:p>
        </w:tc>
        <w:tc>
          <w:tcPr>
            <w:tcW w:type="dxa" w:w="110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4"/>
            <w:tcBorders>
              <w:start w:sz="4.800000000000182" w:val="single" w:color="#000000"/>
              <w:top w:sz="4.7999999999999545" w:val="single" w:color="#000000"/>
              <w:end w:sz="5.600000000000364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30.10.2022</w:t>
            </w:r>
          </w:p>
        </w:tc>
        <w:tc>
          <w:tcPr>
            <w:tcW w:type="dxa" w:w="4252"/>
            <w:tcBorders>
              <w:start w:sz="5.600000000000364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86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Практические работы: измерение длины отрезка;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ломаной;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длины стороны квадрата;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сторон;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;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Самооценка с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использованием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«Оценочного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листа»;</w:t>
            </w:r>
          </w:p>
        </w:tc>
        <w:tc>
          <w:tcPr>
            <w:tcW w:type="dxa" w:w="138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Учи.ру,РЭШ</w:t>
            </w:r>
          </w:p>
        </w:tc>
      </w:tr>
      <w:tr>
        <w:trPr>
          <w:trHeight w:hRule="exact" w:val="350"/>
        </w:trPr>
        <w:tc>
          <w:tcPr>
            <w:tcW w:type="dxa" w:w="4996"/>
            <w:gridSpan w:val="2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5.600000000000364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разделу</w:t>
            </w:r>
          </w:p>
        </w:tc>
        <w:tc>
          <w:tcPr>
            <w:tcW w:type="dxa" w:w="528"/>
            <w:tcBorders>
              <w:start w:sz="4.0" w:val="single" w:color="#000000"/>
              <w:top w:sz="4.800000000000182" w:val="single" w:color="#000000"/>
              <w:end w:sz="4.800000000000182" w:val="single" w:color="#000000"/>
              <w:bottom w:sz="5.60000000000036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20</w:t>
            </w:r>
          </w:p>
        </w:tc>
        <w:tc>
          <w:tcPr>
            <w:tcW w:type="dxa" w:w="9978"/>
            <w:gridSpan w:val="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5.600000000000364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48"/>
        </w:trPr>
        <w:tc>
          <w:tcPr>
            <w:tcW w:type="dxa" w:w="15502"/>
            <w:gridSpan w:val="9"/>
            <w:tcBorders>
              <w:start w:sz="4.800000000000011" w:val="single" w:color="#000000"/>
              <w:top w:sz="5.600000000000364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4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Раздел 6.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 Математическая информация</w:t>
            </w:r>
          </w:p>
        </w:tc>
      </w:tr>
      <w:tr>
        <w:trPr>
          <w:trHeight w:hRule="exact" w:val="972"/>
        </w:trPr>
        <w:tc>
          <w:tcPr>
            <w:tcW w:type="dxa" w:w="39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6.1.</w:t>
            </w:r>
          </w:p>
        </w:tc>
        <w:tc>
          <w:tcPr>
            <w:tcW w:type="dxa" w:w="4600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Сбор данных об объекте по  образцу. Характеристики объекта,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группы объектов (количество, форма, размер); выбор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предметов по образцу (по  заданным признакам).</w:t>
            </w:r>
          </w:p>
        </w:tc>
        <w:tc>
          <w:tcPr>
            <w:tcW w:type="dxa" w:w="528"/>
            <w:tcBorders>
              <w:start w:sz="4.0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800000000000182" w:val="single" w:color="#000000"/>
              <w:top w:sz="4.800000000000182" w:val="single" w:color="#000000"/>
              <w:end w:sz="5.600000000000364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01.11.2022</w:t>
            </w:r>
          </w:p>
        </w:tc>
        <w:tc>
          <w:tcPr>
            <w:tcW w:type="dxa" w:w="4252"/>
            <w:tcBorders>
              <w:start w:sz="5.600000000000364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115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Коллективное наблюдение: распознавание в;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окружающем мире ситуаций;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которые;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целесообразно сформулировать на языке;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Устный опрос;</w:t>
            </w:r>
          </w:p>
        </w:tc>
        <w:tc>
          <w:tcPr>
            <w:tcW w:type="dxa" w:w="138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Учи.ру,РЭШ</w:t>
            </w:r>
          </w:p>
        </w:tc>
      </w:tr>
      <w:tr>
        <w:trPr>
          <w:trHeight w:hRule="exact" w:val="1116"/>
        </w:trPr>
        <w:tc>
          <w:tcPr>
            <w:tcW w:type="dxa" w:w="39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6.2.</w:t>
            </w:r>
          </w:p>
        </w:tc>
        <w:tc>
          <w:tcPr>
            <w:tcW w:type="dxa" w:w="4600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Группировка объектов по  заданному признаку.</w:t>
            </w:r>
          </w:p>
        </w:tc>
        <w:tc>
          <w:tcPr>
            <w:tcW w:type="dxa" w:w="528"/>
            <w:tcBorders>
              <w:start w:sz="4.0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864"/>
            <w:tcBorders>
              <w:start w:sz="4.800000000000182" w:val="single" w:color="#000000"/>
              <w:top w:sz="4.800000000000182" w:val="single" w:color="#000000"/>
              <w:end w:sz="5.600000000000364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10.11.2022</w:t>
            </w:r>
          </w:p>
        </w:tc>
        <w:tc>
          <w:tcPr>
            <w:tcW w:type="dxa" w:w="4252"/>
            <w:tcBorders>
              <w:start w:sz="5.600000000000364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144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Наблюдение за числами в окружающем;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мире;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описание словами наблюдаемых;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6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Контрольная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работа;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Зачет;</w:t>
            </w:r>
          </w:p>
        </w:tc>
        <w:tc>
          <w:tcPr>
            <w:tcW w:type="dxa" w:w="138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Учи.ру,РЭШ</w:t>
            </w:r>
          </w:p>
        </w:tc>
      </w:tr>
      <w:tr>
        <w:trPr>
          <w:trHeight w:hRule="exact" w:val="926"/>
        </w:trPr>
        <w:tc>
          <w:tcPr>
            <w:tcW w:type="dxa" w:w="39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6.3.</w:t>
            </w:r>
          </w:p>
        </w:tc>
        <w:tc>
          <w:tcPr>
            <w:tcW w:type="dxa" w:w="4600"/>
            <w:tcBorders>
              <w:start w:sz="4.800000000000011" w:val="single" w:color="#000000"/>
              <w:top w:sz="4.799999999999727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Закономерность в ряду заданных объектов: её  обнаружение,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продолжение ряда.</w:t>
            </w:r>
          </w:p>
        </w:tc>
        <w:tc>
          <w:tcPr>
            <w:tcW w:type="dxa" w:w="528"/>
            <w:tcBorders>
              <w:start w:sz="4.0" w:val="single" w:color="#000000"/>
              <w:top w:sz="4.799999999999727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4"/>
            <w:tcBorders>
              <w:start w:sz="4.800000000000182" w:val="single" w:color="#000000"/>
              <w:top w:sz="4.799999999999727" w:val="single" w:color="#000000"/>
              <w:end w:sz="5.600000000000364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13.11.2022</w:t>
            </w:r>
          </w:p>
        </w:tc>
        <w:tc>
          <w:tcPr>
            <w:tcW w:type="dxa" w:w="4252"/>
            <w:tcBorders>
              <w:start w:sz="5.600000000000364" w:val="single" w:color="#000000"/>
              <w:top w:sz="4.799999999999727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86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Работа с наглядностью — рисунками;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содержащими математическую информацию.;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Формулирование вопросов и ответов по рисунку;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опрос;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контроль;</w:t>
            </w:r>
          </w:p>
        </w:tc>
        <w:tc>
          <w:tcPr>
            <w:tcW w:type="dxa" w:w="1382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Учи.ру,РЭШ</w:t>
            </w:r>
          </w:p>
        </w:tc>
      </w:tr>
      <w:tr>
        <w:trPr>
          <w:trHeight w:hRule="exact" w:val="924"/>
        </w:trPr>
        <w:tc>
          <w:tcPr>
            <w:tcW w:type="dxa" w:w="396"/>
            <w:tcBorders>
              <w:start w:sz="4.800000000000011" w:val="single" w:color="#000000"/>
              <w:top w:sz="4.0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6.4.</w:t>
            </w:r>
          </w:p>
        </w:tc>
        <w:tc>
          <w:tcPr>
            <w:tcW w:type="dxa" w:w="4600"/>
            <w:tcBorders>
              <w:start w:sz="4.800000000000011" w:val="single" w:color="#000000"/>
              <w:top w:sz="4.0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Верные (истинные) и  неверные (ложные) предложения,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составленные относительно заданного набора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математических объектов.</w:t>
            </w:r>
          </w:p>
        </w:tc>
        <w:tc>
          <w:tcPr>
            <w:tcW w:type="dxa" w:w="528"/>
            <w:tcBorders>
              <w:start w:sz="4.0" w:val="single" w:color="#000000"/>
              <w:top w:sz="4.0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864"/>
            <w:tcBorders>
              <w:start w:sz="4.800000000000182" w:val="single" w:color="#000000"/>
              <w:top w:sz="4.0" w:val="single" w:color="#000000"/>
              <w:end w:sz="5.600000000000364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14.11.2022</w:t>
            </w:r>
          </w:p>
        </w:tc>
        <w:tc>
          <w:tcPr>
            <w:tcW w:type="dxa" w:w="4252"/>
            <w:tcBorders>
              <w:start w:sz="5.600000000000364" w:val="single" w:color="#000000"/>
              <w:top w:sz="4.0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86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Дифференцированное задание: составление;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предложений;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характеризующих положение одного предмета;</w:t>
            </w:r>
          </w:p>
        </w:tc>
        <w:tc>
          <w:tcPr>
            <w:tcW w:type="dxa" w:w="1236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Тестирование;</w:t>
            </w:r>
          </w:p>
        </w:tc>
        <w:tc>
          <w:tcPr>
            <w:tcW w:type="dxa" w:w="1382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Учи.ру,РЭШ</w:t>
            </w:r>
          </w:p>
        </w:tc>
      </w:tr>
      <w:tr>
        <w:trPr>
          <w:trHeight w:hRule="exact" w:val="1096"/>
        </w:trPr>
        <w:tc>
          <w:tcPr>
            <w:tcW w:type="dxa" w:w="39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6.5.</w:t>
            </w:r>
          </w:p>
        </w:tc>
        <w:tc>
          <w:tcPr>
            <w:tcW w:type="dxa" w:w="4600"/>
            <w:tcBorders>
              <w:start w:sz="4.800000000000011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Чтение таблицы (содержащей не более четырёх данных);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извлечение данного из  строки, столбца; внесение одного-двух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данных в таблицу</w:t>
            </w:r>
          </w:p>
        </w:tc>
        <w:tc>
          <w:tcPr>
            <w:tcW w:type="dxa" w:w="528"/>
            <w:tcBorders>
              <w:start w:sz="4.0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4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864"/>
            <w:tcBorders>
              <w:start w:sz="4.800000000000182" w:val="single" w:color="#000000"/>
              <w:top w:sz="4.799999999999727" w:val="single" w:color="#000000"/>
              <w:end w:sz="5.600000000000364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17.11.2022</w:t>
            </w:r>
          </w:p>
        </w:tc>
        <w:tc>
          <w:tcPr>
            <w:tcW w:type="dxa" w:w="4252"/>
            <w:tcBorders>
              <w:start w:sz="5.600000000000364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6" w:after="0"/>
              <w:ind w:left="72" w:right="100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Работа в парах/группах: поиск общих свойств;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групп предметов (цвет;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форма;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величина;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;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382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Учи.ру,РЭШ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4" w:right="640" w:bottom="358" w:left="666" w:header="720" w:footer="720" w:gutter="0"/>
          <w:cols w:space="720" w:num="1" w:equalWidth="0">
            <w:col w:w="15534" w:space="0"/>
            <w:col w:w="15534" w:space="0"/>
            <w:col w:w="15534" w:space="0"/>
            <w:col w:w="15534" w:space="0"/>
            <w:col w:w="10084" w:space="0"/>
            <w:col w:w="10444" w:space="0"/>
            <w:col w:w="10332" w:space="0"/>
            <w:col w:w="10584" w:space="0"/>
            <w:col w:w="10268" w:space="0"/>
            <w:col w:w="10584" w:space="0"/>
            <w:col w:w="10406" w:space="0"/>
            <w:col w:w="10600" w:space="0"/>
            <w:col w:w="9684" w:space="0"/>
            <w:col w:w="6040" w:space="0"/>
            <w:col w:w="3644" w:space="0"/>
            <w:col w:w="96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726"/>
        <w:gridCol w:w="1726"/>
        <w:gridCol w:w="1726"/>
        <w:gridCol w:w="1726"/>
        <w:gridCol w:w="1726"/>
        <w:gridCol w:w="1726"/>
        <w:gridCol w:w="1726"/>
        <w:gridCol w:w="1726"/>
        <w:gridCol w:w="1726"/>
      </w:tblGrid>
      <w:tr>
        <w:trPr>
          <w:trHeight w:hRule="exact" w:val="1500"/>
        </w:trPr>
        <w:tc>
          <w:tcPr>
            <w:tcW w:type="dxa" w:w="39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6.6.</w:t>
            </w:r>
          </w:p>
        </w:tc>
        <w:tc>
          <w:tcPr>
            <w:tcW w:type="dxa" w:w="4600"/>
            <w:tcBorders>
              <w:start w:sz="4.800000000000011" w:val="single" w:color="#000000"/>
              <w:top w:sz="4.800000000000011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86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Чтение рисунка, схемы 1—2 числовыми данными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(значениями данных величин).</w:t>
            </w:r>
          </w:p>
        </w:tc>
        <w:tc>
          <w:tcPr>
            <w:tcW w:type="dxa" w:w="528"/>
            <w:tcBorders>
              <w:start w:sz="4.0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4"/>
            <w:tcBorders>
              <w:start w:sz="4.800000000000182" w:val="single" w:color="#000000"/>
              <w:top w:sz="4.800000000000011" w:val="single" w:color="#000000"/>
              <w:end w:sz="5.600000000000364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19.11.2022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20.11.2022</w:t>
            </w:r>
          </w:p>
        </w:tc>
        <w:tc>
          <w:tcPr>
            <w:tcW w:type="dxa" w:w="4252"/>
            <w:tcBorders>
              <w:start w:sz="5.600000000000364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144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Моделирование отношения («больше»;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;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«меньше»;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«равно»);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переместительное;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свойство сложения;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;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контроль;</w:t>
            </w:r>
          </w:p>
        </w:tc>
        <w:tc>
          <w:tcPr>
            <w:tcW w:type="dxa" w:w="1382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Учи.ру,РЭШ</w:t>
            </w:r>
          </w:p>
        </w:tc>
      </w:tr>
      <w:tr>
        <w:trPr>
          <w:trHeight w:hRule="exact" w:val="1118"/>
        </w:trPr>
        <w:tc>
          <w:tcPr>
            <w:tcW w:type="dxa" w:w="39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6.7.</w:t>
            </w:r>
          </w:p>
        </w:tc>
        <w:tc>
          <w:tcPr>
            <w:tcW w:type="dxa" w:w="4600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72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Выполнение 1—3-шаговых инструкций, связанных с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вычислениями, измерением длины, построением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геометрических фигур.</w:t>
            </w:r>
          </w:p>
        </w:tc>
        <w:tc>
          <w:tcPr>
            <w:tcW w:type="dxa" w:w="528"/>
            <w:tcBorders>
              <w:start w:sz="4.0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</w:t>
            </w:r>
          </w:p>
        </w:tc>
        <w:tc>
          <w:tcPr>
            <w:tcW w:type="dxa" w:w="110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4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4"/>
            <w:tcBorders>
              <w:start w:sz="4.800000000000182" w:val="single" w:color="#000000"/>
              <w:top w:sz="4.7999999999999545" w:val="single" w:color="#000000"/>
              <w:end w:sz="5.600000000000364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22.11.2022</w:t>
            </w:r>
          </w:p>
        </w:tc>
        <w:tc>
          <w:tcPr>
            <w:tcW w:type="dxa" w:w="4252"/>
            <w:tcBorders>
              <w:start w:sz="5.600000000000364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Работа с наглядностью — рисунками, содержащими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математическую информацию. Формулирование вопросов 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ответов по рисунку (иллюстрации, модели). Упорядочение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математических объектов с опорой на рисунок, сюжетную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ситуацию и пр.;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Тестирование;</w:t>
            </w:r>
          </w:p>
        </w:tc>
        <w:tc>
          <w:tcPr>
            <w:tcW w:type="dxa" w:w="138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Учи.ру,РЭШ</w:t>
            </w:r>
          </w:p>
        </w:tc>
      </w:tr>
      <w:tr>
        <w:trPr>
          <w:trHeight w:hRule="exact" w:val="348"/>
        </w:trPr>
        <w:tc>
          <w:tcPr>
            <w:tcW w:type="dxa" w:w="4996"/>
            <w:gridSpan w:val="2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разделу:</w:t>
            </w:r>
          </w:p>
        </w:tc>
        <w:tc>
          <w:tcPr>
            <w:tcW w:type="dxa" w:w="528"/>
            <w:tcBorders>
              <w:start w:sz="4.0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15</w:t>
            </w:r>
          </w:p>
        </w:tc>
        <w:tc>
          <w:tcPr>
            <w:tcW w:type="dxa" w:w="9978"/>
            <w:gridSpan w:val="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48"/>
        </w:trPr>
        <w:tc>
          <w:tcPr>
            <w:tcW w:type="dxa" w:w="4996"/>
            <w:gridSpan w:val="2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Резервное время</w:t>
            </w:r>
          </w:p>
        </w:tc>
        <w:tc>
          <w:tcPr>
            <w:tcW w:type="dxa" w:w="528"/>
            <w:tcBorders>
              <w:start w:sz="4.0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11</w:t>
            </w:r>
          </w:p>
        </w:tc>
        <w:tc>
          <w:tcPr>
            <w:tcW w:type="dxa" w:w="9978"/>
            <w:gridSpan w:val="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28"/>
        </w:trPr>
        <w:tc>
          <w:tcPr>
            <w:tcW w:type="dxa" w:w="4996"/>
            <w:gridSpan w:val="2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ОБЩЕЕ КОЛИЧЕСТВО ЧАСОВ ПО ПРОГРАММЕ</w:t>
            </w:r>
          </w:p>
        </w:tc>
        <w:tc>
          <w:tcPr>
            <w:tcW w:type="dxa" w:w="528"/>
            <w:tcBorders>
              <w:start w:sz="4.0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132</w:t>
            </w:r>
          </w:p>
        </w:tc>
        <w:tc>
          <w:tcPr>
            <w:tcW w:type="dxa" w:w="110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11</w:t>
            </w:r>
          </w:p>
        </w:tc>
        <w:tc>
          <w:tcPr>
            <w:tcW w:type="dxa" w:w="114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21</w:t>
            </w:r>
          </w:p>
        </w:tc>
        <w:tc>
          <w:tcPr>
            <w:tcW w:type="dxa" w:w="7734"/>
            <w:gridSpan w:val="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4" w:right="640" w:bottom="1440" w:left="666" w:header="720" w:footer="720" w:gutter="0"/>
          <w:cols w:space="720" w:num="1" w:equalWidth="0">
            <w:col w:w="15534" w:space="0"/>
            <w:col w:w="15534" w:space="0"/>
            <w:col w:w="15534" w:space="0"/>
            <w:col w:w="15534" w:space="0"/>
            <w:col w:w="15534" w:space="0"/>
            <w:col w:w="10084" w:space="0"/>
            <w:col w:w="10444" w:space="0"/>
            <w:col w:w="10332" w:space="0"/>
            <w:col w:w="10584" w:space="0"/>
            <w:col w:w="10268" w:space="0"/>
            <w:col w:w="10584" w:space="0"/>
            <w:col w:w="10406" w:space="0"/>
            <w:col w:w="10600" w:space="0"/>
            <w:col w:w="9684" w:space="0"/>
            <w:col w:w="6040" w:space="0"/>
            <w:col w:w="3644" w:space="0"/>
            <w:col w:w="96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32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ПОУРОЧНОЕ ПЛАНИРОВАНИЕ</w:t>
      </w: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492"/>
        </w:trPr>
        <w:tc>
          <w:tcPr>
            <w:tcW w:type="dxa" w:w="576"/>
            <w:vMerge w:val="restart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№</w:t>
            </w:r>
            <w:r>
              <w:br/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п/п</w:t>
            </w:r>
          </w:p>
        </w:tc>
        <w:tc>
          <w:tcPr>
            <w:tcW w:type="dxa" w:w="3074"/>
            <w:vMerge w:val="restart"/>
            <w:tcBorders>
              <w:start w:sz="4.800000000000011" w:val="single" w:color="#000000"/>
              <w:top w:sz="4.800000000000011" w:val="single" w:color="#000000"/>
              <w:end w:sz="4.0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Тема урока</w:t>
            </w:r>
          </w:p>
        </w:tc>
        <w:tc>
          <w:tcPr>
            <w:tcW w:type="dxa" w:w="4020"/>
            <w:gridSpan w:val="3"/>
            <w:tcBorders>
              <w:start w:sz="4.0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Количество часов</w:t>
            </w:r>
          </w:p>
        </w:tc>
        <w:tc>
          <w:tcPr>
            <w:tcW w:type="dxa" w:w="1236"/>
            <w:vMerge w:val="restart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Дата </w:t>
            </w:r>
            <w:r>
              <w:br/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изучения</w:t>
            </w:r>
          </w:p>
        </w:tc>
        <w:tc>
          <w:tcPr>
            <w:tcW w:type="dxa" w:w="1646"/>
            <w:vMerge w:val="restart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Виды, </w:t>
            </w:r>
            <w:r>
              <w:br/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формы </w:t>
            </w:r>
            <w:r>
              <w:br/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контроля</w:t>
            </w:r>
          </w:p>
        </w:tc>
      </w:tr>
      <w:tr>
        <w:trPr>
          <w:trHeight w:hRule="exact" w:val="828"/>
        </w:trPr>
        <w:tc>
          <w:tcPr>
            <w:tcW w:type="dxa" w:w="1512"/>
            <w:vMerge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800000000000068" w:val="single" w:color="#000000"/>
            </w:tcBorders>
          </w:tcPr>
          <w:p/>
        </w:tc>
        <w:tc>
          <w:tcPr>
            <w:tcW w:type="dxa" w:w="1512"/>
            <w:vMerge/>
            <w:tcBorders>
              <w:start w:sz="4.800000000000011" w:val="single" w:color="#000000"/>
              <w:top w:sz="4.800000000000011" w:val="single" w:color="#000000"/>
              <w:end w:sz="4.0" w:val="single" w:color="#000000"/>
              <w:bottom w:sz="4.800000000000068" w:val="single" w:color="#000000"/>
            </w:tcBorders>
          </w:tcPr>
          <w:p/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всего 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контрольные </w:t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работы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практические </w:t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работы</w:t>
            </w:r>
          </w:p>
        </w:tc>
        <w:tc>
          <w:tcPr>
            <w:tcW w:type="dxa" w:w="1512"/>
            <w:vMerge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800000000000068" w:val="single" w:color="#000000"/>
            </w:tcBorders>
          </w:tcPr>
          <w:p/>
        </w:tc>
        <w:tc>
          <w:tcPr>
            <w:tcW w:type="dxa" w:w="1512"/>
            <w:vMerge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</w:tcPr>
          <w:p/>
        </w:tc>
      </w:tr>
      <w:tr>
        <w:trPr>
          <w:trHeight w:hRule="exact" w:val="1836"/>
        </w:trPr>
        <w:tc>
          <w:tcPr>
            <w:tcW w:type="dxa" w:w="576"/>
            <w:tcBorders>
              <w:start w:sz="4.800000000000011" w:val="single" w:color="#000000"/>
              <w:top w:sz="4.800000000000068" w:val="single" w:color="#000000"/>
              <w:end w:sz="4.800000000000011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1.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068" w:val="single" w:color="#000000"/>
              <w:end w:sz="4.0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Учебник математики. Роль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математики в жизни людей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 общества. Счёт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предметов. Вверху. Позже.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Слева.справа.</w:t>
            </w:r>
          </w:p>
        </w:tc>
        <w:tc>
          <w:tcPr>
            <w:tcW w:type="dxa" w:w="732"/>
            <w:tcBorders>
              <w:start w:sz="4.0" w:val="single" w:color="#000000"/>
              <w:top w:sz="4.800000000000068" w:val="single" w:color="#000000"/>
              <w:end w:sz="4.7999999999999545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068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68" w:val="single" w:color="#000000"/>
              <w:end w:sz="4.799999999999727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0.5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068" w:val="single" w:color="#000000"/>
              <w:end w:sz="4.799999999999727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02.09.2022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068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502"/>
        </w:trPr>
        <w:tc>
          <w:tcPr>
            <w:tcW w:type="dxa" w:w="576"/>
            <w:tcBorders>
              <w:start w:sz="4.800000000000011" w:val="single" w:color="#000000"/>
              <w:top w:sz="5.599999999999909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2.</w:t>
            </w:r>
          </w:p>
        </w:tc>
        <w:tc>
          <w:tcPr>
            <w:tcW w:type="dxa" w:w="3074"/>
            <w:tcBorders>
              <w:start w:sz="4.800000000000011" w:val="single" w:color="#000000"/>
              <w:top w:sz="5.599999999999909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Простейшие временные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представления.</w:t>
            </w:r>
          </w:p>
          <w:p>
            <w:pPr>
              <w:autoSpaceDN w:val="0"/>
              <w:autoSpaceDE w:val="0"/>
              <w:widowControl/>
              <w:spacing w:line="262" w:lineRule="auto" w:before="70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Раньше.Позже. Сначала.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Потом. </w:t>
            </w:r>
          </w:p>
        </w:tc>
        <w:tc>
          <w:tcPr>
            <w:tcW w:type="dxa" w:w="732"/>
            <w:tcBorders>
              <w:start w:sz="4.0" w:val="single" w:color="#000000"/>
              <w:top w:sz="5.599999999999909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5.599999999999909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5.599999999999909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5.599999999999909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05.09.2022</w:t>
            </w:r>
          </w:p>
        </w:tc>
        <w:tc>
          <w:tcPr>
            <w:tcW w:type="dxa" w:w="1646"/>
            <w:tcBorders>
              <w:start w:sz="4.799999999999727" w:val="single" w:color="#000000"/>
              <w:top w:sz="5.599999999999909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836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3.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Сравнение групп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предметов. Больше,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меньше, столько же. На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сколько больше? На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сколько меньше?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06.09.2022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4.</w:t>
            </w:r>
          </w:p>
        </w:tc>
        <w:tc>
          <w:tcPr>
            <w:tcW w:type="dxa" w:w="3074"/>
            <w:tcBorders>
              <w:start w:sz="4.800000000000011" w:val="single" w:color="#000000"/>
              <w:top w:sz="4.799999999999727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На сколько больше? На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сколько меньше?</w:t>
            </w:r>
          </w:p>
          <w:p>
            <w:pPr>
              <w:autoSpaceDN w:val="0"/>
              <w:autoSpaceDE w:val="0"/>
              <w:widowControl/>
              <w:spacing w:line="262" w:lineRule="auto" w:before="70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«Подготовка к изучению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чисел». </w:t>
            </w:r>
          </w:p>
        </w:tc>
        <w:tc>
          <w:tcPr>
            <w:tcW w:type="dxa" w:w="732"/>
            <w:tcBorders>
              <w:start w:sz="4.0" w:val="single" w:color="#000000"/>
              <w:top w:sz="4.799999999999727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0.5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07.09.2022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5.</w:t>
            </w:r>
          </w:p>
        </w:tc>
        <w:tc>
          <w:tcPr>
            <w:tcW w:type="dxa" w:w="3074"/>
            <w:tcBorders>
              <w:start w:sz="4.800000000000011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Понятия много, один.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Письмо цифры 1. </w:t>
            </w:r>
          </w:p>
        </w:tc>
        <w:tc>
          <w:tcPr>
            <w:tcW w:type="dxa" w:w="732"/>
            <w:tcBorders>
              <w:start w:sz="4.0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09.09.2022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6.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Числа 1 и 2. Письмо цифры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2. 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12.09.2022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7.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Число 3. Письмо цифры 3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13.09.2022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166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8.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10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Числа 1, 2, 3. Знаки +, -, =.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Составление и чтение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равенств. 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14.09.2022 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0" w:right="72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2152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9.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Число 4. Письмо цифры 4.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Составление и чтение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равенств.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16.09.2022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98" w:right="650" w:bottom="916" w:left="666" w:header="720" w:footer="720" w:gutter="0"/>
          <w:cols w:space="720" w:num="1" w:equalWidth="0">
            <w:col w:w="10584" w:space="0"/>
            <w:col w:w="15534" w:space="0"/>
            <w:col w:w="15534" w:space="0"/>
            <w:col w:w="15534" w:space="0"/>
            <w:col w:w="15534" w:space="0"/>
            <w:col w:w="15534" w:space="0"/>
            <w:col w:w="10084" w:space="0"/>
            <w:col w:w="10444" w:space="0"/>
            <w:col w:w="10332" w:space="0"/>
            <w:col w:w="10584" w:space="0"/>
            <w:col w:w="10268" w:space="0"/>
            <w:col w:w="10584" w:space="0"/>
            <w:col w:w="10406" w:space="0"/>
            <w:col w:w="10600" w:space="0"/>
            <w:col w:w="9684" w:space="0"/>
            <w:col w:w="6040" w:space="0"/>
            <w:col w:w="3644" w:space="0"/>
            <w:col w:w="96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10.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011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Понятия длиннее, короче,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одинаковые по длине.</w:t>
            </w:r>
          </w:p>
        </w:tc>
        <w:tc>
          <w:tcPr>
            <w:tcW w:type="dxa" w:w="732"/>
            <w:tcBorders>
              <w:start w:sz="4.0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19.09.2022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11.</w:t>
            </w:r>
          </w:p>
        </w:tc>
        <w:tc>
          <w:tcPr>
            <w:tcW w:type="dxa" w:w="3074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Число 5. Письмо цифры 5.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Составление и чтение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равенств. 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0.5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20.09.2022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12.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Состав числа 5 из двух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слагаемых. «Странички для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любознательных»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21.09.2022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166"/>
        </w:trPr>
        <w:tc>
          <w:tcPr>
            <w:tcW w:type="dxa" w:w="576"/>
            <w:tcBorders>
              <w:start w:sz="4.800000000000011" w:val="single" w:color="#000000"/>
              <w:top w:sz="5.599999999999909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13.</w:t>
            </w:r>
          </w:p>
        </w:tc>
        <w:tc>
          <w:tcPr>
            <w:tcW w:type="dxa" w:w="3074"/>
            <w:tcBorders>
              <w:start w:sz="4.800000000000011" w:val="single" w:color="#000000"/>
              <w:top w:sz="5.599999999999909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100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«Странички для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любознательных».</w:t>
            </w:r>
          </w:p>
          <w:p>
            <w:pPr>
              <w:autoSpaceDN w:val="0"/>
              <w:autoSpaceDE w:val="0"/>
              <w:widowControl/>
              <w:spacing w:line="230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Проверочная работа </w:t>
            </w:r>
          </w:p>
        </w:tc>
        <w:tc>
          <w:tcPr>
            <w:tcW w:type="dxa" w:w="732"/>
            <w:tcBorders>
              <w:start w:sz="4.0" w:val="single" w:color="#000000"/>
              <w:top w:sz="5.599999999999909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5.599999999999909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0.5</w:t>
            </w:r>
          </w:p>
        </w:tc>
        <w:tc>
          <w:tcPr>
            <w:tcW w:type="dxa" w:w="1668"/>
            <w:tcBorders>
              <w:start w:sz="4.800000000000182" w:val="single" w:color="#000000"/>
              <w:top w:sz="5.599999999999909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5.599999999999909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23.09.2022</w:t>
            </w:r>
          </w:p>
        </w:tc>
        <w:tc>
          <w:tcPr>
            <w:tcW w:type="dxa" w:w="1646"/>
            <w:tcBorders>
              <w:start w:sz="4.799999999999727" w:val="single" w:color="#000000"/>
              <w:top w:sz="5.599999999999909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14.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Точка. Кривая линия.</w:t>
            </w:r>
          </w:p>
          <w:p>
            <w:pPr>
              <w:autoSpaceDN w:val="0"/>
              <w:autoSpaceDE w:val="0"/>
              <w:widowControl/>
              <w:spacing w:line="262" w:lineRule="auto" w:before="70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Прямая линия. Отрезок.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Луч.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0.5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26.09.2022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15.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Ломаная линия. Звено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ломаной. Вершины. 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0.5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27.09.2022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16.</w:t>
            </w:r>
          </w:p>
        </w:tc>
        <w:tc>
          <w:tcPr>
            <w:tcW w:type="dxa" w:w="3074"/>
            <w:tcBorders>
              <w:start w:sz="4.800000000000011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Закрепление изученного.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Числа от 1 до 5.</w:t>
            </w:r>
          </w:p>
          <w:p>
            <w:pPr>
              <w:autoSpaceDN w:val="0"/>
              <w:autoSpaceDE w:val="0"/>
              <w:widowControl/>
              <w:spacing w:line="230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Проверочная работа.</w:t>
            </w:r>
          </w:p>
        </w:tc>
        <w:tc>
          <w:tcPr>
            <w:tcW w:type="dxa" w:w="732"/>
            <w:tcBorders>
              <w:start w:sz="4.0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0.5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28.09.2022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2172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17.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Знаки: " &gt;" (больше), "&lt;"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"меньше", "=" (равно).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0.5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30.09.2022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30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18.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Равенство. Неравенство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03.10.2022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19.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Многоугольники. 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0.5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04.10.2022 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0" w:right="72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20.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Числа 6, 7. Письмо цифры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6. 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05.10.2022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21.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Числа 6, 7. Письмо цифры 7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07.10.2022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22.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Числа 8, 9. Письмо цифры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8.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10.10.2022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Зачет;</w:t>
            </w:r>
          </w:p>
        </w:tc>
      </w:tr>
      <w:tr>
        <w:trPr>
          <w:trHeight w:hRule="exact" w:val="808"/>
        </w:trPr>
        <w:tc>
          <w:tcPr>
            <w:tcW w:type="dxa" w:w="576"/>
            <w:tcBorders>
              <w:start w:sz="4.800000000000011" w:val="single" w:color="#000000"/>
              <w:top w:sz="4.79999999999927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23.</w:t>
            </w:r>
          </w:p>
        </w:tc>
        <w:tc>
          <w:tcPr>
            <w:tcW w:type="dxa" w:w="3074"/>
            <w:tcBorders>
              <w:start w:sz="4.800000000000011" w:val="single" w:color="#000000"/>
              <w:top w:sz="4.79999999999927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Числа 8, 9. Письмо цифры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9.</w:t>
            </w:r>
          </w:p>
        </w:tc>
        <w:tc>
          <w:tcPr>
            <w:tcW w:type="dxa" w:w="732"/>
            <w:tcBorders>
              <w:start w:sz="4.0" w:val="single" w:color="#000000"/>
              <w:top w:sz="4.79999999999927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27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27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11.10.2022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482" w:left="666" w:header="720" w:footer="720" w:gutter="0"/>
          <w:cols w:space="720" w:num="1" w:equalWidth="0">
            <w:col w:w="10584" w:space="0"/>
            <w:col w:w="10584" w:space="0"/>
            <w:col w:w="15534" w:space="0"/>
            <w:col w:w="15534" w:space="0"/>
            <w:col w:w="15534" w:space="0"/>
            <w:col w:w="15534" w:space="0"/>
            <w:col w:w="15534" w:space="0"/>
            <w:col w:w="10084" w:space="0"/>
            <w:col w:w="10444" w:space="0"/>
            <w:col w:w="10332" w:space="0"/>
            <w:col w:w="10584" w:space="0"/>
            <w:col w:w="10268" w:space="0"/>
            <w:col w:w="10584" w:space="0"/>
            <w:col w:w="10406" w:space="0"/>
            <w:col w:w="10600" w:space="0"/>
            <w:col w:w="9684" w:space="0"/>
            <w:col w:w="6040" w:space="0"/>
            <w:col w:w="3644" w:space="0"/>
            <w:col w:w="96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24.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011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Число 10. Запись числа 10.</w:t>
            </w:r>
          </w:p>
        </w:tc>
        <w:tc>
          <w:tcPr>
            <w:tcW w:type="dxa" w:w="732"/>
            <w:tcBorders>
              <w:start w:sz="4.0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12.10.2022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25.</w:t>
            </w:r>
          </w:p>
        </w:tc>
        <w:tc>
          <w:tcPr>
            <w:tcW w:type="dxa" w:w="3074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Повторение и обобщение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изученного по теме «Числа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от 1 до 10». Проверочная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0.5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14.10.2022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166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26.</w:t>
            </w:r>
          </w:p>
        </w:tc>
        <w:tc>
          <w:tcPr>
            <w:tcW w:type="dxa" w:w="3074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Проект: «Математикавокруг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нас. Числа взагадках,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пословицах ипоговорках»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17.10.2022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27.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Сантиметр – единица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измерения длины. 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0.5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18.10.2022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28.</w:t>
            </w:r>
          </w:p>
        </w:tc>
        <w:tc>
          <w:tcPr>
            <w:tcW w:type="dxa" w:w="3074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00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Увеличить на ….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Уменьшить на ….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0.5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19.10.2022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Тестирование;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29.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Число 0. 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21.10.2022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работа;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Тестирование;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30.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Сложение и вычитание с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числом 0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24.10.2022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31.</w:t>
            </w:r>
          </w:p>
        </w:tc>
        <w:tc>
          <w:tcPr>
            <w:tcW w:type="dxa" w:w="3074"/>
            <w:tcBorders>
              <w:start w:sz="4.800000000000011" w:val="single" w:color="#000000"/>
              <w:top w:sz="4.799999999999727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«Странички для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любознательных". Что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узнали ? Чему научились?</w:t>
            </w:r>
          </w:p>
        </w:tc>
        <w:tc>
          <w:tcPr>
            <w:tcW w:type="dxa" w:w="732"/>
            <w:tcBorders>
              <w:start w:sz="4.0" w:val="single" w:color="#000000"/>
              <w:top w:sz="4.799999999999727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0.5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25.10.2022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32.</w:t>
            </w:r>
          </w:p>
        </w:tc>
        <w:tc>
          <w:tcPr>
            <w:tcW w:type="dxa" w:w="3074"/>
            <w:tcBorders>
              <w:start w:sz="4.800000000000011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Проверочная работа.</w:t>
            </w:r>
          </w:p>
          <w:p>
            <w:pPr>
              <w:autoSpaceDN w:val="0"/>
              <w:autoSpaceDE w:val="0"/>
              <w:widowControl/>
              <w:spacing w:line="230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Закрепление изученного</w:t>
            </w:r>
          </w:p>
        </w:tc>
        <w:tc>
          <w:tcPr>
            <w:tcW w:type="dxa" w:w="732"/>
            <w:tcBorders>
              <w:start w:sz="4.0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0.5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26.10.2022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836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33.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Арифметические действия.</w:t>
            </w:r>
          </w:p>
          <w:p>
            <w:pPr>
              <w:autoSpaceDN w:val="0"/>
              <w:autoSpaceDE w:val="0"/>
              <w:widowControl/>
              <w:spacing w:line="262" w:lineRule="auto" w:before="70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Сложение и вычитание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чисел в пределах 10.</w:t>
            </w:r>
          </w:p>
          <w:p>
            <w:pPr>
              <w:autoSpaceDN w:val="0"/>
              <w:autoSpaceDE w:val="0"/>
              <w:widowControl/>
              <w:spacing w:line="262" w:lineRule="auto" w:before="7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Вычисления вида □ + 1, □ –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0.5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28.10.2022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166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34.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100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Повторение и обобщение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изученного материала.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Итоги 1 четверти. 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0.5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31.10.2022 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0" w:right="72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35.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Прибавить и вычесть 1. o +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 + 1, o - 1 –1.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0.5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09.11.2022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Диктант;</w:t>
            </w:r>
          </w:p>
        </w:tc>
      </w:tr>
      <w:tr>
        <w:trPr>
          <w:trHeight w:hRule="exact" w:val="1816"/>
        </w:trPr>
        <w:tc>
          <w:tcPr>
            <w:tcW w:type="dxa" w:w="576"/>
            <w:tcBorders>
              <w:start w:sz="4.800000000000011" w:val="single" w:color="#000000"/>
              <w:top w:sz="4.79999999999927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36.</w:t>
            </w:r>
          </w:p>
        </w:tc>
        <w:tc>
          <w:tcPr>
            <w:tcW w:type="dxa" w:w="3074"/>
            <w:tcBorders>
              <w:start w:sz="4.800000000000011" w:val="single" w:color="#000000"/>
              <w:top w:sz="4.79999999999927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Арифметические действия.</w:t>
            </w:r>
          </w:p>
          <w:p>
            <w:pPr>
              <w:autoSpaceDN w:val="0"/>
              <w:autoSpaceDE w:val="0"/>
              <w:widowControl/>
              <w:spacing w:line="262" w:lineRule="auto" w:before="70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Сложение и вычитание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чисел в пределах 10.</w:t>
            </w:r>
          </w:p>
          <w:p>
            <w:pPr>
              <w:autoSpaceDN w:val="0"/>
              <w:autoSpaceDE w:val="0"/>
              <w:widowControl/>
              <w:spacing w:line="262" w:lineRule="auto" w:before="7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Вычисления вида □ + 2, □ –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2 </w:t>
            </w:r>
          </w:p>
        </w:tc>
        <w:tc>
          <w:tcPr>
            <w:tcW w:type="dxa" w:w="732"/>
            <w:tcBorders>
              <w:start w:sz="4.0" w:val="single" w:color="#000000"/>
              <w:top w:sz="4.79999999999927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27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27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11.11.2022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730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5534" w:space="0"/>
            <w:col w:w="15534" w:space="0"/>
            <w:col w:w="10084" w:space="0"/>
            <w:col w:w="10444" w:space="0"/>
            <w:col w:w="10332" w:space="0"/>
            <w:col w:w="10584" w:space="0"/>
            <w:col w:w="10268" w:space="0"/>
            <w:col w:w="10584" w:space="0"/>
            <w:col w:w="10406" w:space="0"/>
            <w:col w:w="10600" w:space="0"/>
            <w:col w:w="9684" w:space="0"/>
            <w:col w:w="6040" w:space="0"/>
            <w:col w:w="3644" w:space="0"/>
            <w:col w:w="96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37.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011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Названия компонентов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действий, результатов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действия сложения.</w:t>
            </w:r>
          </w:p>
          <w:p>
            <w:pPr>
              <w:autoSpaceDN w:val="0"/>
              <w:autoSpaceDE w:val="0"/>
              <w:widowControl/>
              <w:spacing w:line="230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Слагаемые. Сумма.</w:t>
            </w:r>
          </w:p>
        </w:tc>
        <w:tc>
          <w:tcPr>
            <w:tcW w:type="dxa" w:w="732"/>
            <w:tcBorders>
              <w:start w:sz="4.0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14.11.2022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Диктант;</w:t>
            </w:r>
          </w:p>
        </w:tc>
      </w:tr>
      <w:tr>
        <w:trPr>
          <w:trHeight w:hRule="exact" w:val="1836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38.</w:t>
            </w:r>
          </w:p>
        </w:tc>
        <w:tc>
          <w:tcPr>
            <w:tcW w:type="dxa" w:w="3074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Текстовые задачи.</w:t>
            </w:r>
          </w:p>
          <w:p>
            <w:pPr>
              <w:autoSpaceDN w:val="0"/>
              <w:autoSpaceDE w:val="0"/>
              <w:widowControl/>
              <w:spacing w:line="276" w:lineRule="auto" w:before="70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Текстовая задача: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структурные элементы,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составление текстовой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задачи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0.5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15.11.2022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166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39.</w:t>
            </w:r>
          </w:p>
        </w:tc>
        <w:tc>
          <w:tcPr>
            <w:tcW w:type="dxa" w:w="3074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10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Задача. Составление задач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на сложение и вычитание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 рисунку. 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16.11.2022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40.</w:t>
            </w:r>
          </w:p>
        </w:tc>
        <w:tc>
          <w:tcPr>
            <w:tcW w:type="dxa" w:w="3074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Таблицы сложения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вычитания с числом 2 . 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0.5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18.11.2022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41.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Присчитывание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отсчитывание по 2.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Проверочная работа.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0.5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21.11.2022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42.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Задачи на увеличение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(уменьшение) числа на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несколько единиц. 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0.5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22.11.2022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Диктант;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43.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Закрепление изученного.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«Странички для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любознательных»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23.11.2022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44.</w:t>
            </w:r>
          </w:p>
        </w:tc>
        <w:tc>
          <w:tcPr>
            <w:tcW w:type="dxa" w:w="3074"/>
            <w:tcBorders>
              <w:start w:sz="4.800000000000011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Повторение и обобщение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пройденного. «Что узнали.</w:t>
            </w:r>
          </w:p>
          <w:p>
            <w:pPr>
              <w:autoSpaceDN w:val="0"/>
              <w:autoSpaceDE w:val="0"/>
              <w:widowControl/>
              <w:spacing w:line="230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Чему научились»</w:t>
            </w:r>
          </w:p>
        </w:tc>
        <w:tc>
          <w:tcPr>
            <w:tcW w:type="dxa" w:w="732"/>
            <w:tcBorders>
              <w:start w:sz="4.0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25.11.2022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166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45.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Закрепление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изученного.«Странички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длялюбознательных»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28.11.2022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46.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Логические задачи.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Проверочная работа. 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0.5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29.11.2022 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0" w:right="72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47.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Сложение и вычитание вида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o + 3, o - 3. Приёмы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вычислений.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0.5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30.11.2022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79999999999927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48.</w:t>
            </w:r>
          </w:p>
        </w:tc>
        <w:tc>
          <w:tcPr>
            <w:tcW w:type="dxa" w:w="3074"/>
            <w:tcBorders>
              <w:start w:sz="4.800000000000011" w:val="single" w:color="#000000"/>
              <w:top w:sz="4.79999999999927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Прибавление и вычитание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числа 3. Решение текстовых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задач. </w:t>
            </w:r>
          </w:p>
        </w:tc>
        <w:tc>
          <w:tcPr>
            <w:tcW w:type="dxa" w:w="732"/>
            <w:tcBorders>
              <w:start w:sz="4.0" w:val="single" w:color="#000000"/>
              <w:top w:sz="4.79999999999927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27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27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02.12.2022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144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49.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Измерение и сравнение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длин отрезков. Решение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текстовых задач. 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0.5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05.12.2022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392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5534" w:space="0"/>
            <w:col w:w="15534" w:space="0"/>
            <w:col w:w="10084" w:space="0"/>
            <w:col w:w="10444" w:space="0"/>
            <w:col w:w="10332" w:space="0"/>
            <w:col w:w="10584" w:space="0"/>
            <w:col w:w="10268" w:space="0"/>
            <w:col w:w="10584" w:space="0"/>
            <w:col w:w="10406" w:space="0"/>
            <w:col w:w="10600" w:space="0"/>
            <w:col w:w="9684" w:space="0"/>
            <w:col w:w="6040" w:space="0"/>
            <w:col w:w="3644" w:space="0"/>
            <w:col w:w="96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50.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011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Составление и заучивание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таблицы □ + 3, □ – 3</w:t>
            </w:r>
          </w:p>
        </w:tc>
        <w:tc>
          <w:tcPr>
            <w:tcW w:type="dxa" w:w="732"/>
            <w:tcBorders>
              <w:start w:sz="4.0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06.12.2022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51.</w:t>
            </w:r>
          </w:p>
        </w:tc>
        <w:tc>
          <w:tcPr>
            <w:tcW w:type="dxa" w:w="3074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Закрепление. Сложение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соответствующие случаи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состава чисел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0.5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07.12.2022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52.</w:t>
            </w:r>
          </w:p>
        </w:tc>
        <w:tc>
          <w:tcPr>
            <w:tcW w:type="dxa" w:w="3074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Решение задач. 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09.12.2022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838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53.</w:t>
            </w:r>
          </w:p>
        </w:tc>
        <w:tc>
          <w:tcPr>
            <w:tcW w:type="dxa" w:w="3074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Текстовые задачи.</w:t>
            </w:r>
          </w:p>
          <w:p>
            <w:pPr>
              <w:autoSpaceDN w:val="0"/>
              <w:autoSpaceDE w:val="0"/>
              <w:widowControl/>
              <w:spacing w:line="276" w:lineRule="auto" w:before="72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Зависимость между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данными и искомой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величиной в текстовой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задаче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12.12.2022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работа;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Зачет;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54.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Повторение и обобщение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пройденного. Решение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задач.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13.12.2022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55.</w:t>
            </w:r>
          </w:p>
        </w:tc>
        <w:tc>
          <w:tcPr>
            <w:tcW w:type="dxa" w:w="3074"/>
            <w:tcBorders>
              <w:start w:sz="4.800000000000011" w:val="single" w:color="#000000"/>
              <w:top w:sz="4.799999999999727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Закрепление изученного.</w:t>
            </w:r>
          </w:p>
          <w:p>
            <w:pPr>
              <w:autoSpaceDN w:val="0"/>
              <w:autoSpaceDE w:val="0"/>
              <w:widowControl/>
              <w:spacing w:line="262" w:lineRule="auto" w:before="70" w:after="0"/>
              <w:ind w:left="72" w:right="100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«Странички для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любознательных» </w:t>
            </w:r>
          </w:p>
        </w:tc>
        <w:tc>
          <w:tcPr>
            <w:tcW w:type="dxa" w:w="732"/>
            <w:tcBorders>
              <w:start w:sz="4.0" w:val="single" w:color="#000000"/>
              <w:top w:sz="4.799999999999727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14.12.2022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56.</w:t>
            </w:r>
          </w:p>
        </w:tc>
        <w:tc>
          <w:tcPr>
            <w:tcW w:type="dxa" w:w="3074"/>
            <w:tcBorders>
              <w:start w:sz="4.800000000000011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Повторение пройденного.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«Что узнали. Чему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научились»</w:t>
            </w:r>
          </w:p>
        </w:tc>
        <w:tc>
          <w:tcPr>
            <w:tcW w:type="dxa" w:w="732"/>
            <w:tcBorders>
              <w:start w:sz="4.0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16.12.2022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Тестирование;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Диктант;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57.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Повторение пройденного.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«Что узнали. Чему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научились»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19.12.2022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работа;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Зачет;</w:t>
            </w:r>
          </w:p>
        </w:tc>
      </w:tr>
      <w:tr>
        <w:trPr>
          <w:trHeight w:hRule="exact" w:val="183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58.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Проверочная работа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«Проверим себя и оценим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свои достижения». Тест 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20.12.2022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работа;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Зачет;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59.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 над ошибками.</w:t>
            </w:r>
          </w:p>
          <w:p>
            <w:pPr>
              <w:autoSpaceDN w:val="0"/>
              <w:autoSpaceDE w:val="0"/>
              <w:widowControl/>
              <w:spacing w:line="271" w:lineRule="auto" w:before="70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Повторение и обобщение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пройденного. Решение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задач.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0.5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21.12.2022 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156" w:right="144" w:hanging="156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816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60.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Контрольная работа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23.12.2022 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156" w:right="144" w:hanging="156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работа;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Зачет;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884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5534" w:space="0"/>
            <w:col w:w="15534" w:space="0"/>
            <w:col w:w="10084" w:space="0"/>
            <w:col w:w="10444" w:space="0"/>
            <w:col w:w="10332" w:space="0"/>
            <w:col w:w="10584" w:space="0"/>
            <w:col w:w="10268" w:space="0"/>
            <w:col w:w="10584" w:space="0"/>
            <w:col w:w="10406" w:space="0"/>
            <w:col w:w="10600" w:space="0"/>
            <w:col w:w="9684" w:space="0"/>
            <w:col w:w="6040" w:space="0"/>
            <w:col w:w="3644" w:space="0"/>
            <w:col w:w="96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61.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011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Работа над ошибками.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Закрепление изученного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материала. Прибавить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вычесть 1, 2, 3.</w:t>
            </w:r>
          </w:p>
        </w:tc>
        <w:tc>
          <w:tcPr>
            <w:tcW w:type="dxa" w:w="732"/>
            <w:tcBorders>
              <w:start w:sz="4.0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26.12.2022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работа;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Тестирование;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62.</w:t>
            </w:r>
          </w:p>
        </w:tc>
        <w:tc>
          <w:tcPr>
            <w:tcW w:type="dxa" w:w="3074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Задачи на увеличение числа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на несколько единиц.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0.5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27.12.2022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166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63.</w:t>
            </w:r>
          </w:p>
        </w:tc>
        <w:tc>
          <w:tcPr>
            <w:tcW w:type="dxa" w:w="3074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Задачи на уменьшение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числа на несколько единиц. 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0.5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28.12.2022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работа;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Тестирование;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64.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Закрепление и обобщение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изученного материала.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Итоги 2 четверти.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30.12.2022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250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65.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Сложение и вычитание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чисел в пределах 20.</w:t>
            </w:r>
          </w:p>
          <w:p>
            <w:pPr>
              <w:autoSpaceDN w:val="0"/>
              <w:autoSpaceDE w:val="0"/>
              <w:widowControl/>
              <w:spacing w:line="262" w:lineRule="auto" w:before="7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Вычисления вида □ + 4, □ –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4. Приёмы вычислений 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0.5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09.01.2023 ; 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3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66.</w:t>
            </w:r>
          </w:p>
        </w:tc>
        <w:tc>
          <w:tcPr>
            <w:tcW w:type="dxa" w:w="3074"/>
            <w:tcBorders>
              <w:start w:sz="4.800000000000011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Закрепление изученного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материала. Решение задач. </w:t>
            </w:r>
          </w:p>
        </w:tc>
        <w:tc>
          <w:tcPr>
            <w:tcW w:type="dxa" w:w="732"/>
            <w:tcBorders>
              <w:start w:sz="4.0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10.01.2023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67.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Задачи на разностное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сравнение чисел.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0.5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11.01.2023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166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68.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Прибавить и вычесть 4.</w:t>
            </w:r>
          </w:p>
          <w:p>
            <w:pPr>
              <w:autoSpaceDN w:val="0"/>
              <w:autoSpaceDE w:val="0"/>
              <w:widowControl/>
              <w:spacing w:line="262" w:lineRule="auto" w:before="7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Составление и заучивание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таблицы. 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13.01.2023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Тестирование;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0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69.</w:t>
            </w:r>
          </w:p>
        </w:tc>
        <w:tc>
          <w:tcPr>
            <w:tcW w:type="dxa" w:w="3074"/>
            <w:tcBorders>
              <w:start w:sz="4.800000000000011" w:val="single" w:color="#000000"/>
              <w:top w:sz="4.0" w:val="single" w:color="#000000"/>
              <w:end w:sz="4.0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Решение задач. Закрепление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изученного материала. </w:t>
            </w:r>
          </w:p>
        </w:tc>
        <w:tc>
          <w:tcPr>
            <w:tcW w:type="dxa" w:w="732"/>
            <w:tcBorders>
              <w:start w:sz="4.0" w:val="single" w:color="#000000"/>
              <w:top w:sz="4.0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0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0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0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16.01.2023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0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работа;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Тестирование;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79999999999927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70.</w:t>
            </w:r>
          </w:p>
        </w:tc>
        <w:tc>
          <w:tcPr>
            <w:tcW w:type="dxa" w:w="3074"/>
            <w:tcBorders>
              <w:start w:sz="4.800000000000011" w:val="single" w:color="#000000"/>
              <w:top w:sz="4.79999999999927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Перестановка слагаемых.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Переместительное свойство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сложения</w:t>
            </w:r>
          </w:p>
        </w:tc>
        <w:tc>
          <w:tcPr>
            <w:tcW w:type="dxa" w:w="732"/>
            <w:tcBorders>
              <w:start w:sz="4.0" w:val="single" w:color="#000000"/>
              <w:top w:sz="4.79999999999927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27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0.5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27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17.01.2023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816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71.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Применение перестановки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слагаемых для случаев вида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o + 5, o + 6, o + 7, o + 8, o +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9. Сложение и вычитание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числа 5. 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0.5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20.01.2023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718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5534" w:space="0"/>
            <w:col w:w="15534" w:space="0"/>
            <w:col w:w="10084" w:space="0"/>
            <w:col w:w="10444" w:space="0"/>
            <w:col w:w="10332" w:space="0"/>
            <w:col w:w="10584" w:space="0"/>
            <w:col w:w="10268" w:space="0"/>
            <w:col w:w="10584" w:space="0"/>
            <w:col w:w="10406" w:space="0"/>
            <w:col w:w="10600" w:space="0"/>
            <w:col w:w="9684" w:space="0"/>
            <w:col w:w="6040" w:space="0"/>
            <w:col w:w="3644" w:space="0"/>
            <w:col w:w="96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72.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011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Составление таблицы для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случаев вида o + 5, o + 6, o +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7, o + 8, o + 9</w:t>
            </w:r>
          </w:p>
        </w:tc>
        <w:tc>
          <w:tcPr>
            <w:tcW w:type="dxa" w:w="732"/>
            <w:tcBorders>
              <w:start w:sz="4.0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24.01.2023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73.</w:t>
            </w:r>
          </w:p>
        </w:tc>
        <w:tc>
          <w:tcPr>
            <w:tcW w:type="dxa" w:w="3074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Состав чисел в пределах 10.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Закрепление. Решение задач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23.01.2023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74.</w:t>
            </w:r>
          </w:p>
        </w:tc>
        <w:tc>
          <w:tcPr>
            <w:tcW w:type="dxa" w:w="3074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Состав чисел в пределах 10.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Закрепление. Решение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текстовых задач.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25.01.2023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Зачет;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166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75.</w:t>
            </w:r>
          </w:p>
        </w:tc>
        <w:tc>
          <w:tcPr>
            <w:tcW w:type="dxa" w:w="3074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100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Закрепление изученного.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«Странички для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любознательных»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27.01.2023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10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Зачет;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76.</w:t>
            </w:r>
          </w:p>
        </w:tc>
        <w:tc>
          <w:tcPr>
            <w:tcW w:type="dxa" w:w="3074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Повторение пройденного.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«Что узнали. Чему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научились»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30.01.2023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работа;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Тестирование;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77.</w:t>
            </w:r>
          </w:p>
        </w:tc>
        <w:tc>
          <w:tcPr>
            <w:tcW w:type="dxa" w:w="3074"/>
            <w:tcBorders>
              <w:start w:sz="4.800000000000011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Контрольная работа</w:t>
            </w:r>
          </w:p>
        </w:tc>
        <w:tc>
          <w:tcPr>
            <w:tcW w:type="dxa" w:w="732"/>
            <w:tcBorders>
              <w:start w:sz="4.0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31.01.2023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78.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Связь между суммой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слагаемыми. 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0.5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01.02.2023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Тестирование;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Диктант;</w:t>
            </w:r>
          </w:p>
        </w:tc>
      </w:tr>
      <w:tr>
        <w:trPr>
          <w:trHeight w:hRule="exact" w:val="1836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79.</w:t>
            </w:r>
          </w:p>
        </w:tc>
        <w:tc>
          <w:tcPr>
            <w:tcW w:type="dxa" w:w="3074"/>
            <w:tcBorders>
              <w:start w:sz="4.800000000000011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Связь между суммой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слагаемыми.</w:t>
            </w:r>
          </w:p>
        </w:tc>
        <w:tc>
          <w:tcPr>
            <w:tcW w:type="dxa" w:w="732"/>
            <w:tcBorders>
              <w:start w:sz="4.0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03.02.2023 ; 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80.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Закрепление изученного.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Решение задач. 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06.02.2023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5.59999999999945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81.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5.59999999999945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Уменьшаемое. Вычитаемое.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Разность.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5.59999999999945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5.59999999999945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5.59999999999945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5.59999999999945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07.02.2023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5.59999999999945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166"/>
        </w:trPr>
        <w:tc>
          <w:tcPr>
            <w:tcW w:type="dxa" w:w="576"/>
            <w:tcBorders>
              <w:start w:sz="4.800000000000011" w:val="single" w:color="#000000"/>
              <w:top w:sz="5.599999999999454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82.</w:t>
            </w:r>
          </w:p>
        </w:tc>
        <w:tc>
          <w:tcPr>
            <w:tcW w:type="dxa" w:w="3074"/>
            <w:tcBorders>
              <w:start w:sz="4.800000000000011" w:val="single" w:color="#000000"/>
              <w:top w:sz="5.599999999999454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10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Состав чисел 6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7.Вычитание вида 6 - o, 7 -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o.</w:t>
            </w:r>
          </w:p>
        </w:tc>
        <w:tc>
          <w:tcPr>
            <w:tcW w:type="dxa" w:w="732"/>
            <w:tcBorders>
              <w:start w:sz="4.0" w:val="single" w:color="#000000"/>
              <w:top w:sz="5.599999999999454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5.599999999999454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5.599999999999454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5.599999999999454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08.02.2023</w:t>
            </w:r>
          </w:p>
        </w:tc>
        <w:tc>
          <w:tcPr>
            <w:tcW w:type="dxa" w:w="1646"/>
            <w:tcBorders>
              <w:start w:sz="4.799999999999727" w:val="single" w:color="#000000"/>
              <w:top w:sz="5.599999999999454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83.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Вычитание из чисел 6, 7.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Связь сложения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вычитания. 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10.02.2023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79999999999927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84.</w:t>
            </w:r>
          </w:p>
        </w:tc>
        <w:tc>
          <w:tcPr>
            <w:tcW w:type="dxa" w:w="3074"/>
            <w:tcBorders>
              <w:start w:sz="4.800000000000011" w:val="single" w:color="#000000"/>
              <w:top w:sz="4.79999999999927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Состав чисел 8 и 9.</w:t>
            </w:r>
          </w:p>
          <w:p>
            <w:pPr>
              <w:autoSpaceDN w:val="0"/>
              <w:autoSpaceDE w:val="0"/>
              <w:widowControl/>
              <w:spacing w:line="230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Вычитание из чисел 8; 9. </w:t>
            </w:r>
          </w:p>
        </w:tc>
        <w:tc>
          <w:tcPr>
            <w:tcW w:type="dxa" w:w="732"/>
            <w:tcBorders>
              <w:start w:sz="4.0" w:val="single" w:color="#000000"/>
              <w:top w:sz="4.79999999999927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27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27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20.02.2023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85.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Вычитание из чисел 8; 9.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Решение задач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21.02.2023 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0" w:right="72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0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86.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Состав числа 10. Вычитание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из числа 10. 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22.02.2023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404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5534" w:space="0"/>
            <w:col w:w="15534" w:space="0"/>
            <w:col w:w="10084" w:space="0"/>
            <w:col w:w="10444" w:space="0"/>
            <w:col w:w="10332" w:space="0"/>
            <w:col w:w="10584" w:space="0"/>
            <w:col w:w="10268" w:space="0"/>
            <w:col w:w="10584" w:space="0"/>
            <w:col w:w="10406" w:space="0"/>
            <w:col w:w="10600" w:space="0"/>
            <w:col w:w="9684" w:space="0"/>
            <w:col w:w="6040" w:space="0"/>
            <w:col w:w="3644" w:space="0"/>
            <w:col w:w="96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87.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011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Закрепление изученного.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Решение задач. </w:t>
            </w:r>
          </w:p>
        </w:tc>
        <w:tc>
          <w:tcPr>
            <w:tcW w:type="dxa" w:w="732"/>
            <w:tcBorders>
              <w:start w:sz="4.0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24.02.2023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88.</w:t>
            </w:r>
          </w:p>
        </w:tc>
        <w:tc>
          <w:tcPr>
            <w:tcW w:type="dxa" w:w="3074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Килограмм –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единицаизмерения массы.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0.5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27.02.2023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068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89.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068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Литр – единица измерения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ёмкости.</w:t>
            </w:r>
          </w:p>
        </w:tc>
        <w:tc>
          <w:tcPr>
            <w:tcW w:type="dxa" w:w="732"/>
            <w:tcBorders>
              <w:start w:sz="4.0" w:val="single" w:color="#000000"/>
              <w:top w:sz="4.800000000000068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068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68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0.5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068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28.02.2023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068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90.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Повторение и обобщение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пройденного. «Что узнали.</w:t>
            </w:r>
          </w:p>
          <w:p>
            <w:pPr>
              <w:autoSpaceDN w:val="0"/>
              <w:autoSpaceDE w:val="0"/>
              <w:widowControl/>
              <w:spacing w:line="230" w:lineRule="auto" w:before="72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Чему научились»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01.03.2023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Диктант;</w:t>
            </w:r>
          </w:p>
        </w:tc>
      </w:tr>
      <w:tr>
        <w:trPr>
          <w:trHeight w:hRule="exact" w:val="1166"/>
        </w:trPr>
        <w:tc>
          <w:tcPr>
            <w:tcW w:type="dxa" w:w="576"/>
            <w:tcBorders>
              <w:start w:sz="4.800000000000011" w:val="single" w:color="#000000"/>
              <w:top w:sz="5.599999999999909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91.</w:t>
            </w:r>
          </w:p>
        </w:tc>
        <w:tc>
          <w:tcPr>
            <w:tcW w:type="dxa" w:w="3074"/>
            <w:tcBorders>
              <w:start w:sz="4.800000000000011" w:val="single" w:color="#000000"/>
              <w:top w:sz="5.599999999999909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100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Проверочная работа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«Проверим себя и оценим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свои достижения» (тест).</w:t>
            </w:r>
          </w:p>
        </w:tc>
        <w:tc>
          <w:tcPr>
            <w:tcW w:type="dxa" w:w="732"/>
            <w:tcBorders>
              <w:start w:sz="4.0" w:val="single" w:color="#000000"/>
              <w:top w:sz="5.599999999999909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5.599999999999909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68"/>
            <w:tcBorders>
              <w:start w:sz="4.800000000000182" w:val="single" w:color="#000000"/>
              <w:top w:sz="5.599999999999909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5.599999999999909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03.03.2023</w:t>
            </w:r>
          </w:p>
        </w:tc>
        <w:tc>
          <w:tcPr>
            <w:tcW w:type="dxa" w:w="1646"/>
            <w:tcBorders>
              <w:start w:sz="4.799999999999727" w:val="single" w:color="#000000"/>
              <w:top w:sz="5.599999999999909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92.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Устная нумерация чисел в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пределах 20. Образование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чисел второго десятка. 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0.5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06.03.2023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836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93.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Образование чисел из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одного десятка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нескольких единиц. Запись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 чтение чисел второго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десятка. 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0.5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07.03.2023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94.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86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Дециметр – единица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измерения длины. 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0.5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10.03.2023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95.</w:t>
            </w:r>
          </w:p>
        </w:tc>
        <w:tc>
          <w:tcPr>
            <w:tcW w:type="dxa" w:w="3074"/>
            <w:tcBorders>
              <w:start w:sz="4.800000000000011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Случаи сложения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вычитания, основанные на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знании нумерации чисел. </w:t>
            </w:r>
          </w:p>
        </w:tc>
        <w:tc>
          <w:tcPr>
            <w:tcW w:type="dxa" w:w="732"/>
            <w:tcBorders>
              <w:start w:sz="4.0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0.5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13.03.2023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5.59999999999945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96.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5.59999999999945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Проверочная работа. 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5.59999999999945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5.59999999999945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5.59999999999945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5.59999999999945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14.03.2023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5.59999999999945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30"/>
        </w:trPr>
        <w:tc>
          <w:tcPr>
            <w:tcW w:type="dxa" w:w="576"/>
            <w:tcBorders>
              <w:start w:sz="4.800000000000011" w:val="single" w:color="#000000"/>
              <w:top w:sz="5.599999999999454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97.</w:t>
            </w:r>
          </w:p>
        </w:tc>
        <w:tc>
          <w:tcPr>
            <w:tcW w:type="dxa" w:w="3074"/>
            <w:tcBorders>
              <w:start w:sz="4.800000000000011" w:val="single" w:color="#000000"/>
              <w:top w:sz="5.599999999999454" w:val="single" w:color="#000000"/>
              <w:end w:sz="4.0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Закрепление. «Странички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для любознательных» </w:t>
            </w:r>
          </w:p>
        </w:tc>
        <w:tc>
          <w:tcPr>
            <w:tcW w:type="dxa" w:w="732"/>
            <w:tcBorders>
              <w:start w:sz="4.0" w:val="single" w:color="#000000"/>
              <w:top w:sz="5.599999999999454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5.599999999999454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68"/>
            <w:tcBorders>
              <w:start w:sz="4.800000000000182" w:val="single" w:color="#000000"/>
              <w:top w:sz="5.599999999999454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5.599999999999454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15.03.2023</w:t>
            </w:r>
          </w:p>
        </w:tc>
        <w:tc>
          <w:tcPr>
            <w:tcW w:type="dxa" w:w="1646"/>
            <w:tcBorders>
              <w:start w:sz="4.799999999999727" w:val="single" w:color="#000000"/>
              <w:top w:sz="5.599999999999454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Тестирование;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79999999999927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98.</w:t>
            </w:r>
          </w:p>
        </w:tc>
        <w:tc>
          <w:tcPr>
            <w:tcW w:type="dxa" w:w="3074"/>
            <w:tcBorders>
              <w:start w:sz="4.800000000000011" w:val="single" w:color="#000000"/>
              <w:top w:sz="4.79999999999927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Повторение пройденного.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«Что узнали. Чему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научились» </w:t>
            </w:r>
          </w:p>
        </w:tc>
        <w:tc>
          <w:tcPr>
            <w:tcW w:type="dxa" w:w="732"/>
            <w:tcBorders>
              <w:start w:sz="4.0" w:val="single" w:color="#000000"/>
              <w:top w:sz="4.79999999999927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27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27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17.03.2023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99.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Закрепление пройденного.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«Что узнали. Чему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научились»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03.04.2023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144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100. 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156" w:right="144" w:hanging="156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Повторение. Подготовка к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введению задач в два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действия.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04.04.2023 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0" w:right="72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650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5534" w:space="0"/>
            <w:col w:w="15534" w:space="0"/>
            <w:col w:w="10084" w:space="0"/>
            <w:col w:w="10444" w:space="0"/>
            <w:col w:w="10332" w:space="0"/>
            <w:col w:w="10584" w:space="0"/>
            <w:col w:w="10268" w:space="0"/>
            <w:col w:w="10584" w:space="0"/>
            <w:col w:w="10406" w:space="0"/>
            <w:col w:w="10600" w:space="0"/>
            <w:col w:w="9684" w:space="0"/>
            <w:col w:w="6040" w:space="0"/>
            <w:col w:w="3644" w:space="0"/>
            <w:col w:w="96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101. 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011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156" w:val="left"/>
              </w:tabs>
              <w:autoSpaceDE w:val="0"/>
              <w:widowControl/>
              <w:spacing w:line="262" w:lineRule="auto" w:before="98" w:after="0"/>
              <w:ind w:left="0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Ознакомление с задачей в 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два действия.</w:t>
            </w:r>
          </w:p>
        </w:tc>
        <w:tc>
          <w:tcPr>
            <w:tcW w:type="dxa" w:w="732"/>
            <w:tcBorders>
              <w:start w:sz="4.0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05.04.2023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102. </w:t>
            </w:r>
          </w:p>
        </w:tc>
        <w:tc>
          <w:tcPr>
            <w:tcW w:type="dxa" w:w="3074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576" w:val="left"/>
              </w:tabs>
              <w:autoSpaceDE w:val="0"/>
              <w:widowControl/>
              <w:spacing w:line="262" w:lineRule="auto" w:before="98" w:after="0"/>
              <w:ind w:left="0" w:right="86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102. Решение задач в два 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действия. 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0.5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07.04.2023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800000000000068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103. 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068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576" w:right="432" w:hanging="576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103. Общий приём сложения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однозначных чисел с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переходом через десяток</w:t>
            </w:r>
          </w:p>
        </w:tc>
        <w:tc>
          <w:tcPr>
            <w:tcW w:type="dxa" w:w="732"/>
            <w:tcBorders>
              <w:start w:sz="4.0" w:val="single" w:color="#000000"/>
              <w:top w:sz="4.800000000000068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68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068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10.04.2023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166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104. </w:t>
            </w:r>
          </w:p>
        </w:tc>
        <w:tc>
          <w:tcPr>
            <w:tcW w:type="dxa" w:w="3074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576" w:right="288" w:hanging="576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104. Сложение однозначных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чисел с переходом через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десяток вида o + 2, o + 3. 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0.5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11.04.2023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0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105. </w:t>
            </w:r>
          </w:p>
        </w:tc>
        <w:tc>
          <w:tcPr>
            <w:tcW w:type="dxa" w:w="3074"/>
            <w:tcBorders>
              <w:start w:sz="4.800000000000011" w:val="single" w:color="#000000"/>
              <w:top w:sz="4.0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100" w:after="0"/>
              <w:ind w:left="576" w:right="432" w:hanging="576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105. Сложение однозначных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чисел с переходом через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десяток видаo + 4.</w:t>
            </w:r>
          </w:p>
        </w:tc>
        <w:tc>
          <w:tcPr>
            <w:tcW w:type="dxa" w:w="732"/>
            <w:tcBorders>
              <w:start w:sz="4.0" w:val="single" w:color="#000000"/>
              <w:top w:sz="4.0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0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0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12.04.2023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106.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576" w:right="432" w:hanging="576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106. Сложение однозначных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чисел с переходом через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десяток вида o + 5.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14.04.2023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107.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576" w:right="432" w:hanging="576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107. Сложение однозначных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чисел с переходом через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десяток вида o + 6. 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17.04.2023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Тестирование;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108. 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576" w:right="432" w:hanging="576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108. Сложение однозначных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чисел с переходом через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десяток вида o + 7.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18.04.2023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109.</w:t>
            </w:r>
          </w:p>
        </w:tc>
        <w:tc>
          <w:tcPr>
            <w:tcW w:type="dxa" w:w="3074"/>
            <w:tcBorders>
              <w:start w:sz="4.800000000000011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576" w:right="432" w:hanging="576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109. Сложение однозначных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чисел с переходом через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десяток вида o + 8, o + 9.</w:t>
            </w:r>
          </w:p>
        </w:tc>
        <w:tc>
          <w:tcPr>
            <w:tcW w:type="dxa" w:w="732"/>
            <w:tcBorders>
              <w:start w:sz="4.0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19.03.2023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5.59999999999945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110.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5.59999999999945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110.  Таблица сложения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5.59999999999945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5.59999999999945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5.59999999999945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5.59999999999945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21.04.2023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5.59999999999945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30"/>
        </w:trPr>
        <w:tc>
          <w:tcPr>
            <w:tcW w:type="dxa" w:w="576"/>
            <w:tcBorders>
              <w:start w:sz="4.800000000000011" w:val="single" w:color="#000000"/>
              <w:top w:sz="5.599999999999454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111. </w:t>
            </w:r>
          </w:p>
        </w:tc>
        <w:tc>
          <w:tcPr>
            <w:tcW w:type="dxa" w:w="3074"/>
            <w:tcBorders>
              <w:start w:sz="4.800000000000011" w:val="single" w:color="#000000"/>
              <w:top w:sz="5.599999999999454" w:val="single" w:color="#000000"/>
              <w:end w:sz="4.0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156" w:val="left"/>
              </w:tabs>
              <w:autoSpaceDE w:val="0"/>
              <w:widowControl/>
              <w:spacing w:line="262" w:lineRule="auto" w:before="100" w:after="0"/>
              <w:ind w:left="0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Закрепление. «Странички 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для любознательных» </w:t>
            </w:r>
          </w:p>
        </w:tc>
        <w:tc>
          <w:tcPr>
            <w:tcW w:type="dxa" w:w="732"/>
            <w:tcBorders>
              <w:start w:sz="4.0" w:val="single" w:color="#000000"/>
              <w:top w:sz="5.599999999999454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5.599999999999454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5.599999999999454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5.599999999999454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24.04.2023</w:t>
            </w:r>
          </w:p>
        </w:tc>
        <w:tc>
          <w:tcPr>
            <w:tcW w:type="dxa" w:w="1646"/>
            <w:tcBorders>
              <w:start w:sz="4.799999999999727" w:val="single" w:color="#000000"/>
              <w:top w:sz="5.599999999999454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27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112.</w:t>
            </w:r>
          </w:p>
        </w:tc>
        <w:tc>
          <w:tcPr>
            <w:tcW w:type="dxa" w:w="3074"/>
            <w:tcBorders>
              <w:start w:sz="4.800000000000011" w:val="single" w:color="#000000"/>
              <w:top w:sz="4.799999999999272" w:val="single" w:color="#000000"/>
              <w:end w:sz="4.0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Повторение пройденного.</w:t>
            </w:r>
          </w:p>
          <w:p>
            <w:pPr>
              <w:autoSpaceDN w:val="0"/>
              <w:autoSpaceDE w:val="0"/>
              <w:widowControl/>
              <w:spacing w:line="271" w:lineRule="auto" w:before="70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«Что узнали. Чему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научились». Проверочная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работа.</w:t>
            </w:r>
          </w:p>
        </w:tc>
        <w:tc>
          <w:tcPr>
            <w:tcW w:type="dxa" w:w="732"/>
            <w:tcBorders>
              <w:start w:sz="4.0" w:val="single" w:color="#000000"/>
              <w:top w:sz="4.799999999999272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0.5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27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27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25.04.2023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79999999999927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113.</w:t>
            </w:r>
          </w:p>
        </w:tc>
        <w:tc>
          <w:tcPr>
            <w:tcW w:type="dxa" w:w="3074"/>
            <w:tcBorders>
              <w:start w:sz="4.800000000000011" w:val="single" w:color="#000000"/>
              <w:top w:sz="4.79999999999927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Общие приёмы табличного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вычитания с переходом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через десяток. </w:t>
            </w:r>
          </w:p>
        </w:tc>
        <w:tc>
          <w:tcPr>
            <w:tcW w:type="dxa" w:w="732"/>
            <w:tcBorders>
              <w:start w:sz="4.0" w:val="single" w:color="#000000"/>
              <w:top w:sz="4.79999999999927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27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27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26.04.2023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0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114.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114. Вычитание вида 11 - o. 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28.04.2023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650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5534" w:space="0"/>
            <w:col w:w="15534" w:space="0"/>
            <w:col w:w="10084" w:space="0"/>
            <w:col w:w="10444" w:space="0"/>
            <w:col w:w="10332" w:space="0"/>
            <w:col w:w="10584" w:space="0"/>
            <w:col w:w="10268" w:space="0"/>
            <w:col w:w="10584" w:space="0"/>
            <w:col w:w="10406" w:space="0"/>
            <w:col w:w="10600" w:space="0"/>
            <w:col w:w="9684" w:space="0"/>
            <w:col w:w="6040" w:space="0"/>
            <w:col w:w="3644" w:space="0"/>
            <w:col w:w="96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115. 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011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115.  Вычитание вида 12 - o.</w:t>
            </w:r>
          </w:p>
        </w:tc>
        <w:tc>
          <w:tcPr>
            <w:tcW w:type="dxa" w:w="732"/>
            <w:tcBorders>
              <w:start w:sz="4.0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03.05.2023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116. </w:t>
            </w:r>
          </w:p>
        </w:tc>
        <w:tc>
          <w:tcPr>
            <w:tcW w:type="dxa" w:w="3074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116. Вычитание вида 13 - o. 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05.05.2023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068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117. 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068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117. Вычитание вида 14 - o</w:t>
            </w:r>
          </w:p>
        </w:tc>
        <w:tc>
          <w:tcPr>
            <w:tcW w:type="dxa" w:w="732"/>
            <w:tcBorders>
              <w:start w:sz="4.0" w:val="single" w:color="#000000"/>
              <w:top w:sz="4.800000000000068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068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68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068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08.05.2023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068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830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118. 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Вычитание из числа 15; 16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10.05.2023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119. 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Вычитание из числа 17; 18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12.05.2023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120.</w:t>
            </w:r>
          </w:p>
        </w:tc>
        <w:tc>
          <w:tcPr>
            <w:tcW w:type="dxa" w:w="3074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Закрепление знаний по теме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"Табличное сложение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вычитание". 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15.05.2023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121. </w:t>
            </w:r>
          </w:p>
        </w:tc>
        <w:tc>
          <w:tcPr>
            <w:tcW w:type="dxa" w:w="3074"/>
            <w:tcBorders>
              <w:start w:sz="4.800000000000011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576" w:val="left"/>
              </w:tabs>
              <w:autoSpaceDE w:val="0"/>
              <w:widowControl/>
              <w:spacing w:line="262" w:lineRule="auto" w:before="98" w:after="0"/>
              <w:ind w:left="0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121.  Итоговая контрольная 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</w:t>
            </w:r>
          </w:p>
        </w:tc>
        <w:tc>
          <w:tcPr>
            <w:tcW w:type="dxa" w:w="732"/>
            <w:tcBorders>
              <w:start w:sz="4.0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16.05.2023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836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122.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576" w:right="144" w:hanging="576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122. Работа над ошибками.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Повторение, обобщение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закрепление пройденного.</w:t>
            </w:r>
          </w:p>
          <w:p>
            <w:pPr>
              <w:autoSpaceDN w:val="0"/>
              <w:autoSpaceDE w:val="0"/>
              <w:widowControl/>
              <w:spacing w:line="262" w:lineRule="auto" w:before="70" w:after="0"/>
              <w:ind w:left="72" w:right="100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«Что узнали. Чему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научились»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17.05.2023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836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123.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0" w:right="144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Повторение, обобщение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закрепление пройденного.</w:t>
            </w:r>
          </w:p>
          <w:p>
            <w:pPr>
              <w:autoSpaceDN w:val="0"/>
              <w:autoSpaceDE w:val="0"/>
              <w:widowControl/>
              <w:spacing w:line="271" w:lineRule="auto" w:before="70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«Что узнали. Чему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научились». Тест (стр.96-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97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0.5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19.05.2023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502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124.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576" w:val="left"/>
              </w:tabs>
              <w:autoSpaceDE w:val="0"/>
              <w:widowControl/>
              <w:spacing w:line="262" w:lineRule="auto" w:before="98" w:after="0"/>
              <w:ind w:left="0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124.  Наши проекты:</w:t>
            </w:r>
            <w:r>
              <w:br/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«Математика вокруг нас.</w:t>
            </w:r>
          </w:p>
          <w:p>
            <w:pPr>
              <w:autoSpaceDN w:val="0"/>
              <w:autoSpaceDE w:val="0"/>
              <w:widowControl/>
              <w:spacing w:line="262" w:lineRule="auto" w:before="72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Форма, размер, цвет. Узоры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 орнаменты». Закрепление 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22.05.2023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8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125.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576" w:right="288" w:hanging="576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125. Контрольная работа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(задания базового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повышенного уровня, стр.</w:t>
            </w:r>
          </w:p>
          <w:p>
            <w:pPr>
              <w:autoSpaceDN w:val="0"/>
              <w:autoSpaceDE w:val="0"/>
              <w:widowControl/>
              <w:spacing w:line="230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96- 97, учебник) 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23.05.2023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126.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Резерв. Числа. Числа от 1 до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20. Повторение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24.05.2023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480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127.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Резерв. Арифметические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действия. Числа от 1 до 10.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Сложение и вычитание.</w:t>
            </w:r>
          </w:p>
          <w:p>
            <w:pPr>
              <w:autoSpaceDN w:val="0"/>
              <w:autoSpaceDE w:val="0"/>
              <w:widowControl/>
              <w:spacing w:line="230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Повторение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25.05.2023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560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5534" w:space="0"/>
            <w:col w:w="15534" w:space="0"/>
            <w:col w:w="10084" w:space="0"/>
            <w:col w:w="10444" w:space="0"/>
            <w:col w:w="10332" w:space="0"/>
            <w:col w:w="10584" w:space="0"/>
            <w:col w:w="10268" w:space="0"/>
            <w:col w:w="10584" w:space="0"/>
            <w:col w:w="10406" w:space="0"/>
            <w:col w:w="10600" w:space="0"/>
            <w:col w:w="9684" w:space="0"/>
            <w:col w:w="6040" w:space="0"/>
            <w:col w:w="3644" w:space="0"/>
            <w:col w:w="96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128. 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011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156" w:val="left"/>
              </w:tabs>
              <w:autoSpaceDE w:val="0"/>
              <w:widowControl/>
              <w:spacing w:line="262" w:lineRule="auto" w:before="98" w:after="0"/>
              <w:ind w:left="0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Резервный урок. Решение 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задач.</w:t>
            </w:r>
          </w:p>
        </w:tc>
        <w:tc>
          <w:tcPr>
            <w:tcW w:type="dxa" w:w="732"/>
            <w:tcBorders>
              <w:start w:sz="4.0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26.05.2023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Зачет;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129. </w:t>
            </w:r>
          </w:p>
        </w:tc>
        <w:tc>
          <w:tcPr>
            <w:tcW w:type="dxa" w:w="3074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156" w:val="left"/>
              </w:tabs>
              <w:autoSpaceDE w:val="0"/>
              <w:widowControl/>
              <w:spacing w:line="262" w:lineRule="auto" w:before="98" w:after="0"/>
              <w:ind w:left="0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Резервный урок. Решение 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задач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27.05.2023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800000000000068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130. 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068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156" w:right="0" w:hanging="156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Резерв. Величины. Единицы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длины: сантиметр,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дециметр. Повторение</w:t>
            </w:r>
          </w:p>
        </w:tc>
        <w:tc>
          <w:tcPr>
            <w:tcW w:type="dxa" w:w="732"/>
            <w:tcBorders>
              <w:start w:sz="4.0" w:val="single" w:color="#000000"/>
              <w:top w:sz="4.800000000000068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68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0.5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068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29.05.2023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131. </w:t>
            </w:r>
          </w:p>
        </w:tc>
        <w:tc>
          <w:tcPr>
            <w:tcW w:type="dxa" w:w="3074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156" w:val="left"/>
              </w:tabs>
              <w:autoSpaceDE w:val="0"/>
              <w:widowControl/>
              <w:spacing w:line="262" w:lineRule="auto" w:before="98" w:after="0"/>
              <w:ind w:left="0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Резервный урок. Решение 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задач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30.05.2023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2174"/>
        </w:trPr>
        <w:tc>
          <w:tcPr>
            <w:tcW w:type="dxa" w:w="576"/>
            <w:tcBorders>
              <w:start w:sz="4.800000000000011" w:val="single" w:color="#000000"/>
              <w:top w:sz="5.599999999999909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132. </w:t>
            </w:r>
          </w:p>
        </w:tc>
        <w:tc>
          <w:tcPr>
            <w:tcW w:type="dxa" w:w="3074"/>
            <w:tcBorders>
              <w:start w:sz="4.800000000000011" w:val="single" w:color="#000000"/>
              <w:top w:sz="5.599999999999909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156" w:val="left"/>
              </w:tabs>
              <w:autoSpaceDE w:val="0"/>
              <w:widowControl/>
              <w:spacing w:line="262" w:lineRule="auto" w:before="100" w:after="0"/>
              <w:ind w:left="0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Резервный урок. Решение 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задач</w:t>
            </w:r>
          </w:p>
        </w:tc>
        <w:tc>
          <w:tcPr>
            <w:tcW w:type="dxa" w:w="732"/>
            <w:tcBorders>
              <w:start w:sz="4.0" w:val="single" w:color="#000000"/>
              <w:top w:sz="5.599999999999909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5.599999999999909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5.599999999999909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5.599999999999909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31.05.2023</w:t>
            </w:r>
          </w:p>
        </w:tc>
        <w:tc>
          <w:tcPr>
            <w:tcW w:type="dxa" w:w="1646"/>
            <w:tcBorders>
              <w:start w:sz="4.799999999999727" w:val="single" w:color="#000000"/>
              <w:top w:sz="5.599999999999909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10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08"/>
        </w:trPr>
        <w:tc>
          <w:tcPr>
            <w:tcW w:type="dxa" w:w="3650"/>
            <w:gridSpan w:val="2"/>
            <w:tcBorders>
              <w:start w:sz="4.800000000000011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ОБЩЕЕ КОЛИЧЕСТВО ЧАСОВ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ПО ПРОГРАММЕ</w:t>
            </w:r>
          </w:p>
        </w:tc>
        <w:tc>
          <w:tcPr>
            <w:tcW w:type="dxa" w:w="732"/>
            <w:tcBorders>
              <w:start w:sz="4.0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132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11</w:t>
            </w:r>
          </w:p>
        </w:tc>
        <w:tc>
          <w:tcPr>
            <w:tcW w:type="dxa" w:w="4550"/>
            <w:gridSpan w:val="3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21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1440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5534" w:space="0"/>
            <w:col w:w="15534" w:space="0"/>
            <w:col w:w="10084" w:space="0"/>
            <w:col w:w="10444" w:space="0"/>
            <w:col w:w="10332" w:space="0"/>
            <w:col w:w="10584" w:space="0"/>
            <w:col w:w="10268" w:space="0"/>
            <w:col w:w="10584" w:space="0"/>
            <w:col w:w="10406" w:space="0"/>
            <w:col w:w="10600" w:space="0"/>
            <w:col w:w="9684" w:space="0"/>
            <w:col w:w="6040" w:space="0"/>
            <w:col w:w="3644" w:space="0"/>
            <w:col w:w="96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УЧЕБНО-МЕТОДИЧЕСКОЕ ОБЕСПЕЧЕНИЕ ОБРАЗОВАТЕЛЬНОГО ПРОЦЕССА </w:t>
      </w:r>
    </w:p>
    <w:p>
      <w:pPr>
        <w:autoSpaceDN w:val="0"/>
        <w:autoSpaceDE w:val="0"/>
        <w:widowControl/>
        <w:spacing w:line="230" w:lineRule="auto" w:before="346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ОБЯЗАТЕЛЬНЫЕ УЧЕБНЫЕ МАТЕРИАЛЫ ДЛЯ УЧЕНИКА</w:t>
      </w:r>
    </w:p>
    <w:p>
      <w:pPr>
        <w:autoSpaceDN w:val="0"/>
        <w:autoSpaceDE w:val="0"/>
        <w:widowControl/>
        <w:spacing w:line="262" w:lineRule="auto" w:before="166" w:after="0"/>
        <w:ind w:left="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Математика (в 2 частях), 1 класс /Моро М.И., Волкова С.И., Степанова С.В., Акционерное общество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«Издательство «Просвещение»;</w:t>
      </w:r>
    </w:p>
    <w:p>
      <w:pPr>
        <w:autoSpaceDN w:val="0"/>
        <w:autoSpaceDE w:val="0"/>
        <w:widowControl/>
        <w:spacing w:line="230" w:lineRule="auto" w:before="262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МЕТОДИЧЕСКИЕ МАТЕРИАЛЫ ДЛЯ УЧИТЕЛЯ</w:t>
      </w:r>
    </w:p>
    <w:p>
      <w:pPr>
        <w:autoSpaceDN w:val="0"/>
        <w:autoSpaceDE w:val="0"/>
        <w:widowControl/>
        <w:spacing w:line="230" w:lineRule="auto" w:before="166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1. Моро М. И. и др. Математика. Рабочие программы. 1–4 классы.</w:t>
      </w:r>
    </w:p>
    <w:p>
      <w:pPr>
        <w:autoSpaceDN w:val="0"/>
        <w:autoSpaceDE w:val="0"/>
        <w:widowControl/>
        <w:spacing w:line="271" w:lineRule="auto" w:before="70" w:after="0"/>
        <w:ind w:left="0" w:right="1828" w:firstLine="0"/>
        <w:jc w:val="both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2. Моро М. И., Волкова С. И., Степанова С. В. Математика. Учебник. 1 кл. В 2 ч. Ч. 1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3. Моро М. И., Волкова С. И., Степанова С. В. Математика. Учебник. 1 кл. В 2 ч. Ч. 2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4. Моро М. И., Волкова С. И. Математика. Рабочая тетрадь. 1 кл. В 2 ч. Ч. 1.</w:t>
      </w:r>
    </w:p>
    <w:p>
      <w:pPr>
        <w:autoSpaceDN w:val="0"/>
        <w:autoSpaceDE w:val="0"/>
        <w:widowControl/>
        <w:spacing w:line="230" w:lineRule="auto" w:before="72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5. Моро М. И., Волкова С. И. Математика. Рабочая тетрадь. 1 кл. В 2 ч. Ч. 2.</w:t>
      </w:r>
    </w:p>
    <w:p>
      <w:pPr>
        <w:autoSpaceDN w:val="0"/>
        <w:autoSpaceDE w:val="0"/>
        <w:widowControl/>
        <w:spacing w:line="230" w:lineRule="auto" w:before="7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6. Волкова С. И. Математика. Проверочные работы. 1 класс.</w:t>
      </w:r>
    </w:p>
    <w:p>
      <w:pPr>
        <w:autoSpaceDN w:val="0"/>
        <w:autoSpaceDE w:val="0"/>
        <w:widowControl/>
        <w:spacing w:line="230" w:lineRule="auto" w:before="7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7. Волкова С. И. Математика. Тесты. 1 класс.</w:t>
      </w:r>
    </w:p>
    <w:p>
      <w:pPr>
        <w:autoSpaceDN w:val="0"/>
        <w:autoSpaceDE w:val="0"/>
        <w:widowControl/>
        <w:spacing w:line="230" w:lineRule="auto" w:before="7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8. Волкова С. И. Математика. Тетрадь учебных достижений. 1 класс.</w:t>
      </w:r>
    </w:p>
    <w:p>
      <w:pPr>
        <w:autoSpaceDN w:val="0"/>
        <w:autoSpaceDE w:val="0"/>
        <w:widowControl/>
        <w:spacing w:line="262" w:lineRule="auto" w:before="70" w:after="0"/>
        <w:ind w:left="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9. Бантова М. А., Бельтюкова Г. В., Волкова С. И. и др. Математика. Методические рекомендации. 1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класс.</w:t>
      </w:r>
    </w:p>
    <w:p>
      <w:pPr>
        <w:autoSpaceDN w:val="0"/>
        <w:autoSpaceDE w:val="0"/>
        <w:widowControl/>
        <w:spacing w:line="230" w:lineRule="auto" w:before="7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10. Волкова С. И. Математика. Устные упражнения. 1 класс.</w:t>
      </w:r>
    </w:p>
    <w:p>
      <w:pPr>
        <w:autoSpaceDN w:val="0"/>
        <w:autoSpaceDE w:val="0"/>
        <w:widowControl/>
        <w:spacing w:line="230" w:lineRule="auto" w:before="7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11. Волкова С. И. Математика. Контрольные работы. 1–4 классы.</w:t>
      </w:r>
    </w:p>
    <w:p>
      <w:pPr>
        <w:autoSpaceDN w:val="0"/>
        <w:autoSpaceDE w:val="0"/>
        <w:widowControl/>
        <w:spacing w:line="230" w:lineRule="auto" w:before="7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12. Волкова С. И., Пчёлкина О. Л. Математика и конструирование. 1 класс</w:t>
      </w:r>
    </w:p>
    <w:p>
      <w:pPr>
        <w:autoSpaceDN w:val="0"/>
        <w:autoSpaceDE w:val="0"/>
        <w:widowControl/>
        <w:spacing w:line="230" w:lineRule="auto" w:before="262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ЦИФРОВЫЕ ОБРАЗОВАТЕЛЬНЫЕ РЕСУРСЫ И РЕСУРСЫ СЕТИ ИНТЕРНЕТ</w:t>
      </w:r>
    </w:p>
    <w:p>
      <w:pPr>
        <w:autoSpaceDN w:val="0"/>
        <w:autoSpaceDE w:val="0"/>
        <w:widowControl/>
        <w:spacing w:line="262" w:lineRule="auto" w:before="166" w:after="0"/>
        <w:ind w:left="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Электронное приложение к учебнику «Математика», 1 класс (Диск CD-ROM), авторы С. И. Волкова,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М. К. Антошин, Н. В. Сафонова.</w:t>
      </w:r>
    </w:p>
    <w:p>
      <w:pPr>
        <w:autoSpaceDN w:val="0"/>
        <w:autoSpaceDE w:val="0"/>
        <w:widowControl/>
        <w:spacing w:line="283" w:lineRule="auto" w:before="70" w:after="0"/>
        <w:ind w:left="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Издательства «Просвещение» www.prosv.ru (раздел «Школа России www.schoolrussia.ru) Федерация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Интернет-образования, сетевое объединение методистов www.som.fio.ru Российская версия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международного проекта Сеть творческих учителей it-n.ru Российский общеобразовательный Портал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www.school.edu.ru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Единая коллекция цифровых образовательных ресурсов www.school-collection.edu.ru Российская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электронная школа https://resh.edu.ru/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Российская онлайн-платформа учи ру https://uchi.ru</w:t>
      </w:r>
    </w:p>
    <w:p>
      <w:pPr>
        <w:sectPr>
          <w:pgSz w:w="11900" w:h="16840"/>
          <w:pgMar w:top="298" w:right="650" w:bottom="1440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5534" w:space="0"/>
            <w:col w:w="15534" w:space="0"/>
            <w:col w:w="10084" w:space="0"/>
            <w:col w:w="10444" w:space="0"/>
            <w:col w:w="10332" w:space="0"/>
            <w:col w:w="10584" w:space="0"/>
            <w:col w:w="10268" w:space="0"/>
            <w:col w:w="10584" w:space="0"/>
            <w:col w:w="10406" w:space="0"/>
            <w:col w:w="10600" w:space="0"/>
            <w:col w:w="9684" w:space="0"/>
            <w:col w:w="6040" w:space="0"/>
            <w:col w:w="3644" w:space="0"/>
            <w:col w:w="96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МАТЕРИАЛЬНО-ТЕХНИЧЕСКОЕ ОБЕСПЕЧЕНИЕ ОБРАЗОВАТЕЛЬНОГО ПРОЦЕССА</w:t>
      </w:r>
    </w:p>
    <w:p>
      <w:pPr>
        <w:autoSpaceDN w:val="0"/>
        <w:autoSpaceDE w:val="0"/>
        <w:widowControl/>
        <w:spacing w:line="230" w:lineRule="auto" w:before="346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УЧЕБНОЕ ОБОРУДОВАНИЕ</w:t>
      </w:r>
    </w:p>
    <w:p>
      <w:pPr>
        <w:autoSpaceDN w:val="0"/>
        <w:autoSpaceDE w:val="0"/>
        <w:widowControl/>
        <w:spacing w:line="262" w:lineRule="auto" w:before="166" w:after="0"/>
        <w:ind w:left="0" w:right="28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Классная доска с набором приспособлений для крепления таблиц. Магнитная доска. Интерактивная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доска. Мультимедийный компьютер. Ксерокс.</w:t>
      </w:r>
    </w:p>
    <w:p>
      <w:pPr>
        <w:autoSpaceDN w:val="0"/>
        <w:autoSpaceDE w:val="0"/>
        <w:widowControl/>
        <w:spacing w:line="230" w:lineRule="auto" w:before="262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ОБОРУДОВАНИЕ ДЛЯ ПРОВЕДЕНИЯ ЛАБОРАТОРНЫХ И ПРАКТИЧЕСКИХ РАБОТ</w:t>
      </w:r>
    </w:p>
    <w:p>
      <w:pPr>
        <w:autoSpaceDN w:val="0"/>
        <w:autoSpaceDE w:val="0"/>
        <w:widowControl/>
        <w:spacing w:line="230" w:lineRule="auto" w:before="166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Набор предметных картинок. Магнитная доска. Таблицы и схемы.</w:t>
      </w:r>
    </w:p>
    <w:p>
      <w:pPr>
        <w:autoSpaceDN w:val="0"/>
        <w:autoSpaceDE w:val="0"/>
        <w:widowControl/>
        <w:spacing w:line="230" w:lineRule="auto" w:before="7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Демонстрационная оцифрованная линейка. Демонстрационный чертёжный угольник.</w:t>
      </w:r>
    </w:p>
    <w:p>
      <w:pPr>
        <w:autoSpaceDN w:val="0"/>
        <w:autoSpaceDE w:val="0"/>
        <w:widowControl/>
        <w:spacing w:line="230" w:lineRule="auto" w:before="7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Демонстрационный циркуль</w:t>
      </w:r>
    </w:p>
    <w:p>
      <w:pPr>
        <w:sectPr>
          <w:pgSz w:w="11900" w:h="16840"/>
          <w:pgMar w:top="298" w:right="650" w:bottom="1440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5534" w:space="0"/>
            <w:col w:w="15534" w:space="0"/>
            <w:col w:w="10084" w:space="0"/>
            <w:col w:w="10444" w:space="0"/>
            <w:col w:w="10332" w:space="0"/>
            <w:col w:w="10584" w:space="0"/>
            <w:col w:w="10268" w:space="0"/>
            <w:col w:w="10584" w:space="0"/>
            <w:col w:w="10406" w:space="0"/>
            <w:col w:w="10600" w:space="0"/>
            <w:col w:w="9684" w:space="0"/>
            <w:col w:w="6040" w:space="0"/>
            <w:col w:w="3644" w:space="0"/>
            <w:col w:w="9684" w:space="0"/>
          </w:cols>
          <w:docGrid w:linePitch="360"/>
        </w:sectPr>
      </w:pPr>
    </w:p>
    <w:sectPr w:rsidR="00FC693F" w:rsidRPr="0006063C" w:rsidSect="00034616">
      <w:pgSz w:w="11900" w:h="16840"/>
      <w:pgMar w:top="1440" w:right="1440" w:bottom="1440" w:left="1440" w:header="720" w:footer="720" w:gutter="0"/>
      <w:cols w:space="720" w:num="1" w:equalWidth="0">
        <w:col w:w="10584" w:space="0"/>
        <w:col w:w="10584" w:space="0"/>
        <w:col w:w="10584" w:space="0"/>
        <w:col w:w="10584" w:space="0"/>
        <w:col w:w="10584" w:space="0"/>
        <w:col w:w="10584" w:space="0"/>
        <w:col w:w="10584" w:space="0"/>
        <w:col w:w="10584" w:space="0"/>
        <w:col w:w="10584" w:space="0"/>
        <w:col w:w="10584" w:space="0"/>
        <w:col w:w="10584" w:space="0"/>
        <w:col w:w="10584" w:space="0"/>
        <w:col w:w="10584" w:space="0"/>
        <w:col w:w="15534" w:space="0"/>
        <w:col w:w="15534" w:space="0"/>
        <w:col w:w="15534" w:space="0"/>
        <w:col w:w="15534" w:space="0"/>
        <w:col w:w="15534" w:space="0"/>
        <w:col w:w="10084" w:space="0"/>
        <w:col w:w="10444" w:space="0"/>
        <w:col w:w="10332" w:space="0"/>
        <w:col w:w="10584" w:space="0"/>
        <w:col w:w="10268" w:space="0"/>
        <w:col w:w="10584" w:space="0"/>
        <w:col w:w="10406" w:space="0"/>
        <w:col w:w="10600" w:space="0"/>
        <w:col w:w="9684" w:space="0"/>
        <w:col w:w="6040" w:space="0"/>
        <w:col w:w="3644" w:space="0"/>
        <w:col w:w="9684" w:space="0"/>
      </w:cols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