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63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41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Акушинский район</w:t>
      </w:r>
    </w:p>
    <w:p>
      <w:pPr>
        <w:autoSpaceDN w:val="0"/>
        <w:autoSpaceDE w:val="0"/>
        <w:widowControl/>
        <w:spacing w:line="230" w:lineRule="auto" w:before="670" w:after="1436"/>
        <w:ind w:left="0" w:right="330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"Аметеркмахинская СОШ"</w:t>
      </w:r>
    </w:p>
    <w:p>
      <w:pPr>
        <w:sectPr>
          <w:pgSz w:w="11900" w:h="16840"/>
          <w:pgMar w:top="298" w:right="776" w:bottom="398" w:left="1440" w:header="720" w:footer="720" w:gutter="0"/>
          <w:cols w:space="720" w:num="1" w:equalWidth="0"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816" w:right="432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autoSpaceDN w:val="0"/>
        <w:autoSpaceDE w:val="0"/>
        <w:widowControl/>
        <w:spacing w:line="230" w:lineRule="auto" w:before="182" w:after="0"/>
        <w:ind w:left="0" w:right="29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______________Магомедова Э.И.</w:t>
      </w:r>
    </w:p>
    <w:p>
      <w:pPr>
        <w:sectPr>
          <w:type w:val="continuous"/>
          <w:pgSz w:w="11900" w:h="16840"/>
          <w:pgMar w:top="298" w:right="776" w:bottom="398" w:left="1440" w:header="720" w:footer="720" w:gutter="0"/>
          <w:cols w:space="720" w:num="2" w:equalWidth="0"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92" w:right="1872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Врио директора</w:t>
      </w:r>
    </w:p>
    <w:p>
      <w:pPr>
        <w:autoSpaceDN w:val="0"/>
        <w:autoSpaceDE w:val="0"/>
        <w:widowControl/>
        <w:spacing w:line="230" w:lineRule="auto" w:before="182" w:after="182"/>
        <w:ind w:left="292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______________Магомеданваров А.К.</w:t>
      </w:r>
    </w:p>
    <w:p>
      <w:pPr>
        <w:sectPr>
          <w:type w:val="nextColumn"/>
          <w:pgSz w:w="11900" w:h="16840"/>
          <w:pgMar w:top="298" w:right="776" w:bottom="398" w:left="1440" w:header="720" w:footer="720" w:gutter="0"/>
          <w:cols w:space="720" w:num="2" w:equalWidth="0">
            <w:col w:w="6040" w:space="0"/>
            <w:col w:w="3644" w:space="0"/>
            <w:col w:w="9684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842"/>
        <w:gridCol w:w="4842"/>
      </w:tblGrid>
      <w:tr>
        <w:trPr>
          <w:trHeight w:hRule="exact" w:val="490"/>
        </w:trPr>
        <w:tc>
          <w:tcPr>
            <w:tcW w:type="dxa" w:w="39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416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Протокол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"29" 07  2022 г.</w:t>
            </w:r>
          </w:p>
        </w:tc>
        <w:tc>
          <w:tcPr>
            <w:tcW w:type="dxa" w:w="34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992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Приказ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"29" 07 2022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2295917)</w:t>
      </w:r>
    </w:p>
    <w:p>
      <w:pPr>
        <w:autoSpaceDN w:val="0"/>
        <w:autoSpaceDE w:val="0"/>
        <w:widowControl/>
        <w:spacing w:line="262" w:lineRule="auto" w:before="166" w:after="0"/>
        <w:ind w:left="3600" w:right="403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«Русский язык»</w:t>
      </w:r>
    </w:p>
    <w:p>
      <w:pPr>
        <w:autoSpaceDN w:val="0"/>
        <w:autoSpaceDE w:val="0"/>
        <w:widowControl/>
        <w:spacing w:line="262" w:lineRule="auto" w:before="670" w:after="0"/>
        <w:ind w:left="2160" w:right="2736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1 класса начального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6680" w:right="0" w:hanging="3144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Магомеданварова Кусум Магомедкамиловна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389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село Аметеркмахи 2022</w:t>
      </w:r>
    </w:p>
    <w:p>
      <w:pPr>
        <w:sectPr>
          <w:type w:val="continuous"/>
          <w:pgSz w:w="11900" w:h="16840"/>
          <w:pgMar w:top="298" w:right="776" w:bottom="398" w:left="1440" w:header="720" w:footer="720" w:gutter="0"/>
          <w:cols w:space="720" w:num="1" w:equalWidth="0"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8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учебного предмета «Русский язык» для обучающихся 1 классов на уровне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 составлена на основе Требований к результатам освоения программы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началь​ного общего образования Федерального государственного обра​зовательного стандарта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начального общего образования (да​лее — ФГОС НОО), а также ориентирована на целевые приори​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‐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теты, сформулированные в Примерной программе воспитания.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"РУССКИЙ ЯЗЫК"</w:t>
      </w:r>
    </w:p>
    <w:p>
      <w:pPr>
        <w:autoSpaceDN w:val="0"/>
        <w:autoSpaceDE w:val="0"/>
        <w:widowControl/>
        <w:spacing w:line="290" w:lineRule="auto" w:before="19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Русский язык является основой всего процесса обучения в на​чальной школе, успехи в его изучении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 многом определяют результаты обучающихся по другим предметам. Русский язык как средство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познания действительности обеспечивает развитие интеллектуальных и творческих способностей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младших школьников, формирует умения извлекать и анализировать информацию из различных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текстов, навыки самостоятельной учебной деятельности. Предмет «Русский язык» обладает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значительным потенциа​лом в развитии функциональной грамотности младших школь​ников, особенно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таких её компонентов, как языковая, комму​никативная, читательская, общекультурная и социальная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гра​мотность. Первичное знакомство с системой русского языка, богатством его выразительных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возможностей, развитие умения правильно и эффективно использовать русский язык в различ​ных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сферах и ситуациях общения способствуют успешной соци​ализации младшего школьника. Русский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язык, выполняя свои базовые функции общения и выражения мысли, обеспечивает межличностное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социальное взаимодействие, участвует в фор​мировании самосознания и мировоззрения личности,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является важнейшим средством хранения и передачи информации, куль​турных традиций, истории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русского народа и других народов России. Свободное владение языком, умение выбирать нужные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языковые средства во многом определяют возможность адек​ватного самовыражения взглядов,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мыслей, чувств, проявления себя в различных жизненно важных для человека областях. Изучение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русского языка обладает огромным потенциалом присвоения традиционных социокультурных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духовно​нрав​ственных ценностей, принятых в обществе правил и норм пове​дения,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речевого, что способствует формированию внутренней позиции личности. Личностные достижения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младшего школьника непосредственно связаны с осознанием языка как явления национальной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культуры, пониманием связи языка и мировоззрения народа. Значимыми личностными результата​ми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являются развитие устойчивого познавательного интереса к изучению русского языка,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ответственности за сохранение чистоты русского языка. Достижение этих личност​ных результатов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длительный процесс, разворачивающийся на протяжении изучения содержания предмета.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Центральной идеей конструирования содержания и планиру​емых результатов обучения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признание равной значимости работы по изучению системы языка и работы по совер​шенствованию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речи младших школьников. Языковой материал призван сформировать первоначальные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 о струк​туре русского языка, способствовать усвоению норм русского литературного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языка, орфографических и пунктуационных правил. Развитие устной и письменной речи младших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школь​ников направлено на решение практической задачи развития всех видов речевой деятельности,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отработку навыков использо​вания усвоенных норм русского литературного языка, речевых норм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 речевого этикета в процессе устного и письмен​ного общения. Ряд задач по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совершенствованию речевой дея​тельности решаются совместно с учебным предметом «Литературное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чтение».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число часов, отведённых на изучение «Русского язы​ка», в 1 классе — 165 ч. </w:t>
      </w:r>
    </w:p>
    <w:p>
      <w:pPr>
        <w:autoSpaceDN w:val="0"/>
        <w:autoSpaceDE w:val="0"/>
        <w:widowControl/>
        <w:spacing w:line="230" w:lineRule="auto" w:before="43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"РУССКИЙ ЯЗЫК"</w:t>
      </w:r>
    </w:p>
    <w:p>
      <w:pPr>
        <w:sectPr>
          <w:pgSz w:w="11900" w:h="16840"/>
          <w:pgMar w:top="436" w:right="650" w:bottom="356" w:left="666" w:header="720" w:footer="720" w:gutter="0"/>
          <w:cols w:space="720" w:num="1" w:equalWidth="0"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0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начальной школе изучение русского языка имеет особое значение в развитии младшего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школьника. Приобретённые им знания, опыт выполнения предметных и универсальных дей​ствий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материале русского языка станут фундаментом обучения в основном звене школы, а также будут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востребованы в жизни.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Изучение русского языка в начальной школе направлено на достижение следующих целей:</w:t>
      </w:r>
    </w:p>
    <w:p>
      <w:pPr>
        <w:autoSpaceDN w:val="0"/>
        <w:autoSpaceDE w:val="0"/>
        <w:widowControl/>
        <w:spacing w:line="281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приобретение младшими школьниками первоначальных представлений о многообразии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 и культур на территории Российской Федерации, о языке как одной из главных духов​но​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‐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нравственных ценностей народа; понимание роли языка как основного средства общения;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осознание значения русского язы​ка как государственного языка Российской Федерации; пони​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‐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мание роли русского языка как языка межнационального об​щения; осознание правильной устной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письменной речи как показателя общей культуры человека;</w:t>
      </w:r>
    </w:p>
    <w:p>
      <w:pPr>
        <w:autoSpaceDN w:val="0"/>
        <w:autoSpaceDE w:val="0"/>
        <w:widowControl/>
        <w:spacing w:line="271" w:lineRule="auto" w:before="192" w:after="0"/>
        <w:ind w:left="42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основными видами речевой деятельности на ос​нове первоначальных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представлений о нормах современного русского литературного языка: аудированием,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говорением, чте​нием, письмом;</w:t>
      </w:r>
    </w:p>
    <w:p>
      <w:pPr>
        <w:autoSpaceDN w:val="0"/>
        <w:autoSpaceDE w:val="0"/>
        <w:widowControl/>
        <w:spacing w:line="281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первоначальными научными представлениями о системе русского языка: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фонетике, графике, лексике, морфе​мике, морфологии и синтаксисе; об основных единицах языка,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их признаках и особенностях употребления в речи; использова​ние в речевой деятельности норм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современного русского литера​турного языка (орфоэпических, лексических, грамматических,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орфографических, пунктуационных) и речевого этикета;</w:t>
      </w:r>
    </w:p>
    <w:p>
      <w:pPr>
        <w:autoSpaceDN w:val="0"/>
        <w:autoSpaceDE w:val="0"/>
        <w:widowControl/>
        <w:spacing w:line="262" w:lineRule="auto" w:before="190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развитие функциональной грамотности, готовности к успешному взаимодействию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изменяющимся миром и дальнейшему успешному образованию.</w:t>
      </w:r>
    </w:p>
    <w:p>
      <w:pPr>
        <w:sectPr>
          <w:pgSz w:w="11900" w:h="16840"/>
          <w:pgMar w:top="310" w:right="742" w:bottom="1440" w:left="666" w:header="720" w:footer="720" w:gutter="0"/>
          <w:cols w:space="720" w:num="1" w:equalWidth="0"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30" w:lineRule="auto" w:before="346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Обучение грамоте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Развитие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Составление небольших рассказов повествовательного харак​тера по серии сюжетных картинок,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материалам собственных игр, занятий, наблюдений. Понимание текста при его прослушивании и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самостоя​тельном чтении вслух.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Слово и предложение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 слова и предложения. Работа с предложением: выделение слов, изменение их порядка.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Восприятие слова как объекта изучения, материала для анализа. Наблюдение над значением слова.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Звуки речи. Единство звукового состава слова и его значения. Установление последовательности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звуков в слове и  количе​ства звуков. Сопоставление слов, различающихся одним или несколькими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звуками. Звуковой анализ слова, работа со звуко​выми моделями: построение модели звукового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состава слова, подбор слов, соответствующих заданной модели. Различение гласных и согласных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звуков, гласных ударных и безударных, согласных твёрдых и мягких, звонких и глухих. Определение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места ударения. Слог как минимальная произносительная единица. Количе​ство слогов в слове.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Ударный слог.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Графика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 звука и буквы: буква как знак звука. Слоговой принцип русской графики. Буквы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гласных как показатель твёр​дости — мягкости согласных звуков. Функции букв е, ё, ю, я. Мягкий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знак как показатель мягкости предшествующего со​ гласного звука в конце слова. Последовательность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букв в русском алфавите.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Чтение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Слоговое чтение (ориентация на букву, обозначающую глас​ный звук).  Плавное слоговое чтение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целыми словами со скоростью, соответствующей индивидуальному темпу. Чте​ние с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интонациями и паузами в соответствии со знаками препи​нания. Осознанное чтение слов,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словосочетаний, предложений. Выразительное чтение на материале небольших прозаических текстов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стихотворений. Орфоэпическое чтение (при переходе к чтению целыми слова​ми). Орфографическое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чтение (проговаривание) как средство самоконтроля при письме под диктовку и при списывании.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Письмо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пространстве листа в тетради и на простран​стве классной доски. Гигиенические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требования, которые необ​ходимо соблюдать во время письма.Начертание письменных прописных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строчных букв. Пись​мо букв, буквосочетаний, слогов, слов, предложений с соблюде​нием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гигиенических норм. Письмо разборчивым, аккуратным почерком. Письмо под диктовку слов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предложений, написа​ние которых не расходится с их произношением. Приёмы и последовательность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правильного списывания текста. Функция небуквенных графических средств: пробела между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словами, знака переноса.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Орфография и пунктуация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 правописания и их применение: раздельное написа​ние слов; обозначение гласных после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шипящих в сочетаниях жи, ши (в положении под ударением), ча, ща, чу, щу; пропис​ная буква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начале предложения, в именах собственных (имена людей, клички животных); перенос слов по слогам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без стечения согласных; знаки препинания в конце предложения.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F0F50"/>
          <w:sz w:val="24"/>
        </w:rPr>
        <w:t>СИСТЕМАТИЧЕСКИЙ КУРС</w:t>
      </w:r>
    </w:p>
    <w:p>
      <w:pPr>
        <w:sectPr>
          <w:pgSz w:w="11900" w:h="16840"/>
          <w:pgMar w:top="298" w:right="650" w:bottom="310" w:left="666" w:header="720" w:footer="720" w:gutter="0"/>
          <w:cols w:space="720" w:num="1" w:equalWidth="0"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201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Общие сведения о языке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 как основное средство человеческого общения.  Цели и ситуации общения.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Звуки речи. Гласные и согласные звуки, их различение. Уда​рение в слове. Гласные ударные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безударные. Твёрдые и мяг​кие согласные звуки, их различение. Звонкие и глухие соглас​ные звуки,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различение. Согласный звук [й’] и гласный звук [и]. Шипящие [ж], [ш], [ч’], [щ’]. Слог. Количество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слогов в слове. Ударный слог. Деление слов на слоги (простые случаи, без стечения согласных).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Графика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 и буква. Различение звуков и букв. Обозначение на письме твёрдости согласных звуков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буквами а, о, у, ы, э; слова с буквой э. Обозначение на письме мягкости согласных звуков буквами 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ё, ю, я, и. Функции букв е, ё, ю, я. Мягкий знак как показатель мягкости предшествующего согласного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звука в конце слова. Установление соотношения звукового и буквенного состава слова в словах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типа стол, конь. Небуквенные графические средства: пробел между словами, знак переноса. Русский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алфавит: правильное название букв, их последова​тельность. Использование алфавита для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упорядочения списка слов.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Орфоэпия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Произношение звуков и сочетаний звуков, ударение в словах в соответствии с нормами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современного русского литературного языка (на ограниченном перечне слов, отрабатываемом в учеб​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‐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нике).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Лексика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Слово как единица языка (ознакомление). Слово как название предмета, признака предмета,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действия предмета (ознакомление). Выявление слов, значение которых требует уточнения.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Синтаксис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Предложение как единица языка (ознакомление). Слово, предложение (наблюдение над сходством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различи​ем). Установление связи слов в предложении при помощи смыс​ловых вопросов.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Восстановление деформированных предложений. Составле​ние предложений из набора форм слов.</w:t>
      </w:r>
    </w:p>
    <w:p>
      <w:pPr>
        <w:autoSpaceDN w:val="0"/>
        <w:autoSpaceDE w:val="0"/>
        <w:widowControl/>
        <w:spacing w:line="262" w:lineRule="auto" w:before="190" w:after="0"/>
        <w:ind w:left="180" w:right="604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Орфография и пунктуация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Правила правописания и их применение: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раздельное написание слов в предложении;</w:t>
      </w:r>
    </w:p>
    <w:p>
      <w:pPr>
        <w:autoSpaceDN w:val="0"/>
        <w:autoSpaceDE w:val="0"/>
        <w:widowControl/>
        <w:spacing w:line="262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прописная буква в начале предложения и в именах собствен​ных: в именах и фамилиях людей,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кличках животных;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перенос слов (без учёта морфемного членения слова);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гласные после шипящих в сочетаниях жи, ши (в положении под ударением), ча, ща, чу, щу;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сочетания чк, чн;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слова с непроверяемыми гласными и согласными (перечень слов в орфографическом словаре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учебника);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знаки препинания в конце предложения: точка, вопроситель​ный и восклицательный знаки.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Алгоритм списывания текста.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78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Развитие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Речь как основная форма общения между людьми. Текст как единица речи (ознакомление).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Ситуация общения: цель общения, с кем и где происходит об​щение. Ситуации устного общения</w:t>
      </w:r>
    </w:p>
    <w:p>
      <w:pPr>
        <w:sectPr>
          <w:pgSz w:w="11900" w:h="16840"/>
          <w:pgMar w:top="292" w:right="676" w:bottom="444" w:left="666" w:header="720" w:footer="720" w:gutter="0"/>
          <w:cols w:space="720" w:num="1" w:equalWidth="0"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(чтение диалогов по ролям, просмотр видеоматериалов, прослушивание аудиозаписи). Нормы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речевого этикета в ситуациях учебного и бытового об​щения (приветствие, прощание, извинение,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благодарность, об​ращение с просьбой).</w:t>
      </w:r>
    </w:p>
    <w:p>
      <w:pPr>
        <w:sectPr>
          <w:pgSz w:w="11900" w:h="16840"/>
          <w:pgMar w:top="286" w:right="1238" w:bottom="1440" w:left="666" w:header="720" w:footer="720" w:gutter="0"/>
          <w:cols w:space="720" w:num="1" w:equalWidth="0"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русского языка в 1 классе направлено на достижение обучающимися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38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«Русский язык» в начальной школе у обучающегося будут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сформированы следующие личностные новообразования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гражданско-патриотического воспитания: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становление ценностного отношения к своей Родине — России, в том числе через изучение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русского языка, отражающего историю и культуру страны;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осознание своей этнокультурной и российской граждан​ской идентичности, понимание роли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русского языка как государственного языка Российской Федерации и языка межнацио​нального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 народов России;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сопричастность к прошлому, настоящему и будущему сво​ей страны и родного края,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через обсуждение ситуаций при работе с художественными произведениями;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уважение к своему и другим народам, формируемое в том числе на основе примеров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художественных произведений;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первоначальные представления о человеке как члене об​щества, о правах и ответственности,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уважении и достоинстве человека, о нравственно​этических нормах поведения и прави​лах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межличностных отношений, в том числе отражённых в художественных произведениях;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духовно-нравственного воспитания: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признание индивидуальности каждого человека с опорой на собственный жизненный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читательский опыт;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проявление сопереживания, уважения и доброжелатель​ ности, в том числе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адекватных языковых средств для выражения своего состояния и чувств;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неприятие любых форм поведения, направленных на причинение физического  и  морального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вреда  другим  людям (в том числе связанного с использованием недопустимых средств языка); </w:t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эстетического воспитания: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уважительное отношение и интерес к художественной культуре, восприимчивость к разным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видам искусства, традициям и творчеству своего и других народов;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стремление к самовыражению в разных видах художе​ственной деятельности, в том числе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искусстве слова; осозна​ние важности русского языка как средства общения и самовы​ражения; </w:t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физического воспитания, формирования культуры здоровья и эмоционального благополучия: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соблюдение правил здорового и безопасного (для себя и других людей) образа жизни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среде (в том числе информационной) при поиске дополнительной информации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процессе языкового образования;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бережное отношение к физическому и психическому здо​ровью, проявляющееся в выборе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приемлемых способов речевого самовыражения и соблюдении норм речевого этикета и пра​вил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трудового воспитания: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осознание ценности труда в жизни человека и общества (в том числе благодаря примерам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произведений), ответственное потребление и бережное отношение к результатам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труда, навыки участия в различных видах трудо​вой деятельности, интерес к различным профессиям,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возника​ющий при обсуждении примеров из художественных произве​дений;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экологического воспитания:</w:t>
      </w:r>
    </w:p>
    <w:p>
      <w:pPr>
        <w:sectPr>
          <w:pgSz w:w="11900" w:h="16840"/>
          <w:pgMar w:top="298" w:right="650" w:bottom="420" w:left="666" w:header="720" w:footer="720" w:gutter="0"/>
          <w:cols w:space="720" w:num="1" w:equalWidth="0"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бережное отношение к природе, формируемое в процессе работы с текстами;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неприятие действий, приносящих ей вред;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ценности научного познания: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первоначальные представления о научной картине мира (в том числе первоначальные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представления о системе языка как одной из составляющих целостной научной картины мира);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познавательные интересы, активность, инициативность, любознательность и самостоятельность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познании, в том числе познавательный интерес к изучению русского языка, актив​ность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самостоятельность в его познании.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8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«Русский язык» в начальной школе у обучающегося будут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сформированы следующие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познавательные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универсальные учебные действия.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Базовые логические действия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сравнивать различные языковые единицы (звуки, слова, предложения, тексты), устанавливать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основания для сравнения языковых единиц (частеречная принадлежность, грамматиче​ский признак,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лексическое значение и др.); устанавливать аналогии языковых единиц;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объединять объекты (языковые единицы) по определённо​му признаку;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определять существенный признак для классификации языковых единиц (звуков, частей речи,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предложений, текстов); классифицировать языковые единицы;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находить в языковом материале закономерности и проти​воречия на основе предложенного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учителем алгоритма наблюдения; анализировать алгоритм действий при работе с языко​выми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единицами, самостоятельно выделять учебные операции при анализе языковых единиц;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выявлять недостаток информации для решения учебной и практической задачи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алгоритма, фор​мулировать запрос на дополнительную информацию;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устанавливать причинно​следственные связи в ситуациях наблюдения за языковым материалом,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делать выводы.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Базовые исследовательские действия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 помощью учителя формулировать цель, планировать из​менения языкового объекта, речевой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ситуации;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сравнивать несколько вариантов выполнения задания, выбирать наиболее подходящий (на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основе предложенных критериев);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проводить по предложенному плану несложное лингви​стическое мини-​исследование,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выполнять по предложенному плану проектное задание;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формулировать выводы и подкреплять их доказательства​ми на основе результатов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проведённого наблюдения за языковым материалом (классификации, сравнения, исследования);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формулировать с помощью учителя вопросы в процессе анализа предложенного языкового материала;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прогнозировать возможное развитие процессов, событий и их последствия в аналогичных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сходных ситуациях.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Работа с информацией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выбирать источник получения информации: нужный словарь для получения запрашиваемой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информации, для уточнения;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согласно заданному алгоритму находить представленную в явном виде информацию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предложенном источнике: в слова​рях, справочниках;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распознавать достоверную и недостоверную информацию самостоятельно или на основании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учителем способа её проверки (обращаясь к словарям, справочникам, учебнику);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соблюдать с помощью взрослых (педагогических работни​ков, родителей, законных</w:t>
      </w:r>
    </w:p>
    <w:p>
      <w:pPr>
        <w:sectPr>
          <w:pgSz w:w="11900" w:h="16840"/>
          <w:pgMar w:top="298" w:right="660" w:bottom="452" w:left="666" w:header="720" w:footer="720" w:gutter="0"/>
          <w:cols w:space="720" w:num="1" w:equalWidth="0"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3" w:lineRule="auto" w:before="0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представителей) правила информационной безопасности при поиске информации в Интернете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(информации о написании и произношении слова, о значении слова, о происхождении слова,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синонимах слова);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анализировать и создавать текстовую, видео​, графиче​скую, звуковую информацию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учебной зада​чей;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понимать лингвистическую информацию, зафиксирован​ную в виде таблиц, схем;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 создавать схемы, таблицы для представления лингвистической информации.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начальной школе у обучающегося форми​руются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универсальные учебные действия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Общение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воспринимать и формулировать суждения, выражать эмо​ции в соответствии с целями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условиями общения в знакомой среде;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проявлять уважительное отношение к собеседнику, со​блюдать правила ведения диалоги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дискуссии;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признавать возможность существования разных точек зрения;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корректно и аргументированно высказывать своё  мне​ние;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строить речевое высказывание в соответствии с постав​ленной задачей;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создавать устные и письменные тексты (описание, рас​суждение, повествование) в соответствии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 речевой ситуацией;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готовить небольшие публичные выступления о результа​тах парной и групповой работы,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результатах наблюдения, выполненного мини-​исследования, проектного задания;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подбирать иллюстративный материал (рисунки, фото, плакаты) к тексту выступления.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начальной школе у обучающегося форми​руются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регулятивные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учебные действия.</w:t>
      </w:r>
    </w:p>
    <w:p>
      <w:pPr>
        <w:autoSpaceDN w:val="0"/>
        <w:autoSpaceDE w:val="0"/>
        <w:widowControl/>
        <w:spacing w:line="271" w:lineRule="auto" w:before="70" w:after="0"/>
        <w:ind w:left="180" w:right="1728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Самоорганизация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планировать действия по решению учебной задачи для по​лучения результата;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выстраивать последовательность выбранных действий.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Самоконтроль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устанавливать причины успеха/неудач учебной деятель​ности;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корректировать свои учебные действия для преодоления речевых и орфографических ошибок;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соотносить результат деятельности с поставленной учеб​ной задачей по выделению,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характеристике, использованию языковых единиц;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находить ошибку, допущенную при работе с языковым материалом, находить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орфографическую и пунктуационную ошибку;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сравнивать результаты своей деятельности и деятельно​сти одноклассников, объективно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оценивать их по предложен​ным критериям.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Совместная деятельность: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18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формулировать краткосрочные и долгосрочные цели (ин​дивидуальные с учётом участия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коллективных задачах) в стандартной (типовой) ситуации на основе предложенного учи​телем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формата планирования, распределения промежуточных шагов и сроков;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распределять роли, договариваться, обсуждать процесс и результат совместной работы;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проявлять готовность руководить, выполнять поручения, подчиняться, самостоятельно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разрешать конфликты;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ответственно выполнять свою часть работы;</w:t>
      </w:r>
    </w:p>
    <w:p>
      <w:pPr>
        <w:sectPr>
          <w:pgSz w:w="11900" w:h="16840"/>
          <w:pgMar w:top="286" w:right="698" w:bottom="368" w:left="666" w:header="720" w:footer="720" w:gutter="0"/>
          <w:cols w:space="720" w:num="1" w:equalWidth="0"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15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оценивать свой вклад в общий результат;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выполнять совместные проектные задания с опорой на предложенные образцы.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первом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обучающийся научится: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различать слово и предложение; вычленять слова из пред​ложений;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вычленять звуки из слова;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различать гласные и согласные звуки (в том числе разли​чать в слове согласный звук [й’]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гласный звук [и]);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различать ударные и безударные гласные звуки;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различать согласные звуки: мягкие и твёрдые, звонкие и глухие (вне слова и в слове);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различать понятия «звук» и «буква»;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определять количество слогов в слове; делить слова на слоги (простые случаи: слова без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стечения согласных); определять в слове ударный слог;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обозначать на письме мягкость согласных звуков буквами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ё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ю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буквой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конце слова;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правильно называть буквы русского алфавита; использо​вать знание последовательности букв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русского алфавита для упорядочения небольшого списка слов;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писать аккуратным разборчивым почерком без искаже​ний прописные и строчные буквы,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соединения букв, слова;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применять изученные правила правописания: раздельное написание слов в предложении; знаки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препинания в конце пред​ложения: точка, вопросительный и восклицательный знаки; прописная буква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начале предложения и в именах собственных (имена, фамилии, клички животных); перенос слов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сло​гам (простые случаи: слова из слогов типа «согласный + глас​ный»); гласные после шипящих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сочетаниях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жи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ши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 положе​нии под ударением),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ча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ща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чу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щу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непроверяемые гласные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согласные (перечень слов в орфографическом словаре учебника);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правильно списывать (без пропусков и искажений букв) слова и предложения, тексты объёмом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 более 25 слов;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писать под диктовку (без пропусков и искажений букв) слова, предложения из  3—5  слов,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тексты  объёмом  не  более 20 слов, правописание которых не расходится с произношением;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находить и исправлять ошибки на изученные правила, описки;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понимать прослушанный текст;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читать вслух и про себя (с пониманием) короткие тексты с соблюдением интонации и пауз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со знаками пре​пинания в конце предложения;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находить в тексте слова, значение которых требует уточ​нения;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составлять предложение из набора форм слов;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устно составлять текст из 3—5 предложений по сюжет​ным картинкам и наблюдениям;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использовать изученные понятия в процессе решения учебных задач.</w:t>
      </w:r>
    </w:p>
    <w:p>
      <w:pPr>
        <w:sectPr>
          <w:pgSz w:w="11900" w:h="16840"/>
          <w:pgMar w:top="298" w:right="716" w:bottom="1440" w:left="666" w:header="720" w:footer="720" w:gutter="0"/>
          <w:cols w:space="720" w:num="1" w:equalWidth="0"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5428"/>
            <w:vMerge w:val="restart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335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23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формы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ОБУЧЕНИЕ ГРАМОТЕ</w:t>
            </w:r>
          </w:p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1.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Развитие речи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Составление небольших рассказов повествовательного характера по серии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сюжетных картинок, материалам собственных игр, занятий, наблюдений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серией сюжетных картинок,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выстроенных в пра​вильной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последовательности: анализ изображённых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собы​тий, обсуждение сюжета, составление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устного рассказа с опорой на картинки;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5896"/>
            <w:gridSpan w:val="2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9078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2.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Фонетика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Звуки речи. Интонационное выделение звука в слове. Определение частотного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звука в стихотворении. Называние слов с заданным звуком. Дифференциация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близких по акустико-артикуляционным признакам звуков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Игровое упражнение «Скажи так, как я»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(отрабатывается умение воспроизводить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заданный учителем образец интона​ционного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выделения звука в слове);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Установление последовательности звуков в слове и количества звуков.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Сопоставление слов, различающихся одним или несколькими звуками.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Звуковой анализ слова, работа со звуковыми моделями: построение модели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звукового состава слова, подбор слов, соответствующих заданной модели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«Есть ли в слове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заданный звук?» (ловить мяч нужно только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тогда, когда ведущий называет слово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заданным звуком, отрабатывается умение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определять наличие заданного звука в слове);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54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Особенность гласных звуков. Особенность согласных звуков. Различение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гласных и согласных звуков. Определение места ударения. Различение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гласных ударных и безударных. Ударный слог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Игровое упражнение «Скажи так, как я»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(отрабатывается умение воспроизводить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заданный учителем образец интона​ционного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выделения звука в слове);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54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Твёрдость и мягкость согласных звуков как смыслоразличительная функция.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Различение твёрдых и мягких согласных звуков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Игровое упражнение «Скажи так, как я»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(отрабатывается умение воспроизводить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заданный учителем образец интона​ционного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выделения звука в слове);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54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Дифференциация парных по твёрдости — мягкости согласных звуков.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Дифференциация парных по звонкости — глухости звуков (без введения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терминов «звонкость», «глухость»)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Игровое упражнение «Скажи так, как я»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(отрабатывается умение воспроизводить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заданный учителем образец интона​ционного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выделения звука в слове);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Слог как минимальная произносительная единица. Слогообразующая функция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гласных звуков. Определение количества слогов в слове. Деление слов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слоги (простые однозначные случаи)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Игровое упражнение «Скажи так, как я»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(отрабатывается умение воспроизводить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заданный учителем образец интона​ционного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выделения звука в слове);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5896"/>
            <w:gridSpan w:val="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</w:t>
            </w:r>
          </w:p>
        </w:tc>
        <w:tc>
          <w:tcPr>
            <w:tcW w:type="dxa" w:w="9078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Письмо. Орфография и пунктуация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298" w:left="666" w:header="720" w:footer="720" w:gutter="0"/>
          <w:cols w:space="720" w:num="1" w:equalWidth="0"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542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Развитие мелкой моторики пальцев и движения руки. Развитие умения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ориентироваться на пространстве листа в тетради и на пространстве классной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доски. Усвоение гигиенических требований, которые необходимо соблюдать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 время письма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анализ поэлементного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состава букв;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«Конструктор букв»,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направленное на составление буквы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элементов;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начертаний письменных заглавных и строчных букв. Создание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единства звука, зрительного образа обозначающего его буквы и двигательного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образа этой буквы. Овладение начертанием письменных прописных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строчных букв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анализ поэлементного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состава букв;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«Конструктор букв»,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направленное на составление буквы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элементов;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Диктант;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Письмо букв, буквосочетаний, слогов, слов, предложений с соблюдением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гигиенических норм. Овладение разборчивым аккуратным письмом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анализ поэлементного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состава букв;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«Конструктор букв»,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направленное на составление буквы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элементов;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Письмо под диктовку слов и предложений, написание которых не расходится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 их произношением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«Назови букву»,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направленное на различение букв, имеющих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оптическое и кинетическое сходство;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«Что случилось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буквой»: анализ деформированных букв,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определение недостающих элементов;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54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Усвоение приёмов последовательности правильного списывания текста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анализ поэлементного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состава букв;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«Конструктор букв»,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направленное на составление буквы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элементов;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54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Понимание функции небуквенных графических средств: пробела между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словами, знака переноса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запись под диктовку слов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предложений, состоящих из трёх — пяти слов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 звуками в сильной позиции;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54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раздельное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написание слов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288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выписывание из текста слов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буквосочетания​ ми ча, ща, чу, щу, жи, ши;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3.8.</w:t>
            </w:r>
          </w:p>
        </w:tc>
        <w:tc>
          <w:tcPr>
            <w:tcW w:type="dxa" w:w="54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обозначение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гласных после шипящих в сочетаниях жи, ши (в положении под ударением)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Совместный анализ текста на наличие в нём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 с буквосо​ четаниями жи, ши, ча, ща, чу,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щу;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Диктант;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3.9.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ча, ща, чу, щу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Совместный анализ текста на наличие в нём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 с буквосо​ четаниями жи, ши, ча, ща, чу,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щу;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09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3.10.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прописная буква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начале предложения, в именах собственных (имена людей, клички животных)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 «Кто больше»: подбор и запись имён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собственных на заданную букву;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работа: списывание и запись под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диктовку с применением изученных правил;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60" w:left="666" w:header="720" w:footer="720" w:gutter="0"/>
          <w:cols w:space="720" w:num="1" w:equalWidth="0"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3.11.</w:t>
            </w:r>
          </w:p>
        </w:tc>
        <w:tc>
          <w:tcPr>
            <w:tcW w:type="dxa" w:w="542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перенос слов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слогам без стечения согласных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288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выписывание из текста слов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буквосочетания​ ми ча, ща, чу, щу, жи, ши;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Учи.ру,РЭЩ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3.12.</w:t>
            </w:r>
          </w:p>
        </w:tc>
        <w:tc>
          <w:tcPr>
            <w:tcW w:type="dxa" w:w="5428"/>
            <w:tcBorders>
              <w:start w:sz="4.7999999999999545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знаки препинания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конце предложения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работа: списывание и запись под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диктовку с применением изученных правил;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Диктант;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5896"/>
            <w:gridSpan w:val="2"/>
            <w:tcBorders>
              <w:start w:sz="4.800000000000011" w:val="single" w:color="#000000"/>
              <w:top w:sz="4.800000000000068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70</w:t>
            </w:r>
          </w:p>
        </w:tc>
        <w:tc>
          <w:tcPr>
            <w:tcW w:type="dxa" w:w="9078"/>
            <w:gridSpan w:val="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СИСТЕМАТИЧЕСКИЙ КУРС</w:t>
            </w:r>
          </w:p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Общие сведения о языке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72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 как основное средство человеческого общения.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Осознание целей и ситуаций общения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 учителя на тему «Язык — средство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общения людей»;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«Можно ли общаться без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помощи языка?»;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5896"/>
            <w:gridSpan w:val="2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3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72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Фонетика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Звуки речи. Гласные и согласные звуки, их различение. Ударение в слове.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Гласные ударные и безударные. Твёрдые и мягкие согласные звуки,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различение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«Что мы знаем о звуках русского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языка», в ходе которой актуализируются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знания, приобретённые в период обучения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грамоте;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Звонкие и глухие согласные звуки, их различение. Согласный звук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 xml:space="preserve"> [й’]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гласный звук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[и]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. Шипящие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[ж], [ш], [ч’], [щ’]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«Что мы знаем о звуках русского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языка», в ходе которой актуализируются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знания, приобретённые в период обучения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грамоте;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Слог. Определение количества слогов в слове. Ударный слог. Деление слов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слоги (простые случаи, без стечения согласных)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«Что мы знаем о звуках русского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языка», в ходе которой актуализируются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знания, приобретённые в период обучения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грамоте;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Диктант;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5896"/>
            <w:gridSpan w:val="2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9078"/>
            <w:gridSpan w:val="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Графика</w:t>
            </w:r>
          </w:p>
        </w:tc>
      </w:tr>
      <w:tr>
        <w:trPr>
          <w:trHeight w:hRule="exact" w:val="169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 и буква. Различение звуков и букв. Обозначение на письме твёрдости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согласных звуков буквами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а, о, у, ы, э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слова с буквой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э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. Обозначение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 мягкости согласных звуков буквами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е, ё, ю, я, и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. Функции букв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 xml:space="preserve">е, ё, ю,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я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. Мягкий знак как показатель мягкости предшествующего согласного звука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конце слова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30.09.2022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Моделировать звуко​буквенный состав слов;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подбор 1—2 слов 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предложенной звуко​бук​венной модели;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«Сравниваем звуковой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буквенный состав слов», в ходе диалога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формулируются выводы о возможных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соотношениях звукового и буквенного состава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листа»;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ВПР;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48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Установление соотношения звукового и буквенного состава слова в словах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типа стол, конь.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02.10.2022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таблицей: заполнение таблицы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примерами слов с разным соотношением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количества звуков и букв для каждой из трёх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колонок: количество звуков равно количеству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букв, количество звуков меньше количества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букв, количество звуков больше количества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букв;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4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542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 небуквенных графических средств: пробела между словами,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знака переноса.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04.10.2022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о функциях ь (разделительный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показатель мягко​сти предшествующего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согласного);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работа: нахождение в тексте слов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 заданным основаниям (ь обозначает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мягкость предшествующего согласного);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Русский алфавит: правильное название букв, знание их последовательности.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 алфавита для упорядочения списка слов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06.10.2022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Игра-​соревнование «Повтори алфавит»;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Совместное выполнение упражнения «Запиши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слова по алфавиту»;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Диктант;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72"/>
        </w:trPr>
        <w:tc>
          <w:tcPr>
            <w:tcW w:type="dxa" w:w="5896"/>
            <w:gridSpan w:val="2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9078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Лексика и морфология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Слово как единица языка (ознакомление).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08.10.2022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«На какие вопросы могут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слова?»;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словами, отвечающими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вопросы «кто?», «что?»;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Слово как название предмета, признака предмета, действия предмета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(ознакомление).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11.10.2022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словами, отвечающими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вопросы «какой?», «какая?», «какое?»,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«какие?»;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5428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Выявление слов, значение которых требует уточнения</w:t>
            </w:r>
          </w:p>
        </w:tc>
        <w:tc>
          <w:tcPr>
            <w:tcW w:type="dxa" w:w="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13.10.2022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«На какие вопросы могут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слова?»;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словами, отвечающими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вопросы «кто?», «что?»;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5896"/>
            <w:gridSpan w:val="2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9078"/>
            <w:gridSpan w:val="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5.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Синтаксис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54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Предложение как единица языка (ознакомление). Слово, предложение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(наблюдение над сходством и различием).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15.10.2022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со схемой предложения: умение читать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схему предло​жения, преобразовывать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информацию, полученную из схемы: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составлять предложения, соответствующие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схеме, с учётом знаков препинания в конце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схемы;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Диктант;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Установление связи слов в предложении при помощи смысловых вопросов.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16.10.2022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группах: восстановление предложения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процессе выбора нужной формы слова,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данного в скобках;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25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Восстановление деформированных предложений.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18.10.2022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составление предложения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 набора слов;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группах: восстановление предложения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процессе выбора нужной формы слова,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данного в скобках;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50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5.4.</w:t>
            </w:r>
          </w:p>
        </w:tc>
        <w:tc>
          <w:tcPr>
            <w:tcW w:type="dxa" w:w="542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Составление предложений из набора форм слов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19.10.2022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со схемой предложения: умение читать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схему предло​жения, преобразовывать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информацию, полученную из схемы: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составлять предложения, соответствующие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схеме, с учётом знаков препинания в конце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схемы;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50"/>
        </w:trPr>
        <w:tc>
          <w:tcPr>
            <w:tcW w:type="dxa" w:w="5896"/>
            <w:gridSpan w:val="2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9078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6.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Орфография и пунктуация</w:t>
            </w:r>
          </w:p>
        </w:tc>
      </w:tr>
      <w:tr>
        <w:trPr>
          <w:trHeight w:hRule="exact" w:val="246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Ознакомление с правилами правописания и их применение: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 раздельное написание слов в предложении;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прописная буква в начале предложения и в именах собственных: в именах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фамилиях людей, кличках животных;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 перенос слов (без учёта морфемного членения слова);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гласные после шипящих в сочетаниях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жи, ши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 (в положении под ударением),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ча, ща, чу, щу;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сочетания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чк, чн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слова с непроверяемыми гласными и согласными (перечень слов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орфографическом словаре учебника);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знаки препинания в конце предложения: точка, вопросительный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восклицательный знаки.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21.10.2022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словами, сходными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звучанию, но различ​ными по написанию,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установление причин возможной ошибки при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записи этих слов;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Комментированное выполнение задания: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выявление места в слове, где можно допустить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ошибку;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Беседа, актуализирующая последовательность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действий при списывании;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Орфографический тренинг правильности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аккуратности списывания;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Усвоение алгоритма списывания текста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23.10.2022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словами, сходными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звучанию, но различ​ными по написанию,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установление причин возможной ошибки при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записи этих слов;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5896"/>
            <w:gridSpan w:val="2"/>
            <w:tcBorders>
              <w:start w:sz="4.800000000000011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</w:t>
            </w:r>
          </w:p>
        </w:tc>
        <w:tc>
          <w:tcPr>
            <w:tcW w:type="dxa" w:w="9078"/>
            <w:gridSpan w:val="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7.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Развитие речи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7.1.</w:t>
            </w:r>
          </w:p>
        </w:tc>
        <w:tc>
          <w:tcPr>
            <w:tcW w:type="dxa" w:w="54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Речь как основная форма общения между людьми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25.10.2022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рисунками, на которых изображены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разные ситуа​ции общения (приветствие,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прощание, извинение, благодар​ность,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обращение с просьбой), устное обсуждение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этих ситуаций, выбор соответствующих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каждой ситуации слов речевого этикета;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7.2.</w:t>
            </w:r>
          </w:p>
        </w:tc>
        <w:tc>
          <w:tcPr>
            <w:tcW w:type="dxa" w:w="54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Текст как единица речи (ознакомление).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28.10.2022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Комментированное выполнение задания: выбор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 предло​женного набора этикетных слов,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соответствующих заданным ситуациям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общения;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41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7.3.</w:t>
            </w:r>
          </w:p>
        </w:tc>
        <w:tc>
          <w:tcPr>
            <w:tcW w:type="dxa" w:w="54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Осознание ситуации общения: с какой целью, с кем и где происходит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общение.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29.10.2022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рисунками, на которых изображены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разные ситуа​ции общения (приветствие,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прощание, извинение, благодар​ность,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обращение с просьбой), устное обсуждение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этих ситуаций, выбор соответствующих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каждой ситуации слов речевого этикета;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Учи.ру.РЭШ</w:t>
            </w:r>
          </w:p>
        </w:tc>
      </w:tr>
      <w:tr>
        <w:trPr>
          <w:trHeight w:hRule="exact" w:val="71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7.4.</w:t>
            </w:r>
          </w:p>
        </w:tc>
        <w:tc>
          <w:tcPr>
            <w:tcW w:type="dxa" w:w="54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Ситуации устного общения (чтение диалогов по ролям, просмотр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видеоматериалов, прослушивание аудиозаписи).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31.10.2022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Творческое задание: придумать ситуации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общения, в кото​рых могут быть употреблены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предложенные этикетные слова;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24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7.5.</w:t>
            </w:r>
          </w:p>
        </w:tc>
        <w:tc>
          <w:tcPr>
            <w:tcW w:type="dxa" w:w="542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Овладение нормами речевого этикета в ситуациях учебного и бытового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общения (приветствие, прощание, извинение, благодарность, обращение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просьбой)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02.11.2022</w:t>
            </w:r>
          </w:p>
        </w:tc>
        <w:tc>
          <w:tcPr>
            <w:tcW w:type="dxa" w:w="335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Комментированное выполнение задания: выбор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 предло​женного набора этикетных слов,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соответствующих заданным ситуациям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общения;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50"/>
        </w:trPr>
        <w:tc>
          <w:tcPr>
            <w:tcW w:type="dxa" w:w="5896"/>
            <w:gridSpan w:val="2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9078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5896"/>
            <w:gridSpan w:val="2"/>
            <w:tcBorders>
              <w:start w:sz="4.800000000000011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28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</w:t>
            </w:r>
          </w:p>
        </w:tc>
        <w:tc>
          <w:tcPr>
            <w:tcW w:type="dxa" w:w="9078"/>
            <w:gridSpan w:val="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5896"/>
            <w:gridSpan w:val="2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17.5</w:t>
            </w:r>
          </w:p>
        </w:tc>
        <w:tc>
          <w:tcPr>
            <w:tcW w:type="dxa" w:w="6832"/>
            <w:gridSpan w:val="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2894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82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формы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«Прописи» - твоя первая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учебная тетрадь (с. 3–6,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пропись № 1).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Рабочая строка. Верхняя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нижняя линии рабочей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строки (с.7-8). Обводка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рисунков по контуру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Рисование полуовалов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кругов (с.11-12).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длинных прямых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наклонных линий (с.13-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14). Письмо наклонных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линий с закруглением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внизу (с.15-17). Письмо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элементов букв. с.18-20).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элементов букв.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с.18-20).Письмо овалов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больших и маленьких, 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чередование. Письмо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коротких наклонных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линий (с.21-22).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линий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закруглением внизу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вверху . Письмо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наклонных линий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петлей вверху и внизу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(с.27-28).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письменная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 а (с. 3, пропись №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2).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а, А (с. 4).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о, О (с. 5).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буква и (с. 7).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И (с. 8). 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332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буква ы (с. 9).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образов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прописных изученных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 с. 10). 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Строчная буква у (с. 11).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Заглавная буква У (с.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12).Закрепление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написанияизученных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букв. (с. 13)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Строчная буква н (с. 14).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Строчная буква н (с. 14).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с, С (с. 16).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Строчная буква к (с. 18).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Зачет;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К (с. 19).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буква т (с. 20).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Т (с. 21).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написания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изученных букв (с. 22).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2894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буква л (с. 23).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Л (с. 24). 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Тестирование;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буква р (с. 26).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Р (с. 27). 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Строчная буква в (с. 28)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В (с. 29).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05.10.2022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написания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изученных букв (с. 30).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72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буква е (с. 31).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Е (с. 32). 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 т р о ч н а я б у к в а п (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с. 3, пропись № 3).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Заглавная буква П (с. 4).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написания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изученных букв (с. 5)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Тестирование;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Строчная буква м (с. 6).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289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М (с. 7)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изученными буквами (с.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8).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буква з (с. 9).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З(с. 10).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написания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изученных букв. Письмо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 и предложений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изученными буквами(с.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11).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написания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изученных букв. Письмо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 и предложений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изученными буквами(с.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11).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Строчная буква б (с. 12).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Тестирование;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Заглавная буква Б(с. 13).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б, Б (с. 14)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написания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изученных букв. Письмо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 и предложений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изученными буквами(с.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15).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Тестирование;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Диктант;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 т р о ч н а я б у к в а д (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с. 1 6 ).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1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Д (с. 17). 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д, Д (с. 18). 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написания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изученных букв. Письмо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 и предложений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изученными буквами.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написания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изученных букв. Письмо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 и предложений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изученными буквами (с.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19).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Строчная буква я (с. 20).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Я (с. 21).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написания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изученных букв. Письмо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 и предложений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изученными буквами (с.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Строчная буква г (с. 24).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Г (с. 25).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г, Г (с. 26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буква ч,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обозначающая мягкий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согласный звук. Слоги ча,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чу (с. 27).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Зачет;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Ч,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обозначающая мягкий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согласный звук. Слоги ча,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чу (с. 2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18.11.2022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10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Тестирование;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 т р о ч н а я и з а г л 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 а я б у к в ы ч, Ч. С о ч 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 а н и я ч а, чу (с. 29)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21.11.2022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 ь (мягкий знак).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Мягкий знак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показатель мягкости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согласного звука (с. 30-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9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 ь (мягкий знак) –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 мягкости. Буква ь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середине слова(с. 32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буква ш,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обозначающая твердый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согласный звук (с.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3,пропись № 4)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1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Ш,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обозначающая твердый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согласный звук(с. 4).</w:t>
            </w:r>
          </w:p>
          <w:p>
            <w:pPr>
              <w:autoSpaceDN w:val="0"/>
              <w:autoSpaceDE w:val="0"/>
              <w:widowControl/>
              <w:spacing w:line="271" w:lineRule="auto" w:before="72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ш, Ш. Написание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 с сочетанием ши (с.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буква ж,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обозначающая твердый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согласный звук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385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Ж,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обозначающая твердый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согласный звук (с. 7-)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ж, Ж.Написание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 с сочетанием жи (с.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8). 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ж, Ж (закрепление).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слов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сочетаниями жи – ши(с.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9).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284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ж, Ж.Написание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 с сочетанием жи (с.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8). 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ж, Ж (закрепление).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слов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сочетаниями жи – ши(с.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9).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буква ё (с. 10).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буква ё, после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согласных (с. 11).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Заглавная буква Ё (с. 12).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4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буква й. Слова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буквой й (с. 13).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буква й. Слова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буквой й (с. 14).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Строчная буква х (с. 15).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Заглавная буква Х (с. 16).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х, Х (закрепление)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(с. 17).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2894"/>
            <w:tcBorders>
              <w:start w:sz="4.800000000000011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изученными буквами (с.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18).</w:t>
            </w:r>
          </w:p>
        </w:tc>
        <w:tc>
          <w:tcPr>
            <w:tcW w:type="dxa" w:w="73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Строчная буква ю (с. 19).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Ю (с. 20).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ю, Ю (с. 21).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буква ц,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обозначающая твердый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согласный звук (с. 22).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Ц,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обозначающая твердый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согласный звук (с. 23).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ц, Ц (с. 24)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буква э (с. 25). 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Э (с. 26).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буква щ,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обозначающая мягкий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согласный звук. Слоги ща,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щу (с. 27).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Щ,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обозначающая мягкий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согласный звук. Слоги ща,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щу(с. 29).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9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Строчная и заглавная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щ, Щ. Написание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 с сочетаниями ща,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щу (с. 28). 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Проверочный диктант 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Диктант;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Строчная буква ф (с. 30).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289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Заглавная буква Ф(с. 31).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изученного.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Словарный диктант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Тестирование;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ь, ъ(с. 32).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Обобщение изученного.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Игровые упражнения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Зрительный диктант.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Послебукварный период.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Алфавит. Звуки и буквы.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теме«Парные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согласныезвуки».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Списываниетекста (15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мин).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 с парными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согласными. Подготовка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проекту "Живая азбука"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Оформление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в тексте.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19.01.2023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Развитие речи.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и запись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Слова, отвечающие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вопросы кто?, что?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8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Слова, отвечающие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вопросы: что делать? что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сделать?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Грамматическая основа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предложения.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Слова, отвечающие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вопросы: какой? какая?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какое? какие?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Слова, отвечающие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вопросы: какой? какая?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какое? какие?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Слуховой диктант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«Парные согласные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звуки» (15 мин).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Зачет;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над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ошибками.Слова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парнымисогласными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безударных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гласных в корне слова.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безударных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гласных в корне слова.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звонких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глухих согласных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конце слова.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Проверочный диктант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101.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Правописа-ние жи – ши 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Правописание ча – ща, чу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– щу. Слуховой диктант.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08.02.2023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103. Правописание чк – чн,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щн.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104.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в именах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собственных.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105. Презентация проекта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"ЖИВАЯ АЗБУКА"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Зачет;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106.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в именах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собственных.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107.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107. Зрительный диктант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108. 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108. НАША РЕЧЬ. Язык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речь, их значение в жизни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людей.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109. 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Русский язык —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 русского народа.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110. 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100" w:after="0"/>
              <w:ind w:left="0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ТЕКСТ,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ПРЕДЛОЖЕНИЕ.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ДИАЛОГ. Текст (общее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представление)..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111.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Предложение как группа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слов, выражающая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законченную мысль.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112.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Диалог.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Слово. Роль слов в речи.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Слова-названия предметов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явлений, слова-названия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признаков предметов,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слова-названия действий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предметов.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114. 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114. Развитие речи.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текста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рисунку и опорным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словам.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84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115.  Тематические группы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слов. Вежливые слова.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 однозначные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многозначные (общее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представление). Слова,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близкие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противоположные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значению.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82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116.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116. Словари учебника: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толковый, близких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противоположных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значению слов. *Слова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непроверяемым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написанием: ворона,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воробей, пенал,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карандаш.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09.03.2023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Зачет;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29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117.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156" w:right="432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Слово и слог. Слог как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минимальная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произносительная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единица (общее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представление). 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118.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Деление слов на слоги.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*Слова с непроверяемым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написанием: лисица. 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Тестирование;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119. 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156" w:right="288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Перенос слов. Правила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переноса слов (первое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представление): стра-на,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уро-ки.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120.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288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Перенос слов. Правила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переноса слов (первое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представление): стра-на,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уро-ки.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8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121.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121. Ударение (общее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представление). Способы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выделения ударения.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Словообразующая роль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ударения. 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обозначение ударения.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Слогоударные модели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122.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122. Контрольный диктант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123.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123. Работа над ошибками.</w:t>
            </w:r>
          </w:p>
          <w:p>
            <w:pPr>
              <w:autoSpaceDN w:val="0"/>
              <w:autoSpaceDE w:val="0"/>
              <w:widowControl/>
              <w:spacing w:line="278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Ударение .Зависимость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значения слова от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ударения. Знакомство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орфоэпическим словарём. 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5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124.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Ударение .Зависимость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значения слова от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ударения. Знакомство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орфоэпическим словарём.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*Слова с непроверяемым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написанием: сорока,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собака.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04.04.2023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125. Звуки и буквы.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Смыслоразличительная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роль звуков и букв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слове.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7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126.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Звуки и буквы. Условные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звуковые обозначения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слов. *Слова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непроверяемым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написанием: пальто,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весело.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127.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127. Русский алфавит, или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Азбука. Значение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алфавита.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128. 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128. Русский алфавит, или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Азбука Использование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алфавита при работе со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словарями.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5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129.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129. Гласные звуки. Буквы,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обозначающие гласные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Смыслоразличительная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роль гласных звуков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букв, обозначающих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гласные звуки (сон—сын).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130. 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Гласные звуки. Буквы е, ё,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ю, я и их функции в слове.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Гласные звуки. Слова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буквой э.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131. 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Ударные и безударные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гласные звуки. Способы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проверки написания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буквы, обозначающей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безударный гласный звук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132.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Комплексная контрольная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48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133. Работа над ошибками.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Ударные и безударные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гласные звуки. Написание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 с непроверяемой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буквой безударного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гласного звука (ворона,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сорока и др.).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28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50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134.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134. Работа над ошибками.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Ударные и безударные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гласные звуки. Написание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 с непроверяемой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буквой безударного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гласного звука (ворона,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сорока и др.).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Зачет;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135. 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Ударные и безударные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гласные звуки.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136. 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136. Диктант по теме: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«Ударные и безударные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гласные звуки».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137.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137. Работа над ошибками.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Ударные и безударные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гласные звуки.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138. 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Согласные звуки. Слова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удвоенными согласными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звуки. Буквы 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. Слова со звуком [й’]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буквой «и краткое».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140.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140. Твёрдые и мягкие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согласные звуки.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парные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непарные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твёрдости​мягкости.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141. Твёрдые и мягкие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согласные звуки.</w:t>
            </w:r>
          </w:p>
          <w:p>
            <w:pPr>
              <w:autoSpaceDN w:val="0"/>
              <w:autoSpaceDE w:val="0"/>
              <w:widowControl/>
              <w:spacing w:line="278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Обозначение мягкости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согласных звуков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 буквами и, е, ё, ю,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ь.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142.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142. Мягкий знак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показатель мягкости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согласного звука.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48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143.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143. Мягкий знак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показатель мягкости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согласного звука.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Развитие речи.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Восстановление текста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нарушенным порядком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предложений.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05.05.2023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6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144.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144. Согласные звонкие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глухие. Звонкие и глухие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 на конце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слова. 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Тестирование;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84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145. 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576" w:right="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145. Согласные звонкие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глухие. Правило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обозначения буквой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парного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глухости​звонкости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согласного звука на конце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 в двусложных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словах.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146. 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146. Диктант по теме: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«Согласные звонкие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глухие».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147.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147. Работа над ошибками.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Звонкие и глухие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согласные.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148.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148. Шипящие согласные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звуки. Буквы шипящих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согласных звуков: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непарных твёрдых ш, ж;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непарных мягких ч, щ.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Буквосочетания ЧК, ЧН,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ЧТ. Правило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правописания сочетаний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чк, чн, чт, нч.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150.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150. Буквосочетания ЖИ—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ШИ, ЧА—ЩА, ЧУ—ЩУ.</w:t>
            </w:r>
          </w:p>
          <w:p>
            <w:pPr>
              <w:autoSpaceDN w:val="0"/>
              <w:autoSpaceDE w:val="0"/>
              <w:widowControl/>
              <w:spacing w:line="271" w:lineRule="auto" w:before="72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Правило правописания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сочетаний жи—ши, ча—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ща, чу—щу.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151.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Заглавная буква в именах,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фамилиях, отчествах,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кличках животных,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названиях городов и т.д.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152.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152. Шипящие согласные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звуки. ИТОГОВОЕ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ПОВТОРЕНИЕ. 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4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153. Контрольный диктант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6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154.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154. Работа над ошибками.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Повторение. Гласные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 и буквы. 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Тестирование;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155. 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155. Гласные и согласные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 и буквы.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156.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156. Безударные гласные.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в письме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слух.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157. 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Предложение, слово, слог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158. </w:t>
            </w:r>
          </w:p>
        </w:tc>
        <w:tc>
          <w:tcPr>
            <w:tcW w:type="dxa" w:w="289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158. Правописание слов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сочетаниями жи-ши,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ча​ща,чу-щу. 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159.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159. Правописание слов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буквосочетаниями ЧК,ЧН,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160.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Упражнения в письме на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слух.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161. </w:t>
            </w:r>
          </w:p>
        </w:tc>
        <w:tc>
          <w:tcPr>
            <w:tcW w:type="dxa" w:w="289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161.  Резервный урок.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162.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162.  Резервный урок.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163.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163.  Резервный урок.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Зачет;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164. 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164.  Резервный урок.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165.</w:t>
            </w:r>
          </w:p>
        </w:tc>
        <w:tc>
          <w:tcPr>
            <w:tcW w:type="dxa" w:w="289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165.  Резервный урок.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0"/>
        </w:trPr>
        <w:tc>
          <w:tcPr>
            <w:tcW w:type="dxa" w:w="3470"/>
            <w:gridSpan w:val="2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ЧАСОВ 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165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</w:t>
            </w:r>
          </w:p>
        </w:tc>
        <w:tc>
          <w:tcPr>
            <w:tcW w:type="dxa" w:w="4730"/>
            <w:gridSpan w:val="3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17.5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88" w:lineRule="auto" w:before="166" w:after="0"/>
        <w:ind w:left="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Русский язык. Учебник. 1 класс. Акционерное общество «Издательство «Просвещение»;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Мой алфавит. Прописи. 1 класс. В 2-х частях; Климанова Л.Ф.;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Абрамов А.В.; Пудикова Н.А.;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Климанова Л.Ф.;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Макеева С.Г. Бабушкина Т.В.;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Русский язык. Учебник. 1 класс. Акционерное;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общество «Издательство 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Мой алфавит. Прописи. 1 класс. В 2-х частях; Климанова Л.Ф.;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Абрамов А.В.; Пудикова Н.А.;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62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Русский язык. Методическое пособие с поурочными разработками. 1 класс, Климанова Л.Ф., Макеева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С.Г.</w:t>
      </w:r>
    </w:p>
    <w:p>
      <w:pPr>
        <w:autoSpaceDN w:val="0"/>
        <w:autoSpaceDE w:val="0"/>
        <w:widowControl/>
        <w:spacing w:line="29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 «Единое окно доступа к образовательным ресурсам»- http://windows.edu/ru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«Единая коллекция цифровых образовательных ресурсов» - http://school-collektion.edu/ru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«Федеральный центр информационных образовательных ресурсов» -http://fcior.edu.ru,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http://eor.edu.ru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Каталог образовательных ресурсов сети Интернет для школыhttp://katalog.iot.ru/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5. Библиотека материалов для начальной школыhttp://www.nachalka.com/biblioteka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6. Mеtodkabinet.eu: информационно-методический кабинетhttp://www.metodkabinet.eu/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7. Каталог образовательных ресурсов сети «Интернет» http://catalog.iot.ru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8. Российский образовательный портал http://www.school.edu.ru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9. Портал «Российское образование http://www.edu.ru Образовательные Интернет-порталы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 Сайт Министерства образования и науки РФ http://www.mon.gov.ru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Сайт Рособразования http://www.ed.gov.ru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Федеральный портал «Российское образование» http://www.edu.ru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Российский образовательный портал http://www.school.edu.ru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5. Федеральный Государственный Образовательный Стандартhttp://standart.edu.ru/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6. Портал "Начальная школа" http://nachalka.edu.ru/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7. Портал "Введение ФГОС НОО" http://nachalka.seminfo.ru/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8. Каталог учебных изданий, электронного оборудования и электронных образовательных ресурсов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общего образования http://www.ndce.edu.ru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9. Школьный портал http://www.portalschool.ru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10. Федеральный портал «Информационно-коммуникационные технологии в образовании»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http://www.ict.edu.ru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11. Российский портал открытого образования http://www.opennet.edu.ru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12. Фестиваль педагогических идей http://festival.1september.ru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13. Портал Math.ru: библиотека, медиатека, олимпиады, задачи, научные школы, история математики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http://www.math.ru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14. Газета «Математика» Издательский Дом «Первое сентября»http://www.math.1september.ru</w:t>
      </w:r>
    </w:p>
    <w:p>
      <w:pPr>
        <w:sectPr>
          <w:pgSz w:w="11900" w:h="16840"/>
          <w:pgMar w:top="298" w:right="650" w:bottom="43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86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15. Математика в школе – консультационный центр http://www.school.msu.ru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16. Сайт «Я иду на урок русского языка» и электронная версия газеты «Русский язык»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http://www.rus.1september.ru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17. Коллекция «Мировая художественная культура» http://www.art.september.ru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18. Музыкальная коллекция Российского общеобразовательного порталаhttp://www.musik.edu.ru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19.Портал «Музеи России» http://www.museum.ru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20. Учительская газета www.ug.ru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21. Журнал «Начальная школа» www.openworld/school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22. Газета «1 сентября» www.1september.ru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62" w:lineRule="auto" w:before="16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Образовательная платформа: Учу.ру https://uchi.ru/teachers/stats/main Образовательная платформа: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Российская электронная школа https://resh.edu.ru</w:t>
      </w:r>
    </w:p>
    <w:p>
      <w:pPr>
        <w:sectPr>
          <w:pgSz w:w="11900" w:h="16840"/>
          <w:pgMar w:top="286" w:right="1128" w:bottom="1440" w:left="666" w:header="720" w:footer="720" w:gutter="0"/>
          <w:cols w:space="720" w:num="1" w:equalWidth="0">
            <w:col w:w="10106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</w:p>
    <w:p>
      <w:pPr>
        <w:autoSpaceDN w:val="0"/>
        <w:autoSpaceDE w:val="0"/>
        <w:widowControl/>
        <w:spacing w:line="262" w:lineRule="auto" w:before="166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Интерактивное оборудование. Интерактивная доска Smartboard. Компьютерное оборудование.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Ноутбук учителя.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Мультимедийный проектор. Документ-камера.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Комплектация автоматизированного рабочего места (АРМ) ученика.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Опорные таблицы по русскому языку 1 класс. Касса-веер гласных.</w:t>
      </w:r>
    </w:p>
    <w:p>
      <w:pPr>
        <w:autoSpaceDN w:val="0"/>
        <w:autoSpaceDE w:val="0"/>
        <w:widowControl/>
        <w:spacing w:line="230" w:lineRule="auto" w:before="7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Касса-веер слогов.</w:t>
      </w:r>
    </w:p>
    <w:p>
      <w:pPr>
        <w:autoSpaceDN w:val="0"/>
        <w:autoSpaceDE w:val="0"/>
        <w:widowControl/>
        <w:spacing w:line="230" w:lineRule="auto" w:before="7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Касса-веер согласных.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Набор звуковых схем (раздаточный).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Русский язык (резинка). Комплект динамических раздаточных пособий. Методическое пособие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106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106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0518" w:space="0"/>
        <w:col w:w="10536" w:space="0"/>
        <w:col w:w="10574" w:space="0"/>
        <w:col w:w="10584" w:space="0"/>
        <w:col w:w="9996" w:space="0"/>
        <w:col w:w="10558" w:space="0"/>
        <w:col w:w="10584" w:space="0"/>
        <w:col w:w="10492" w:space="0"/>
        <w:col w:w="10584" w:space="0"/>
        <w:col w:w="9684" w:space="0"/>
        <w:col w:w="6040" w:space="0"/>
        <w:col w:w="3644" w:space="0"/>
        <w:col w:w="96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