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3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41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Акушинский район</w:t>
      </w:r>
    </w:p>
    <w:p>
      <w:pPr>
        <w:autoSpaceDN w:val="0"/>
        <w:autoSpaceDE w:val="0"/>
        <w:widowControl/>
        <w:spacing w:line="230" w:lineRule="auto" w:before="670" w:after="1436"/>
        <w:ind w:left="0" w:right="330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"Аметеркмахинская СОШ"</w:t>
      </w:r>
    </w:p>
    <w:p>
      <w:pPr>
        <w:sectPr>
          <w:pgSz w:w="11900" w:h="16840"/>
          <w:pgMar w:top="298" w:right="776" w:bottom="398" w:left="1440" w:header="720" w:footer="720" w:gutter="0"/>
          <w:cols w:space="720" w:num="1" w:equalWidth="0"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16" w:right="432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29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______________Магомедова Э.И.</w:t>
      </w:r>
    </w:p>
    <w:p>
      <w:pPr>
        <w:sectPr>
          <w:type w:val="continuous"/>
          <w:pgSz w:w="11900" w:h="16840"/>
          <w:pgMar w:top="298" w:right="776" w:bottom="398" w:left="1440" w:header="720" w:footer="720" w:gutter="0"/>
          <w:cols w:space="720" w:num="2" w:equalWidth="0"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92" w:right="1872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Врио директора</w:t>
      </w:r>
    </w:p>
    <w:p>
      <w:pPr>
        <w:autoSpaceDN w:val="0"/>
        <w:autoSpaceDE w:val="0"/>
        <w:widowControl/>
        <w:spacing w:line="230" w:lineRule="auto" w:before="182" w:after="182"/>
        <w:ind w:left="292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______________Магомеданваров А.К.</w:t>
      </w:r>
    </w:p>
    <w:p>
      <w:pPr>
        <w:sectPr>
          <w:type w:val="nextColumn"/>
          <w:pgSz w:w="11900" w:h="16840"/>
          <w:pgMar w:top="298" w:right="776" w:bottom="398" w:left="1440" w:header="720" w:footer="720" w:gutter="0"/>
          <w:cols w:space="720" w:num="2" w:equalWidth="0">
            <w:col w:w="6040" w:space="0"/>
            <w:col w:w="3644" w:space="0"/>
            <w:col w:w="9684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842"/>
        <w:gridCol w:w="4842"/>
      </w:tblGrid>
      <w:tr>
        <w:trPr>
          <w:trHeight w:hRule="exact" w:val="490"/>
        </w:trPr>
        <w:tc>
          <w:tcPr>
            <w:tcW w:type="dxa" w:w="39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416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Протокол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"29" 07  2022 г.</w:t>
            </w:r>
          </w:p>
        </w:tc>
        <w:tc>
          <w:tcPr>
            <w:tcW w:type="dxa" w:w="34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992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Приказ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"29" 07 2022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2296079)</w:t>
      </w:r>
    </w:p>
    <w:p>
      <w:pPr>
        <w:autoSpaceDN w:val="0"/>
        <w:autoSpaceDE w:val="0"/>
        <w:widowControl/>
        <w:spacing w:line="262" w:lineRule="auto" w:before="166" w:after="0"/>
        <w:ind w:left="3456" w:right="3888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«Окружающий мир»</w:t>
      </w:r>
    </w:p>
    <w:p>
      <w:pPr>
        <w:autoSpaceDN w:val="0"/>
        <w:autoSpaceDE w:val="0"/>
        <w:widowControl/>
        <w:spacing w:line="262" w:lineRule="auto" w:before="670" w:after="0"/>
        <w:ind w:left="2160" w:right="2736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1 класса начального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6680" w:right="0" w:hanging="3144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Магомеданварова Кусум Магомедкамиловна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389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село Аметеркмахи 2022</w:t>
      </w:r>
    </w:p>
    <w:p>
      <w:pPr>
        <w:sectPr>
          <w:type w:val="continuous"/>
          <w:pgSz w:w="11900" w:h="16840"/>
          <w:pgMar w:top="298" w:right="776" w:bottom="398" w:left="1440" w:header="720" w:footer="720" w:gutter="0"/>
          <w:cols w:space="720" w:num="1" w:equalWidth="0"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1" w:lineRule="auto" w:before="346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по учебному предмету «Окружающий мир» (предметная область «Обществознание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естествознание» («Окружающий мир») включает: пояснительную записку, содержание обучения,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планируемые результаты освоения программы учебного предмета, тематическое планирование.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Пояснительная записка отражает общие цели и задачи изучения предмета, характеристику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психологических предпосылок к его изучению младшими школьниками; место в структуре учебного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плана, а также подходы к отбору содержания, планируемым результатам и тематическому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планированию.</w:t>
      </w:r>
    </w:p>
    <w:p>
      <w:pPr>
        <w:autoSpaceDN w:val="0"/>
        <w:autoSpaceDE w:val="0"/>
        <w:widowControl/>
        <w:spacing w:line="28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обучения раскрывает  содержательные  линии для обязательного изучения в 1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начальной школы. Содержание обучения в 1 классе завершатся перечнем универсальных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действий (УУД) — познавательных, коммуникативных и регулятивных, которые возможно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формировать средствами  учебного  предмета  «Окружающий  мир» с   учётом   возрастных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особенностей   младших   школьников. В первом классе предлагается пропедевтический уровень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формирования УУД, поскольку становление универсальности действий на этом этапе обучения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только начинается. С учётом того, что выполнение правил совместной деятельности строится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интеграции регулятивных (определенные волевые усилия, саморегуляция, самоконтроль, проявление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терпения и доброжелательности при налаживании отношений) и коммуникативных (способность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вербальными средствами устанавливать взаимоотношения) универсальных учебных действий,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перечень дан в специальном разделе — «Совместная деятельность».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Планируемые результаты включают личностные, метапредметные результаты за период обучения,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также предметные достижения младшего школьника за первый год обучения в начальной школе.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тематическом планировании описывается программное содержание по всем разделам содержания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 1 класса, а также раскрываются методы и формы организации обучения и характеристика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деятельностей, которые целесообразно использовать при изучении той или иной программной темы.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Представлены также способы организации дифференцированного обучения.</w:t>
      </w:r>
    </w:p>
    <w:p>
      <w:pPr>
        <w:autoSpaceDN w:val="0"/>
        <w:autoSpaceDE w:val="0"/>
        <w:widowControl/>
        <w:spacing w:line="28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предмету «Окружающий мир» на уровне 1 класса начального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составлена на основе требований к результатам освоения основной образовательной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программы начального общего образования, представленных в Федеральном государственном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образовательном стандарте начального общего образования, Примерной программы воспитания,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также с учётом историко-культурного  стандарта.</w:t>
      </w:r>
    </w:p>
    <w:p>
      <w:pPr>
        <w:autoSpaceDN w:val="0"/>
        <w:autoSpaceDE w:val="0"/>
        <w:widowControl/>
        <w:spacing w:line="271" w:lineRule="auto" w:before="7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предмета «Окружающий мир», интегрирующего знания о природе, предметном мире,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 и взаимодействии людей в нём, соответствует потребностям и интересам детей младшего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школьного возраста и направлено на достижение следующих целей:</w:t>
      </w:r>
    </w:p>
    <w:p>
      <w:pPr>
        <w:autoSpaceDN w:val="0"/>
        <w:autoSpaceDE w:val="0"/>
        <w:widowControl/>
        <w:spacing w:line="276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целостного взгляда на мир, осознание места в нём человека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целостного взгляда на окружающий мир (природную и социальную среду обитания); освоение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естественнонаучных, обществоведческих, нравственно этических понятий, представленных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содержании данного учебного предмета; </w:t>
      </w:r>
    </w:p>
    <w:p>
      <w:pPr>
        <w:autoSpaceDN w:val="0"/>
        <w:autoSpaceDE w:val="0"/>
        <w:widowControl/>
        <w:spacing w:line="276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развитие умений  и  навыков  применять  полученные  знания в реальной  учебной 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жизненной  практике,  связанной  как с поисково-исследовательской деятельностью (наблюдения,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опыты, трудовая деятельность), так и с творческим использованием приобретённых знаний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речевой, изобразительной, художественной деятельности; 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духовно-нравственное развитие и воспитание личности гражданина России, понимание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принадлежности к Российскому государству, определённому этносу; проявление уважения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истории, культуре, традициям народов РФ; освоение младшими школьниками мирового</w:t>
      </w:r>
    </w:p>
    <w:p>
      <w:pPr>
        <w:sectPr>
          <w:pgSz w:w="11900" w:h="16840"/>
          <w:pgMar w:top="298" w:right="650" w:bottom="450" w:left="666" w:header="720" w:footer="720" w:gutter="0"/>
          <w:cols w:space="720" w:num="1" w:equalWidth="0"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культурного опыта по созданию общечеловеческих ценностей, законов и правил построения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взаимоотношений в социуме; обогащение духовного богатства обучающихся; </w:t>
      </w:r>
    </w:p>
    <w:p>
      <w:pPr>
        <w:autoSpaceDN w:val="0"/>
        <w:autoSpaceDE w:val="0"/>
        <w:widowControl/>
        <w:spacing w:line="28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развитие способности ребёнка к социализации на основе принятия гуманистических норм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жизни, приобретение опыта эмоционально-положительного отношения к природе в соответствии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экологическими нормами поведения; становление навыков повседневного проявления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общения, гуманного отношения к людям,  уважительного  отношения  к их взглядам,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мнению и индивидуальности</w:t>
      </w:r>
    </w:p>
    <w:p>
      <w:pPr>
        <w:autoSpaceDN w:val="0"/>
        <w:autoSpaceDE w:val="0"/>
        <w:widowControl/>
        <w:spacing w:line="286" w:lineRule="auto" w:before="178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Центральной идеей конструирования содержания и планируемых результатов обучения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раскрытие роли человека в природе и обществе, ознакомление с правилами поведения в среде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обитания и освоение общечеловеческих ценностей взаимодействия в системах «Человек и природа»,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«Человек и общество», «Человек и другие люди», «Человек и познание». Важнейшей составляющей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всех указанных систем является содержание, усвоение которого гарантирует формирование 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навыков здорового и безопасного образа жизни на основе развивающейся способности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предвидеть результаты своих поступков и оценки возникшей ситуации.  Отбор содержания курса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«Окружающий мир» осуществлён на основе следующих ведущих идей: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раскрытие роли человека в природе и обществе; </w:t>
      </w:r>
    </w:p>
    <w:p>
      <w:pPr>
        <w:autoSpaceDN w:val="0"/>
        <w:autoSpaceDE w:val="0"/>
        <w:widowControl/>
        <w:spacing w:line="271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освоение общечеловеческих ценностей взаимодействия в системах «Человек и природа»,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«Человек и общество», «Человек и другие люди», «Человек и его самость», «Человек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познание».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78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курса «Окружающий мир» в 1 классе составляет 66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часов (два часа в неделю).</w:t>
      </w:r>
    </w:p>
    <w:p>
      <w:pPr>
        <w:sectPr>
          <w:pgSz w:w="11900" w:h="16840"/>
          <w:pgMar w:top="286" w:right="766" w:bottom="1440" w:left="666" w:header="720" w:footer="720" w:gutter="0"/>
          <w:cols w:space="720" w:num="1" w:equalWidth="0">
            <w:col w:w="10468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34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Человек и общество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Школа. Школьные традиции и праздники. Адрес школы. Классный, школьный коллектив. Друзья,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взаимоотношения между ними; ценность дружбы, согласия, взаимной помощи. Совместная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деятельность с одноклассниками — учёба, игры, отдых. Рабочее место школьника: удобное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размещение учебных материалов и учебного оборудования; поза; освещение рабочего места.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безопасной работы на учебном месте. Режим труда и отдыха.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Семья.  Моя семья в прошлом и настоящем.  Имена и фамилии членов семьи, их профессии.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Взаимоотношения и взаимопомощь в семье.  Совместный труд и отдых.  Домашний адрес.</w:t>
      </w:r>
    </w:p>
    <w:p>
      <w:pPr>
        <w:autoSpaceDN w:val="0"/>
        <w:autoSpaceDE w:val="0"/>
        <w:widowControl/>
        <w:spacing w:line="276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Россия — наша Родина. Москва — столица России. Символы России (герб, флаг, гимн). Народы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России. Первоначальные сведения о родном крае. Название своего населённого пункта (города, села),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региона. Культурные объекты родного края. Ценность и красота рукотворного  мира.   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поведения в социуме.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Человек и природа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Природа — среда обитания человека. Природа и предметы, созданные человеком. Природные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материалы. Бережное отношение к предметам, вещам, уход за ними. Неживая и живая природа.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Наблюдение за погодой своего края. Погода и термометр. Определение температуры воздуха (воды)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 термометру. Сезонные изменения в природе.  Взаимосвязи между человеком и природой. 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нравственного и безопасного поведения в природе.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Растительный мир. Растения ближайшего окружения (узнавание, называние, краткое описание).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Лиственные и хвойные растения. Дикорастущие и культурные растения. Части растения (называние,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краткая характеристика значения для жизни растения): корень, стебель, лист, цветок, плод, семя.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Комнатные растения, правила содержания и ухода.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 животных Разные группы животных (звери, насекомые, птицы, рыбы и др. ). Домашние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дикие животные (различия в условиях жизни). Забота о домашних питомцах.</w:t>
      </w:r>
    </w:p>
    <w:p>
      <w:pPr>
        <w:autoSpaceDN w:val="0"/>
        <w:autoSpaceDE w:val="0"/>
        <w:widowControl/>
        <w:spacing w:line="262" w:lineRule="auto" w:before="70" w:after="0"/>
        <w:ind w:left="180" w:right="144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Правила безопасной жизни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необходимости соблюдения режима дня, правил здорового питания и личной гигиены. 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Правила безопасности в быту: пользование бытовыми электроприборами, газовыми плитами.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Дорога от дома до школы. Правила безопасного поведения пешехода (дорожные знаки, дорожная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разметка, дорожные сигналы).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Безопасность в сети Интернет (электронный дневник и электронные ресурсы школы) в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контролируемого доступа в Интернет.</w:t>
      </w:r>
    </w:p>
    <w:p>
      <w:pPr>
        <w:autoSpaceDN w:val="0"/>
        <w:autoSpaceDE w:val="0"/>
        <w:widowControl/>
        <w:spacing w:line="262" w:lineRule="auto" w:before="192" w:after="0"/>
        <w:ind w:left="180" w:right="345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Универсальные учебные действия (пропедевтический уровень)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Познавательные универсальные учебные действия: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происходящие в природе изменения, наблюдать зависимость изменений в живой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природе от состояния неживой природы; 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представителей разных групп животных (звери, насекомые, рыбы,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птицы), называть главную особенность представителей одной группы (в пределах изученного);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лиственных и хвойных растений, сравнивать их, устанавливать различия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 внешнем виде.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Работа с информацией:</w:t>
      </w:r>
    </w:p>
    <w:p>
      <w:pPr>
        <w:autoSpaceDN w:val="0"/>
        <w:autoSpaceDE w:val="0"/>
        <w:widowControl/>
        <w:spacing w:line="262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понимать, что информация может быть представлена в разной форме — текста, иллюстраций,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видео, таблицы; </w:t>
      </w:r>
    </w:p>
    <w:p>
      <w:pPr>
        <w:sectPr>
          <w:pgSz w:w="11900" w:h="16840"/>
          <w:pgMar w:top="298" w:right="650" w:bottom="450" w:left="666" w:header="720" w:footer="720" w:gutter="0"/>
          <w:cols w:space="720" w:num="1" w:equalWidth="0">
            <w:col w:w="10584" w:space="0"/>
            <w:col w:w="10468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соотносить иллюстрацию явления (объекта, предмета) с его названием.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Коммуникативные универсальные учебные действия:</w:t>
      </w:r>
    </w:p>
    <w:p>
      <w:pPr>
        <w:autoSpaceDN w:val="0"/>
        <w:autoSpaceDE w:val="0"/>
        <w:widowControl/>
        <w:spacing w:line="262" w:lineRule="auto" w:before="17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процессе учебного диалога слушать говорящего; отвечать на вопросы, дополнять ответы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участников; уважительно от носиться к разным мнениям; </w:t>
      </w:r>
    </w:p>
    <w:p>
      <w:pPr>
        <w:autoSpaceDN w:val="0"/>
        <w:autoSpaceDE w:val="0"/>
        <w:widowControl/>
        <w:spacing w:line="262" w:lineRule="auto" w:before="190" w:after="0"/>
        <w:ind w:left="24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воспроизводить названия своего населенного пункта, название страны, её столицы;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воспроизводить наизусть слова гимна России; 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соотносить  предметы   декоративно-прикладного   искусства с принадлежностью народу РФ,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описывать предмет по предложенному плану; </w:t>
      </w:r>
    </w:p>
    <w:p>
      <w:pPr>
        <w:autoSpaceDN w:val="0"/>
        <w:autoSpaceDE w:val="0"/>
        <w:widowControl/>
        <w:spacing w:line="262" w:lineRule="auto" w:before="192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описывать по предложенному плану время года, передавать в рассказе своё 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природным явлениям; 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сравнивать домашних и диких животных, объяснять, чем они различаются.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Регулятивные универсальные учебные действия:</w:t>
      </w:r>
    </w:p>
    <w:p>
      <w:pPr>
        <w:autoSpaceDN w:val="0"/>
        <w:autoSpaceDE w:val="0"/>
        <w:widowControl/>
        <w:spacing w:line="271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организацию своей жизни с установленными правилами здорового образа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(выполнение режима, двигательная активность, закаливание, безопасность использования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бытовых электроприборов); </w:t>
      </w:r>
    </w:p>
    <w:p>
      <w:pPr>
        <w:autoSpaceDN w:val="0"/>
        <w:autoSpaceDE w:val="0"/>
        <w:widowControl/>
        <w:spacing w:line="262" w:lineRule="auto" w:before="19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выполнение правил безопасного поведения на дорогах и улицах другими детьми,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самооценку; </w:t>
      </w:r>
    </w:p>
    <w:p>
      <w:pPr>
        <w:autoSpaceDN w:val="0"/>
        <w:autoSpaceDE w:val="0"/>
        <w:widowControl/>
        <w:spacing w:line="27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анализировать предложенные ситуации: устанавливать нарушения режима дня, организации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работы; нарушения правил дорожного движения, правил пользования электро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газовыми приборами.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Совместная деятельность:</w:t>
      </w:r>
    </w:p>
    <w:p>
      <w:pPr>
        <w:autoSpaceDN w:val="0"/>
        <w:autoSpaceDE w:val="0"/>
        <w:widowControl/>
        <w:spacing w:line="271" w:lineRule="auto" w:before="178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общения в совместной деятельности: договариваться, справедливо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работу, определять нарушение правил взаимоотношений, при участии учителя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устранять возникающие конфликты.</w:t>
      </w:r>
    </w:p>
    <w:p>
      <w:pPr>
        <w:sectPr>
          <w:pgSz w:w="11900" w:h="16840"/>
          <w:pgMar w:top="328" w:right="796" w:bottom="1440" w:left="846" w:header="720" w:footer="720" w:gutter="0"/>
          <w:cols w:space="720" w:num="1" w:equalWidth="0">
            <w:col w:w="10258" w:space="0"/>
            <w:col w:w="10584" w:space="0"/>
            <w:col w:w="10468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предмета "Окружающий мир" в 1 классе направлено на достижение обучающимися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личностных, 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2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346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изучения предмета «Окружающий мир» характеризуют готовность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обучающихся руководствоваться традиционными российскими социокультурными и духовно-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нравственными ценностями, принятыми в обществе правилами и нормами поведения и должны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отражать приобретение первоначального опыта деятельности обучающихся, в части: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Гражданско-патриотического воспитания:</w:t>
      </w:r>
    </w:p>
    <w:p>
      <w:pPr>
        <w:autoSpaceDN w:val="0"/>
        <w:autoSpaceDE w:val="0"/>
        <w:widowControl/>
        <w:spacing w:line="262" w:lineRule="auto" w:before="18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становление ценностного отношения к своей Родине — России; понимание особой роли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многонациональной России в современном мире;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своей этнокультурной и российской гражданской идентичности, принадлежности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российскому народу, к своей национальной общности; 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сопричастность к прошлому, настоящему и будущему своей страны и родного края;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интереса к истории и многонациональной культуре своей страны, уважения к своему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другим народам; </w:t>
      </w:r>
    </w:p>
    <w:p>
      <w:pPr>
        <w:autoSpaceDN w:val="0"/>
        <w:autoSpaceDE w:val="0"/>
        <w:widowControl/>
        <w:spacing w:line="262" w:lineRule="auto" w:before="190" w:after="0"/>
        <w:ind w:left="42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первоначальные представления о человеке как члене общества, осознание прав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ответственности человека как члена общества.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Духовно-нравственного воспитания: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проявление культуры общения, уважительного отношения к людям, их взглядам, признанию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их индивидуальности; </w:t>
      </w:r>
    </w:p>
    <w:p>
      <w:pPr>
        <w:autoSpaceDN w:val="0"/>
        <w:autoSpaceDE w:val="0"/>
        <w:widowControl/>
        <w:spacing w:line="271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принятие существующих в обществе нравственно-этических норм поведения и правил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межличностных отношений, которые строятся на проявлении гуманизма, сопереживания,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уважения и доброжелательности; </w:t>
      </w:r>
    </w:p>
    <w:p>
      <w:pPr>
        <w:autoSpaceDN w:val="0"/>
        <w:autoSpaceDE w:val="0"/>
        <w:widowControl/>
        <w:spacing w:line="271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применение правил совместной деятельности, проявление способности договариваться,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неприятие любых форм поведения, направленных на причинение физического и морального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вреда другим людям.</w:t>
      </w:r>
    </w:p>
    <w:p>
      <w:pPr>
        <w:autoSpaceDN w:val="0"/>
        <w:autoSpaceDE w:val="0"/>
        <w:widowControl/>
        <w:spacing w:line="230" w:lineRule="auto" w:before="18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Эстетического воспитания:</w:t>
      </w:r>
    </w:p>
    <w:p>
      <w:pPr>
        <w:autoSpaceDN w:val="0"/>
        <w:autoSpaceDE w:val="0"/>
        <w:widowControl/>
        <w:spacing w:line="271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понимание особой роли России в развитии общемировой художественной культуры,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уважительного отношения, восприимчивости и интереса к разным видам искусства,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традициям и творчеству своего и других народов;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использование полученных знаний в продуктивной и преобразующей деятельности, в разных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видах художественной деятельности.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Физического воспитания, формирования культуры здоровья и эмоционального благополучия:</w:t>
      </w:r>
    </w:p>
    <w:p>
      <w:pPr>
        <w:autoSpaceDN w:val="0"/>
        <w:autoSpaceDE w:val="0"/>
        <w:widowControl/>
        <w:spacing w:line="271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соблюдение правил организации здорового и безопасного (для себя и других людей) образа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жизни; выполнение правил безопасного поведении в окружающей среде (в том числе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информационной); 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приобретение опыта эмоционального отношения к среде обитания, бережное 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физическому и психическому здоровью.</w:t>
      </w:r>
    </w:p>
    <w:p>
      <w:pPr>
        <w:sectPr>
          <w:pgSz w:w="11900" w:h="16840"/>
          <w:pgMar w:top="298" w:right="648" w:bottom="450" w:left="666" w:header="720" w:footer="720" w:gutter="0"/>
          <w:cols w:space="720" w:num="1" w:equalWidth="0">
            <w:col w:w="10586" w:space="0"/>
            <w:col w:w="10258" w:space="0"/>
            <w:col w:w="10584" w:space="0"/>
            <w:col w:w="10468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Трудового воспитания:</w:t>
      </w:r>
    </w:p>
    <w:p>
      <w:pPr>
        <w:autoSpaceDN w:val="0"/>
        <w:autoSpaceDE w:val="0"/>
        <w:widowControl/>
        <w:spacing w:line="271" w:lineRule="auto" w:before="17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ценности трудовой деятельности в жизни человека и общества, ответственное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потребление и бережное отношение к результатам труда, навыки участия в различных видах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трудовой деятельности, интерес к различным профессиям.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Экологического воспитания:</w:t>
      </w:r>
    </w:p>
    <w:p>
      <w:pPr>
        <w:autoSpaceDN w:val="0"/>
        <w:autoSpaceDE w:val="0"/>
        <w:widowControl/>
        <w:spacing w:line="262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роли человека в природе и обществе, принятие экологических норм поведения,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бережного отношения к природе, неприятие действий, приносящих ей вред.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Ценности научного познания:</w:t>
      </w:r>
    </w:p>
    <w:p>
      <w:pPr>
        <w:autoSpaceDN w:val="0"/>
        <w:autoSpaceDE w:val="0"/>
        <w:widowControl/>
        <w:spacing w:line="230" w:lineRule="auto" w:before="18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ориентация в деятельности на первоначальные представления о научной картине мира; </w:t>
      </w:r>
    </w:p>
    <w:p>
      <w:pPr>
        <w:autoSpaceDN w:val="0"/>
        <w:autoSpaceDE w:val="0"/>
        <w:widowControl/>
        <w:spacing w:line="271" w:lineRule="auto" w:before="192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ценности познания, проявление познавательного интереса, активности,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инициативности, любознательности и самостоятельности в обогащении своих знаний,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числе с использованием различных информационных средств.</w:t>
      </w:r>
    </w:p>
    <w:p>
      <w:pPr>
        <w:autoSpaceDN w:val="0"/>
        <w:autoSpaceDE w:val="0"/>
        <w:widowControl/>
        <w:spacing w:line="230" w:lineRule="auto" w:before="28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autoSpaceDE w:val="0"/>
        <w:widowControl/>
        <w:spacing w:line="262" w:lineRule="auto" w:before="346" w:after="0"/>
        <w:ind w:left="180" w:right="475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Познавательныеуниверсальные учебные действия: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1)  Базовые логические действия:</w:t>
      </w:r>
    </w:p>
    <w:p>
      <w:pPr>
        <w:autoSpaceDN w:val="0"/>
        <w:autoSpaceDE w:val="0"/>
        <w:widowControl/>
        <w:spacing w:line="262" w:lineRule="auto" w:before="17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целостность окружающего мира (взаимосвязь природной и социальной среды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обитания), проявлять способность ориентироваться в изменяющейся действительности; 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 основе наблюдений доступных объектов окружающего мира устанавливать связи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зависимости между объектами (часть — целое; причина — следствие; изменения во времени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пространстве); </w:t>
      </w:r>
    </w:p>
    <w:p>
      <w:pPr>
        <w:autoSpaceDN w:val="0"/>
        <w:autoSpaceDE w:val="0"/>
        <w:widowControl/>
        <w:spacing w:line="262" w:lineRule="auto" w:before="190" w:after="0"/>
        <w:ind w:left="42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объекты окружающего мира, устанавливать основания для сравнения,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аналогии;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объединять части объекта (объекты) по определённому признаку; 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определять существенный признак для классификации, классифицировать предложенные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объекты; </w:t>
      </w:r>
    </w:p>
    <w:p>
      <w:pPr>
        <w:autoSpaceDN w:val="0"/>
        <w:autoSpaceDE w:val="0"/>
        <w:widowControl/>
        <w:spacing w:line="262" w:lineRule="auto" w:before="192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закономерности и противоречия в рассматриваемых фактах, данных и наблюдениях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основе предложенного алгоритма; </w:t>
      </w:r>
    </w:p>
    <w:p>
      <w:pPr>
        <w:autoSpaceDN w:val="0"/>
        <w:autoSpaceDE w:val="0"/>
        <w:widowControl/>
        <w:spacing w:line="262" w:lineRule="auto" w:before="192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недостаток информации для решения учебной (практической) задачи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алгоритма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2)  Базовые исследовательские действия:</w:t>
      </w:r>
    </w:p>
    <w:p>
      <w:pPr>
        <w:autoSpaceDN w:val="0"/>
        <w:autoSpaceDE w:val="0"/>
        <w:widowControl/>
        <w:spacing w:line="271" w:lineRule="auto" w:before="17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(по предложенному и самостоятельно составленному плану или выдвинутому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предположению) наблюдения, несложные опыты; проявлять интерес к экспериментам,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проводимым под руководством учителя; </w:t>
      </w:r>
    </w:p>
    <w:p>
      <w:pPr>
        <w:autoSpaceDN w:val="0"/>
        <w:autoSpaceDE w:val="0"/>
        <w:widowControl/>
        <w:spacing w:line="262" w:lineRule="auto" w:before="19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определять разницу между реальным и желательным состоянием объекта (ситуации)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предложенных вопросов; 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с помощью учителя цель предстоящей работы, прогнозировать возможное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процессов, событий и последствия в аналогичных или сходных ситуациях;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моделировать ситуации на основе изученного материала о связях в природе (живая и неживая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природа, цепи питания; природные зоны), а также в социуме (лента времени; поведение и его</w:t>
      </w:r>
    </w:p>
    <w:p>
      <w:pPr>
        <w:sectPr>
          <w:pgSz w:w="11900" w:h="16840"/>
          <w:pgMar w:top="298" w:right="650" w:bottom="324" w:left="666" w:header="720" w:footer="720" w:gutter="0"/>
          <w:cols w:space="720" w:num="1" w:equalWidth="0"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последствия; коллективный труд и его результаты и др. ); </w:t>
      </w:r>
    </w:p>
    <w:p>
      <w:pPr>
        <w:autoSpaceDN w:val="0"/>
        <w:autoSpaceDE w:val="0"/>
        <w:widowControl/>
        <w:spacing w:line="271" w:lineRule="auto" w:before="190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по предложенному плану опыт, несложное исследование по установлению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особенностей объекта изучения и связей между объектами (часть — целое, причина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следствие); </w:t>
      </w:r>
    </w:p>
    <w:p>
      <w:pPr>
        <w:autoSpaceDN w:val="0"/>
        <w:autoSpaceDE w:val="0"/>
        <w:widowControl/>
        <w:spacing w:line="262" w:lineRule="auto" w:before="190" w:after="0"/>
        <w:ind w:left="24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выводы и подкреплять их доказательствами на основе результатов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проведённого наблюдения (опыта, измерения, исследования).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3)  Работа с информацией:</w:t>
      </w:r>
    </w:p>
    <w:p>
      <w:pPr>
        <w:autoSpaceDN w:val="0"/>
        <w:autoSpaceDE w:val="0"/>
        <w:widowControl/>
        <w:spacing w:line="262" w:lineRule="auto" w:before="178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различные источники для поиска информации, выбирать источник получения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с учётом учебной задачи; </w:t>
      </w:r>
    </w:p>
    <w:p>
      <w:pPr>
        <w:autoSpaceDN w:val="0"/>
        <w:autoSpaceDE w:val="0"/>
        <w:widowControl/>
        <w:spacing w:line="262" w:lineRule="auto" w:before="192" w:after="0"/>
        <w:ind w:left="24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согласно заданному алгоритму находить в предложенном источнике информацию,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представленную в явном виде; 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распознавать достоверную и недостоверную информацию самостоятельно или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предложенного учителем способа её проверки; </w:t>
      </w:r>
    </w:p>
    <w:p>
      <w:pPr>
        <w:autoSpaceDN w:val="0"/>
        <w:autoSpaceDE w:val="0"/>
        <w:widowControl/>
        <w:spacing w:line="262" w:lineRule="auto" w:before="190" w:after="0"/>
        <w:ind w:left="24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и использовать для решения учебных задач текстовую, графическую,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аудиовизуальную информацию; </w:t>
      </w:r>
    </w:p>
    <w:p>
      <w:pPr>
        <w:autoSpaceDN w:val="0"/>
        <w:autoSpaceDE w:val="0"/>
        <w:widowControl/>
        <w:spacing w:line="262" w:lineRule="auto" w:before="190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читать и интерпретировать графически представленную информацию (схему, таблицу,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иллюстрацию); </w:t>
      </w:r>
    </w:p>
    <w:p>
      <w:pPr>
        <w:autoSpaceDN w:val="0"/>
        <w:autoSpaceDE w:val="0"/>
        <w:widowControl/>
        <w:spacing w:line="262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информационной безопасности в условиях контролируемого доступа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Интернет (с помощью учителя); </w:t>
      </w:r>
    </w:p>
    <w:p>
      <w:pPr>
        <w:autoSpaceDN w:val="0"/>
        <w:autoSpaceDE w:val="0"/>
        <w:widowControl/>
        <w:spacing w:line="262" w:lineRule="auto" w:before="19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анализировать и создавать текстовую, видео, графическую, звуковую информацию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учебной задачей;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фиксировать полученные результаты в текстовой форме (отчёт, выступление, высказывание)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графическом виде (рисунок, схема, диаграмма).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Коммуникативные универсальные учебные действия:</w:t>
      </w:r>
    </w:p>
    <w:p>
      <w:pPr>
        <w:autoSpaceDN w:val="0"/>
        <w:autoSpaceDE w:val="0"/>
        <w:widowControl/>
        <w:spacing w:line="262" w:lineRule="auto" w:before="178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процессе диалогов задавать вопросы, высказывать суждения, оценивать выступления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участников; </w:t>
      </w:r>
    </w:p>
    <w:p>
      <w:pPr>
        <w:autoSpaceDN w:val="0"/>
        <w:autoSpaceDE w:val="0"/>
        <w:widowControl/>
        <w:spacing w:line="262" w:lineRule="auto" w:before="192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признавать возможность существования разных точек зрения; корректно и аргументированно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высказывать своё мнение; приводить доказательства своей правоты; </w:t>
      </w:r>
    </w:p>
    <w:p>
      <w:pPr>
        <w:autoSpaceDN w:val="0"/>
        <w:autoSpaceDE w:val="0"/>
        <w:widowControl/>
        <w:spacing w:line="262" w:lineRule="auto" w:before="192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ведения диалога и дискуссии; проявлять уважительное 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собеседнику; 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смысловое чтение для определения темы, главной мысли текста о природе,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 жизни, взаимоотношениях и поступках людей; 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создавать устные и письменные тексты (описание, рассуждение, повествование); </w:t>
      </w:r>
    </w:p>
    <w:p>
      <w:pPr>
        <w:autoSpaceDN w:val="0"/>
        <w:autoSpaceDE w:val="0"/>
        <w:widowControl/>
        <w:spacing w:line="262" w:lineRule="auto" w:before="190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конструировать обобщения и выводы на основе полученных результатов наблюдений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опытной работы, подкреплять их доказательствами; </w:t>
      </w:r>
    </w:p>
    <w:p>
      <w:pPr>
        <w:autoSpaceDN w:val="0"/>
        <w:autoSpaceDE w:val="0"/>
        <w:widowControl/>
        <w:spacing w:line="262" w:lineRule="auto" w:before="190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ошибки и восстанавливать деформированный текст об изученных объектах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явлениях природы, событиях социальной жизни; 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готовить небольшие публичные выступления с возможной презентацией (текст, рисунки,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фото, плакаты и др. ) к тексту выступления.</w:t>
      </w:r>
    </w:p>
    <w:p>
      <w:pPr>
        <w:sectPr>
          <w:pgSz w:w="11900" w:h="16840"/>
          <w:pgMar w:top="286" w:right="790" w:bottom="438" w:left="846" w:header="720" w:footer="720" w:gutter="0"/>
          <w:cols w:space="720" w:num="1" w:equalWidth="0"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489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Регулятивные универсальные учебные действия: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1)  Самоорганизация:</w:t>
      </w:r>
    </w:p>
    <w:p>
      <w:pPr>
        <w:autoSpaceDN w:val="0"/>
        <w:autoSpaceDE w:val="0"/>
        <w:widowControl/>
        <w:spacing w:line="262" w:lineRule="auto" w:before="17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планировать самостоятельно или с небольшой помощью учителя действия по решению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задачи;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выстраивать последовательность выбранных действий и операций.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2)  Самоконтроль: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осуществлять контроль процесса и результата своей деятельности;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ошибки в своей работе и устанавливать их причины; корректировать свои 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необходимости (с небольшой помощью учителя); </w:t>
      </w:r>
    </w:p>
    <w:p>
      <w:pPr>
        <w:autoSpaceDN w:val="0"/>
        <w:autoSpaceDE w:val="0"/>
        <w:widowControl/>
        <w:spacing w:line="262" w:lineRule="auto" w:before="192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предвидеть возможность возникновения трудностей и ошибок, предусматривать способы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предупреждения, в том числе в житейских ситуациях, опасных для здоровья и жизни.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3)  Самооценка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62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объективно оценивать результаты своей деятельности, соотносить свою оценку с оценкой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учителя; </w:t>
      </w:r>
    </w:p>
    <w:p>
      <w:pPr>
        <w:autoSpaceDN w:val="0"/>
        <w:autoSpaceDE w:val="0"/>
        <w:widowControl/>
        <w:spacing w:line="262" w:lineRule="auto" w:before="190" w:after="0"/>
        <w:ind w:left="42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целесообразность выбранных способов действия, при необходимости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корректировать их.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Совместная деятельность:</w:t>
      </w:r>
    </w:p>
    <w:p>
      <w:pPr>
        <w:autoSpaceDN w:val="0"/>
        <w:autoSpaceDE w:val="0"/>
        <w:widowControl/>
        <w:spacing w:line="271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значение коллективной деятельности для успешного решения учебной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(практической) задачи; активно участвовать в формулировании краткосрочных и долгосрочных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целей совместной деятельности (на основе изученного материала по окружающему миру); </w:t>
      </w:r>
    </w:p>
    <w:p>
      <w:pPr>
        <w:autoSpaceDN w:val="0"/>
        <w:autoSpaceDE w:val="0"/>
        <w:widowControl/>
        <w:spacing w:line="262" w:lineRule="auto" w:before="190" w:after="0"/>
        <w:ind w:left="420" w:right="15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коллективно строить действия по достижению общей цели: распределять роли,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договариваться, обсуждать процесс и результат совместной работы;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готовность руководить, выполнять поручения, подчиняться; 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правила совместной деятельности: справедливо распределять и оценивать работу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каждого участника; считаться с наличием разных мнений; не допускать  конфликтов, при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возникновении мирно разрешать без участия взрослого; </w:t>
      </w:r>
    </w:p>
    <w:p>
      <w:pPr>
        <w:autoSpaceDN w:val="0"/>
        <w:autoSpaceDE w:val="0"/>
        <w:widowControl/>
        <w:spacing w:line="230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ответственно выполнять свою часть работы.</w:t>
      </w:r>
    </w:p>
    <w:p>
      <w:pPr>
        <w:autoSpaceDN w:val="0"/>
        <w:autoSpaceDE w:val="0"/>
        <w:widowControl/>
        <w:spacing w:line="230" w:lineRule="auto" w:before="28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30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1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обучающийся научится:</w:t>
      </w:r>
    </w:p>
    <w:p>
      <w:pPr>
        <w:autoSpaceDN w:val="0"/>
        <w:autoSpaceDE w:val="0"/>
        <w:widowControl/>
        <w:spacing w:line="271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называть себя и членов своей семьи по фамилии, имени, отчеству, профессии членов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семьи, домашний адрес и адрес своей школы; проявлять уважение к семейным ценностям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традициям, соблюдать правила нравственного поведения в социуме и на природе;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воспроизводить название своего населённого пункта, региона, страны; 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культурных объектов родного края, школьных традиций и праздников,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традиций и ценностей своей семьи, профессий; 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различать объекты живой и неживой природы, объекты, созданные человеком, и природные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материалы, части растений (корень, стебель, лист, цветок, плод, семя), группы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животных(насекомые, рыбы, птицы, звери); </w:t>
      </w:r>
    </w:p>
    <w:p>
      <w:pPr>
        <w:sectPr>
          <w:pgSz w:w="11900" w:h="16840"/>
          <w:pgMar w:top="298" w:right="650" w:bottom="432" w:left="666" w:header="720" w:footer="720" w:gutter="0"/>
          <w:cols w:space="720" w:num="1" w:equalWidth="0"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описывать на основе опорных слов наиболее распространённые в родном крае дикорастущие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культурные растения, диких и домашних животных; сезонные явления в разные времена года;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деревья, кустарники, травы; основные группы животных (насекомые, рыбы, птицы, звери);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выделять их наиболее существенные признаки; 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правила ухода за комнатными растениями и домашними животными; </w:t>
      </w:r>
    </w:p>
    <w:p>
      <w:pPr>
        <w:autoSpaceDN w:val="0"/>
        <w:autoSpaceDE w:val="0"/>
        <w:widowControl/>
        <w:spacing w:line="276" w:lineRule="auto" w:before="19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проводить, соблюдая правила безопасного труда, несложные групповые и индивидуальные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наблюдения (в том числе за сезонными изменениями в природе своей местности), измерения (в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том числе вести счёт времени, измерять температуру воздуха) и опыты под руководством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учителя; </w:t>
      </w:r>
    </w:p>
    <w:p>
      <w:pPr>
        <w:autoSpaceDN w:val="0"/>
        <w:autoSpaceDE w:val="0"/>
        <w:widowControl/>
        <w:spacing w:line="230" w:lineRule="auto" w:before="19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для ответов на вопросы небольшие тексты о природе и обществе; </w:t>
      </w:r>
    </w:p>
    <w:p>
      <w:pPr>
        <w:autoSpaceDN w:val="0"/>
        <w:autoSpaceDE w:val="0"/>
        <w:widowControl/>
        <w:spacing w:line="262" w:lineRule="auto" w:before="192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ситуации, раскрывающие положительное и негативное отношение к природе;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 поведения в быту, в общественных местах; </w:t>
      </w:r>
    </w:p>
    <w:p>
      <w:pPr>
        <w:autoSpaceDN w:val="0"/>
        <w:autoSpaceDE w:val="0"/>
        <w:widowControl/>
        <w:spacing w:line="262" w:lineRule="auto" w:before="19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безопасности на учебном месте школьника; во время наблюдений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опытов; безопасно пользоваться бытовыми электроприборами; 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здорового питания и личной гигиены; 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безопасного поведения пешехода; 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безопасного поведения в природе; </w:t>
      </w:r>
    </w:p>
    <w:p>
      <w:pPr>
        <w:autoSpaceDN w:val="0"/>
        <w:autoSpaceDE w:val="0"/>
        <w:widowControl/>
        <w:spacing w:line="262" w:lineRule="auto" w:before="190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 помощью взрослых (учителя, родителей) пользоваться электронным дневником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электронными ресурсами школы.</w:t>
      </w:r>
    </w:p>
    <w:p>
      <w:pPr>
        <w:sectPr>
          <w:pgSz w:w="11900" w:h="16840"/>
          <w:pgMar w:top="328" w:right="840" w:bottom="1440" w:left="1086" w:header="720" w:footer="720" w:gutter="0"/>
          <w:cols w:space="720" w:num="1" w:equalWidth="0"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4912"/>
            <w:vMerge w:val="restart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2"/>
            <w:gridSpan w:val="3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315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61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4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формы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71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Человек и общество.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4912"/>
            <w:tcBorders>
              <w:start w:sz="4.7999999999999545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Школьные традиции и праздники. Классный, школьный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коллектив, совместная деятельность.</w:t>
            </w:r>
          </w:p>
        </w:tc>
        <w:tc>
          <w:tcPr>
            <w:tcW w:type="dxa" w:w="528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01.09.2022</w:t>
            </w:r>
          </w:p>
        </w:tc>
        <w:tc>
          <w:tcPr>
            <w:tcW w:type="dxa" w:w="315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Экскурсия по школе, знакомство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помещениями;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Обсуждение ситуаций по теме «Правила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поведения в классе и в школе»;</w:t>
            </w:r>
          </w:p>
        </w:tc>
        <w:tc>
          <w:tcPr>
            <w:tcW w:type="dxa" w:w="161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4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718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491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Одноклассники, взаимоотношения между ними; ценность дружбы,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взаимной помощи.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05.09.2022</w:t>
            </w:r>
          </w:p>
        </w:tc>
        <w:tc>
          <w:tcPr>
            <w:tcW w:type="dxa" w:w="315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Обсуждение ситуаций по теме «Правила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поведения 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классе и в школе»;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61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Контрольная работа;</w:t>
            </w:r>
          </w:p>
        </w:tc>
        <w:tc>
          <w:tcPr>
            <w:tcW w:type="dxa" w:w="17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491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Рабочее место школьника. Правила безопасной работы на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учебном месте, режим труда и отдыха.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08.09.2022</w:t>
            </w:r>
          </w:p>
        </w:tc>
        <w:tc>
          <w:tcPr>
            <w:tcW w:type="dxa" w:w="315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по теме «Как содержать рабочее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место в порядке»;;</w:t>
            </w:r>
          </w:p>
        </w:tc>
        <w:tc>
          <w:tcPr>
            <w:tcW w:type="dxa" w:w="161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4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7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50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491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Россия Москва — столица России. Народы России.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12.08.2022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16.08.2022</w:t>
            </w:r>
          </w:p>
        </w:tc>
        <w:tc>
          <w:tcPr>
            <w:tcW w:type="dxa" w:w="315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Просмотр и обсуждение иллюстраций;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видеофрагментов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других материалов (по выбору) на темы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«Москва —;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столица России»;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«Экскурсия по Москве»;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61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7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1.5.</w:t>
            </w:r>
          </w:p>
        </w:tc>
        <w:tc>
          <w:tcPr>
            <w:tcW w:type="dxa" w:w="4912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2" w:val="left"/>
              </w:tabs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Первоначальные сведения о родном крае. Название своего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населённого пункта (города, села), региона.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22.09.2022</w:t>
            </w:r>
          </w:p>
        </w:tc>
        <w:tc>
          <w:tcPr>
            <w:tcW w:type="dxa" w:w="315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Рассматривание и описание изделий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народных промыслов родного края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народов России;</w:t>
            </w:r>
          </w:p>
        </w:tc>
        <w:tc>
          <w:tcPr>
            <w:tcW w:type="dxa" w:w="161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71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1.6.</w:t>
            </w:r>
          </w:p>
        </w:tc>
        <w:tc>
          <w:tcPr>
            <w:tcW w:type="dxa" w:w="491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Культурные объекты родного края. Труд людей. Ценность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красота рукотворного мира.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26.09.2022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03.10.2022</w:t>
            </w:r>
          </w:p>
        </w:tc>
        <w:tc>
          <w:tcPr>
            <w:tcW w:type="dxa" w:w="315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Рассматривание и описание изделий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народных промыслов;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родного края и народов России;;</w:t>
            </w:r>
          </w:p>
        </w:tc>
        <w:tc>
          <w:tcPr>
            <w:tcW w:type="dxa" w:w="161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7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1.7.</w:t>
            </w:r>
          </w:p>
        </w:tc>
        <w:tc>
          <w:tcPr>
            <w:tcW w:type="dxa" w:w="4912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Правила поведения в социуме.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06.10.2022</w:t>
            </w:r>
          </w:p>
        </w:tc>
        <w:tc>
          <w:tcPr>
            <w:tcW w:type="dxa" w:w="315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по теме «Правила поведения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учреждениях;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культуры — в театре;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музее;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библиотеке»;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61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71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1.8.</w:t>
            </w:r>
          </w:p>
        </w:tc>
        <w:tc>
          <w:tcPr>
            <w:tcW w:type="dxa" w:w="491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Моя семья в прошлом и настоящем. Имена и фамилии членов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семьи, их профессии.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13.10.2022</w:t>
            </w:r>
          </w:p>
        </w:tc>
        <w:tc>
          <w:tcPr>
            <w:tcW w:type="dxa" w:w="315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иллюстративным материалом: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фото;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репродукций на тему «Семья»;;</w:t>
            </w:r>
          </w:p>
        </w:tc>
        <w:tc>
          <w:tcPr>
            <w:tcW w:type="dxa" w:w="161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Контрольная работа;</w:t>
            </w:r>
          </w:p>
        </w:tc>
        <w:tc>
          <w:tcPr>
            <w:tcW w:type="dxa" w:w="17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1.9.</w:t>
            </w:r>
          </w:p>
        </w:tc>
        <w:tc>
          <w:tcPr>
            <w:tcW w:type="dxa" w:w="491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Взаимоотношения и взаимопомощь в семье. Совместный труд 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отдых.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20.10.2022</w:t>
            </w:r>
          </w:p>
        </w:tc>
        <w:tc>
          <w:tcPr>
            <w:tcW w:type="dxa" w:w="315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по теме «Что такое семья»;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61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4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17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1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1.10.</w:t>
            </w:r>
          </w:p>
        </w:tc>
        <w:tc>
          <w:tcPr>
            <w:tcW w:type="dxa" w:w="491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Домашний адрес.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24.10.2022</w:t>
            </w:r>
          </w:p>
        </w:tc>
        <w:tc>
          <w:tcPr>
            <w:tcW w:type="dxa" w:w="315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 детей по теме «Как наша семья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свободное время»;;</w:t>
            </w:r>
          </w:p>
        </w:tc>
        <w:tc>
          <w:tcPr>
            <w:tcW w:type="dxa" w:w="161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работа;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7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358" w:left="666" w:header="720" w:footer="720" w:gutter="0"/>
          <w:cols w:space="720" w:num="1" w:equalWidth="0"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5380"/>
            <w:gridSpan w:val="2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</w:t>
            </w:r>
          </w:p>
        </w:tc>
        <w:tc>
          <w:tcPr>
            <w:tcW w:type="dxa" w:w="9594"/>
            <w:gridSpan w:val="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Человек и природа.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4912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6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Природа и предметы, созданные человеком. Природные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материалы. Бережное отношение к пред метам, вещам, уход за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ними.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25.10.2022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10.11.2022</w:t>
            </w:r>
          </w:p>
        </w:tc>
        <w:tc>
          <w:tcPr>
            <w:tcW w:type="dxa" w:w="315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Экскурсии по теме «Сезонные изменения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природе, наблюдение за погодой»;</w:t>
            </w:r>
          </w:p>
        </w:tc>
        <w:tc>
          <w:tcPr>
            <w:tcW w:type="dxa" w:w="161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71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491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Неживая и живая природа.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21.11.2022</w:t>
            </w:r>
          </w:p>
        </w:tc>
        <w:tc>
          <w:tcPr>
            <w:tcW w:type="dxa" w:w="315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по теме «Почему люди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должны;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оберегать и охранять природу»;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61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7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491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Погода и термометр. Наблюдение за погодой своего края.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Сезонные изменения в природе.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24.11.2022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01.12.2022</w:t>
            </w:r>
          </w:p>
        </w:tc>
        <w:tc>
          <w:tcPr>
            <w:tcW w:type="dxa" w:w="315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Обсуждение ситуаций по теме «Правила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поведения в природе»;</w:t>
            </w:r>
          </w:p>
        </w:tc>
        <w:tc>
          <w:tcPr>
            <w:tcW w:type="dxa" w:w="161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4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7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491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Взаимосвязи между человеком и природой. Правила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нравственного и безопасного поведения в природе.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05.12.2022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15.12.2022</w:t>
            </w:r>
          </w:p>
        </w:tc>
        <w:tc>
          <w:tcPr>
            <w:tcW w:type="dxa" w:w="315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 детей по теме «Как наша семья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свободное время»;;</w:t>
            </w:r>
          </w:p>
        </w:tc>
        <w:tc>
          <w:tcPr>
            <w:tcW w:type="dxa" w:w="161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7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491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6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Растения ближайшего окружения (узнавание, называние, краткое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описание).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26.12.2022</w:t>
            </w:r>
          </w:p>
        </w:tc>
        <w:tc>
          <w:tcPr>
            <w:tcW w:type="dxa" w:w="315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Экскурсии по теме «Сезонные изменения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природе;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погодой»;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 по теме «Измеряем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температуру»;;</w:t>
            </w:r>
          </w:p>
        </w:tc>
        <w:tc>
          <w:tcPr>
            <w:tcW w:type="dxa" w:w="161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работа;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7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4912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Лиственные и хвойные растения. Дикорастущие и культурные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растения.</w:t>
            </w:r>
          </w:p>
        </w:tc>
        <w:tc>
          <w:tcPr>
            <w:tcW w:type="dxa" w:w="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29.12.2022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18.01.2023</w:t>
            </w:r>
          </w:p>
        </w:tc>
        <w:tc>
          <w:tcPr>
            <w:tcW w:type="dxa" w:w="315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иллюстративным материалом: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деление растений на две группы —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дикорастущие и культурные;</w:t>
            </w:r>
          </w:p>
        </w:tc>
        <w:tc>
          <w:tcPr>
            <w:tcW w:type="dxa" w:w="161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4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71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2.7.</w:t>
            </w:r>
          </w:p>
        </w:tc>
        <w:tc>
          <w:tcPr>
            <w:tcW w:type="dxa" w:w="491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Части растения (называние, краткая характеристика значения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для жизни растения): корень, стебель, лист, цветок, плод, семя.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30.01.2023</w:t>
            </w:r>
          </w:p>
        </w:tc>
        <w:tc>
          <w:tcPr>
            <w:tcW w:type="dxa" w:w="315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 по теме «Учимся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ухаживать за растениями уголка природы»;</w:t>
            </w:r>
          </w:p>
        </w:tc>
        <w:tc>
          <w:tcPr>
            <w:tcW w:type="dxa" w:w="161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«Оценочного листа»;</w:t>
            </w:r>
          </w:p>
        </w:tc>
        <w:tc>
          <w:tcPr>
            <w:tcW w:type="dxa" w:w="17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50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2.8.</w:t>
            </w:r>
          </w:p>
        </w:tc>
        <w:tc>
          <w:tcPr>
            <w:tcW w:type="dxa" w:w="4912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Комнатные растения, правила содержания и ухода.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09.02.2023</w:t>
            </w:r>
          </w:p>
        </w:tc>
        <w:tc>
          <w:tcPr>
            <w:tcW w:type="dxa" w:w="315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иллюстративным материалом: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деление растений на две группы —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дикорастущие и культурные;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 по теме «Найдите 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растений их;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части»;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61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71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207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2.9.</w:t>
            </w:r>
          </w:p>
        </w:tc>
        <w:tc>
          <w:tcPr>
            <w:tcW w:type="dxa" w:w="4912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Разные группы животных (звери, насекомые, птицы, рыбы и др.).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09.03.2023</w:t>
            </w:r>
          </w:p>
        </w:tc>
        <w:tc>
          <w:tcPr>
            <w:tcW w:type="dxa" w:w="315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 по теме «Найдите 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растений их;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части»;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Рассматривание и зарисовка разнообразия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частей;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растения: разные листья;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разные цветки и плоды;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корни (по выбору);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61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4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71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568" w:left="666" w:header="720" w:footer="720" w:gutter="0"/>
          <w:cols w:space="720" w:num="1" w:equalWidth="0"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2.10.</w:t>
            </w:r>
          </w:p>
        </w:tc>
        <w:tc>
          <w:tcPr>
            <w:tcW w:type="dxa" w:w="4912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Домашние и дикие животные (различия в условиях жизни).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13.03.2023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20.03.2023</w:t>
            </w:r>
          </w:p>
        </w:tc>
        <w:tc>
          <w:tcPr>
            <w:tcW w:type="dxa" w:w="315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 по теме «Учимся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ухаживать за;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растениями уголка природы»;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61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4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71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2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2.11.</w:t>
            </w:r>
          </w:p>
        </w:tc>
        <w:tc>
          <w:tcPr>
            <w:tcW w:type="dxa" w:w="4912"/>
            <w:tcBorders>
              <w:start w:sz="4.7999999999999545" w:val="single" w:color="#000000"/>
              <w:top w:sz="4.800000000000068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Забота о домашних питомцах.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03.04.2023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10.04.2023</w:t>
            </w:r>
          </w:p>
        </w:tc>
        <w:tc>
          <w:tcPr>
            <w:tcW w:type="dxa" w:w="315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 детей по теме «Мой домашний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питомец»;</w:t>
            </w:r>
          </w:p>
        </w:tc>
        <w:tc>
          <w:tcPr>
            <w:tcW w:type="dxa" w:w="161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71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5380"/>
            <w:gridSpan w:val="2"/>
            <w:tcBorders>
              <w:start w:sz="4.800000000000011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37</w:t>
            </w:r>
          </w:p>
        </w:tc>
        <w:tc>
          <w:tcPr>
            <w:tcW w:type="dxa" w:w="9594"/>
            <w:gridSpan w:val="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Правила безопасной жизни.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491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Необходимость соблюдения режима дня, правил здорового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питания и личной гигиены.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13.02.2023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17.02.2023</w:t>
            </w:r>
          </w:p>
        </w:tc>
        <w:tc>
          <w:tcPr>
            <w:tcW w:type="dxa" w:w="315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по теме «Что такое режим дня»: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обсуждение режима дня первоклассника;</w:t>
            </w:r>
          </w:p>
        </w:tc>
        <w:tc>
          <w:tcPr>
            <w:tcW w:type="dxa" w:w="161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7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491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Правила безопасности в быту: пользование бытовыми электро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приборами, газовыми плитами.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24.04.2023</w:t>
            </w:r>
          </w:p>
        </w:tc>
        <w:tc>
          <w:tcPr>
            <w:tcW w:type="dxa" w:w="315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 учителя: «Что такое правильное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питание»;</w:t>
            </w:r>
          </w:p>
        </w:tc>
        <w:tc>
          <w:tcPr>
            <w:tcW w:type="dxa" w:w="161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7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491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654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Дорога от дома до школы. Правила безопасного поведения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пешехода (дорожные знаки, дорожная разметка, дорожные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сигналы).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27.04.2023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04.05.2023</w:t>
            </w:r>
          </w:p>
        </w:tc>
        <w:tc>
          <w:tcPr>
            <w:tcW w:type="dxa" w:w="315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 по теме «Учимся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ухаживать за;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растениями уголка природы»;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61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7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80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491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Безопасность в сети Интернет (электронный дневник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ресурсы школы) в условиях контролируемого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доступа в Интернет.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08.05.2023</w:t>
            </w:r>
          </w:p>
        </w:tc>
        <w:tc>
          <w:tcPr>
            <w:tcW w:type="dxa" w:w="315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Рассматривание и зарисовка разнообразия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частей;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растения: разные листья;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разные цветки и плоды;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корни (по выбору);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61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Контрольная работа;</w:t>
            </w:r>
          </w:p>
        </w:tc>
        <w:tc>
          <w:tcPr>
            <w:tcW w:type="dxa" w:w="17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5380"/>
            <w:gridSpan w:val="2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9594"/>
            <w:gridSpan w:val="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5380"/>
            <w:gridSpan w:val="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9594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5380"/>
            <w:gridSpan w:val="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66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</w:t>
            </w:r>
          </w:p>
        </w:tc>
        <w:tc>
          <w:tcPr>
            <w:tcW w:type="dxa" w:w="7350"/>
            <w:gridSpan w:val="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146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64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 по школе.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 и общество.</w:t>
            </w:r>
          </w:p>
          <w:p>
            <w:pPr>
              <w:autoSpaceDN w:val="0"/>
              <w:autoSpaceDE w:val="0"/>
              <w:widowControl/>
              <w:spacing w:line="278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Школьные традиции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праздники. Классный,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школьный коллектив,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совместная деятельность.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Одноклассники,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взаимоотноше- ния между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ними; ценность дружбы,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взаимной помощи.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Экскурсия «Что у нас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школьном дворе?»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Рабочее место школьника.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Экскурсия «Что мы знаем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правилах дорожного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движения?»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такое Родина? Урок 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путешествие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мы знаем о народах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России? Урок - путешествие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экскурсия;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Визуальная;;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мы знаем о Москве?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 «Моя малая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Родина».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у нас над головой?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22.09.2022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у нас под ногами? Пр.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№1. Знакомство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разнообразием камней.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общего 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разныхрастений?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1082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 т о р а с т е т н а п о д о к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 н и к е ? П р. р а б о т а №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 З н а к о м с т в о с к о м 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 т н ы м и р а с т е н и я м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р а с т е н и я м и ц в е т 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к а, и х р а с п о з н а в а 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е с п о м о щ ь ю а т л а с 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- о п р е д е л и т е л я.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растет на клумбе?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это за листья? Пр.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№3 Знакомство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лиственными деревьями, 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распознавание по листьям.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такое хвоинки? Пр.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№4 Сравнительное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исследование сосны и ели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(по общему виду, хвоинкам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шишка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Кто такие насекомые?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Кто такие рыбы?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Кто такие птицы?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экскурсия;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Визуальная;;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146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Кто такие звери? Внешнее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строение и разнообразие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зверей. Основные признаки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зверей: шерсть,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выкармливание детенышей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молоком.</w:t>
            </w:r>
          </w:p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окружает нас дома?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31.10.2022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288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умеет компьютер? Пр.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№5 Знакомство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компьютером, простейшие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приемы работы с ним.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29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вокруг нас может быть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опасным? Урок - викторина 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что похожа наша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планета? Пр. работа №6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Знакомство с глобусом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Проверим себя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оценимсвои достижения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поразделу «Что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кто?»Урок– контроль знаний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Презентация проекта «Моя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малая Родина»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Как живет семья? Проект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«Моя семья».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Откуда в наш дом приходит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вода и куда она уходит?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Откуда в наш дом приходит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электричество? Пр.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№ 1. Сборка простейшей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электрической цепи.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 путешествует письмо?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Куда текут реки?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Откуда берутся снег и лед?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Пр. работа № 2. Изучение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свойств снега и льда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146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 живут растения? Пр.</w:t>
            </w:r>
          </w:p>
          <w:p>
            <w:pPr>
              <w:autoSpaceDN w:val="0"/>
              <w:autoSpaceDE w:val="0"/>
              <w:widowControl/>
              <w:spacing w:line="271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№ 3. Отработка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простейших приемов ухода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 комнатными растениями. 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 живут животные?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зимой помочь птицам?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Пр. работа № 4 изготовление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простейшей кормушки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птиц.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3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Откуда в снежках грязь?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Урок - исследование 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Проверим себя и оценим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свои достижения по разделу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«Как, откуда и куда?»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Презентация проекта«Моя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семья».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Когда учиться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интересно?Проект «Мой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класс и мояшкола».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Когда придет суббота?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Когда наступит лето?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Где живут белые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медведи?Урок-путешествие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Где живут слоны?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Где зимуют птицы?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Где живут белые медведи?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Урок-путешествие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Когда появилась одежда?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09.02.2023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156" w:right="288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Когда изобрели велосипед?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Когда мы станем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взрослыми? Странички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любознательных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27.02.2023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288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181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Проверим себя и оценим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свои достижения по разделу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«Где и когда?» Презентация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проекта «Мой класс и моя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школа»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9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Солнце светит днем,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 звезды ночью?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Луна бывает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разной?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идет дождь и дует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ветер? 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звенит звонок?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146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радуга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разноцветная? Урок –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викторина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мы любим кошек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собак?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экскурсия;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Визуальная;;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 «Мои домашние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питомцы»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мы не будем рвать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цветы и ловить бабочек?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в лесу нужно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соблюдать тишину?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Зачем мы спим ночью?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нужно есть много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овощей и фруктов?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146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нужно чистить зубы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мыть руки? Пр. работа № 1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Простейшие правила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гигиены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Зачем нужен телефон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телевизор?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Зачем нужны автомобили?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Зачем нужны поезда?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04.05.2023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Письменный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Зачем строят корабли?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0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Зачем строят самолеты?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в автомобиле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поезде нужно соблюдать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безопасности?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Зачем люди осваивают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космос?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мы часто слышим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слово «экология»?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Проверим себя и оценим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свои достижения по разделу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«Почему и зачем?»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Презентация проекта «Мои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домашние питомцы»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Урок-экскурсия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"Здравствуй, солнечное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лето". Подведение итогов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года. ПДД на каникулах.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экскурсия;;</w:t>
            </w:r>
          </w:p>
        </w:tc>
      </w:tr>
      <w:tr>
        <w:trPr>
          <w:trHeight w:hRule="exact" w:val="808"/>
        </w:trPr>
        <w:tc>
          <w:tcPr>
            <w:tcW w:type="dxa" w:w="3650"/>
            <w:gridSpan w:val="2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</w:t>
            </w:r>
          </w:p>
        </w:tc>
        <w:tc>
          <w:tcPr>
            <w:tcW w:type="dxa" w:w="2882"/>
            <w:gridSpan w:val="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86" w:lineRule="auto" w:before="166" w:after="0"/>
        <w:ind w:left="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Окружающий мир (в 2 частях);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 класс /Плешаков А.А.;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Новицкая М.Ю.;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Акционерное общество;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Введите свой вариант: Рабочие тетради: Плешаков А.А. Окружающий мир 1 – 4 классы;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М.:;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Просвещение;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86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Учебно-методические комплекты (УМК) для 1 – 4 классов (программы, учебники, рабочие тетради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хрестоматии и т.п.)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«Окружающий мир» А.А. Плешакова. РАБОЧИЕ ТЕТРАДИ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Плешаков А.А. Окружающий мир 1 – 4 классы, М.: Просвещение МЕТОДИЧЕСКИЕ ПОСОБИЯ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Плешаков А.А., Александрова В.П., Борисова С.А. Окружающий мир: поурочные разработки: 1 класс.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Плешаков А.А., От земли до неба: Атлас-определитель: Пособие для учащихся общеобразовательных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учреждений. – М.: Просвещение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Плешаков А.А., Зеленые страницы. Книга для учащихся начальных классов. Стандарт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образования и документы по его реализации.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Методические пособия для учителя.</w:t>
      </w:r>
    </w:p>
    <w:p>
      <w:pPr>
        <w:autoSpaceDN w:val="0"/>
        <w:autoSpaceDE w:val="0"/>
        <w:widowControl/>
        <w:spacing w:line="262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Детская справочная литература (справочники, энциклопедии) об окружающем мире (природе, труде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людей, общественных явлениях и пр.)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86" w:lineRule="auto" w:before="166" w:after="0"/>
        <w:ind w:left="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Учебная платформа Яндекс. Учебник https://education.yandex.ru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Учебная платформа Учи.ру https://uchi.ru/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Сайт «Детские радости» ориентирован на дошкольный и младший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школьный возраст детей, для родителей, воспитателей, педагогов: https://detskieradosti.ru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Детские электронные презентации и клипы: https://viki.rdf.ru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Единая коллекция ЦОР: http://school-collection.edu.ru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Библиотека материалов для начальной школы http://www.nachalka.com/biblioteka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Фестиваль педагогических идей http://festival.1september.ru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Портал «Музеи России» http://www.museum.ru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Детские электронные презентации и клипы http://viki.rdf.ru/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Педсовет http://pedsovet.org Электронные версии журналов.</w:t>
      </w:r>
    </w:p>
    <w:p>
      <w:pPr>
        <w:autoSpaceDN w:val="0"/>
        <w:autoSpaceDE w:val="0"/>
        <w:widowControl/>
        <w:spacing w:line="262" w:lineRule="auto" w:before="7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http://barsuk.lenin.ru - Журнал для детей "Барсук" http://www.kostyor.ru/archives.html - Журнал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школьников "Костёр</w:t>
      </w:r>
    </w:p>
    <w:p>
      <w:pPr>
        <w:sectPr>
          <w:pgSz w:w="11900" w:h="16840"/>
          <w:pgMar w:top="298" w:right="650" w:bottom="129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62" w:lineRule="auto" w:before="166" w:after="0"/>
        <w:ind w:left="0" w:right="37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Классная доска с набором приспособлений для крепления таблиц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Интерактивная доска, нетбук.</w:t>
      </w:r>
    </w:p>
    <w:p>
      <w:pPr>
        <w:autoSpaceDN w:val="0"/>
        <w:autoSpaceDE w:val="0"/>
        <w:widowControl/>
        <w:spacing w:line="281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Таблицы природоведческого и обществоведческого содержания в соответствии с программным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обучением. Плакаты по основным темам естествознания, магнитные или иные (природные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сообщества, леса, луга, сады, озёра и т.п.)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Портреты выдающихся людей России (политических деятелей, военачальников, писателей, поэтов,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композиторов и др.)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Географические и исторические карты. Атлас географических и исторических карт.</w:t>
      </w:r>
    </w:p>
    <w:p>
      <w:pPr>
        <w:autoSpaceDN w:val="0"/>
        <w:autoSpaceDE w:val="0"/>
        <w:widowControl/>
        <w:spacing w:line="230" w:lineRule="auto" w:before="7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Иллюстративные материалы (альбомы, комплекты открыток и др.)</w:t>
      </w:r>
    </w:p>
    <w:p>
      <w:pPr>
        <w:autoSpaceDN w:val="0"/>
        <w:autoSpaceDE w:val="0"/>
        <w:widowControl/>
        <w:spacing w:line="262" w:lineRule="auto" w:before="262" w:after="0"/>
        <w:ind w:left="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ЛАБОРАТОРНЫХ, ПРАКТИЧЕСКИХ РАБОТ,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ДЕМОНСТРАЦИЙ</w:t>
      </w:r>
    </w:p>
    <w:p>
      <w:pPr>
        <w:autoSpaceDN w:val="0"/>
        <w:autoSpaceDE w:val="0"/>
        <w:widowControl/>
        <w:spacing w:line="271" w:lineRule="auto" w:before="166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Термометр. Гербарий. Образцы полезных ископаемых. Глобус. Пробирки. Колба. Стекло.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Секундомер. Весы. Пипетка. Щипцы. Линейка. Ножницы. Клей. Спиртовка. Тарелка. Стаканы.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Фильтр (марля).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Воронка. Цветные карандаши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9974" w:space="0"/>
        <w:col w:w="10584" w:space="0"/>
        <w:col w:w="10264" w:space="0"/>
        <w:col w:w="10584" w:space="0"/>
        <w:col w:w="10586" w:space="0"/>
        <w:col w:w="10258" w:space="0"/>
        <w:col w:w="10584" w:space="0"/>
        <w:col w:w="10468" w:space="0"/>
        <w:col w:w="10584" w:space="0"/>
        <w:col w:w="9684" w:space="0"/>
        <w:col w:w="6040" w:space="0"/>
        <w:col w:w="3644" w:space="0"/>
        <w:col w:w="96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